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Bài trắc nghiệm Địa lý - “Per unit” nghĩa là gì?</w:t>
      </w:r>
    </w:p>
    <w:p>
      <w:pPr>
        <w:jc w:val="center"/>
      </w:pPr>
      <w:r>
        <w:rPr>
          <w:sz w:val="22"/>
        </w:rPr>
        <w:t>Số câu: 14    Thời gian: _____ phút    Họ và tên: _________________________</w:t>
      </w:r>
    </w:p>
    <w:p/>
    <w:p>
      <w:r>
        <w:rPr>
          <w:b/>
          <w:sz w:val="24"/>
        </w:rPr>
        <w:t>Câu 1: “Per unit” nghĩa là gì?</w:t>
      </w:r>
    </w:p>
    <w:p>
      <w:pPr>
        <w:pStyle w:val="ListParagraph"/>
      </w:pPr>
      <w:r>
        <w:rPr>
          <w:sz w:val="22"/>
        </w:rPr>
        <w:t>A. Trong một thời kỳ</w:t>
      </w:r>
    </w:p>
    <w:p>
      <w:pPr>
        <w:pStyle w:val="ListParagraph"/>
      </w:pPr>
      <w:r>
        <w:rPr>
          <w:sz w:val="22"/>
        </w:rPr>
        <w:t>B. Trên một đơn vị sản phẩm</w:t>
      </w:r>
    </w:p>
    <w:p>
      <w:pPr>
        <w:pStyle w:val="ListParagraph"/>
      </w:pPr>
      <w:r>
        <w:rPr>
          <w:sz w:val="22"/>
        </w:rPr>
        <w:t>C. Tổng tất cả sản phẩm</w:t>
      </w:r>
    </w:p>
    <w:p>
      <w:pPr>
        <w:pStyle w:val="ListParagraph"/>
      </w:pPr>
      <w:r>
        <w:rPr>
          <w:sz w:val="22"/>
        </w:rPr>
        <w:t>D. Doanh thu hòa vốn</w:t>
      </w:r>
    </w:p>
    <w:p/>
    <w:p>
      <w:r>
        <w:rPr>
          <w:b/>
          <w:sz w:val="24"/>
        </w:rPr>
        <w:t>Câu 2: “Unit selling price” là gì?</w:t>
      </w:r>
    </w:p>
    <w:p>
      <w:pPr>
        <w:pStyle w:val="ListParagraph"/>
      </w:pPr>
      <w:r>
        <w:rPr>
          <w:sz w:val="22"/>
        </w:rPr>
        <w:t>A. Biến phí đơn vị</w:t>
      </w:r>
    </w:p>
    <w:p>
      <w:pPr>
        <w:pStyle w:val="ListParagraph"/>
      </w:pPr>
      <w:r>
        <w:rPr>
          <w:sz w:val="22"/>
        </w:rPr>
        <w:t>B. Giá bán đơn vị sản phẩm</w:t>
      </w:r>
    </w:p>
    <w:p>
      <w:pPr>
        <w:pStyle w:val="ListParagraph"/>
      </w:pPr>
      <w:r>
        <w:rPr>
          <w:sz w:val="22"/>
        </w:rPr>
        <w:t>C. Lợi nhuận tổng</w:t>
      </w:r>
    </w:p>
    <w:p>
      <w:pPr>
        <w:pStyle w:val="ListParagraph"/>
      </w:pPr>
      <w:r>
        <w:rPr>
          <w:sz w:val="22"/>
        </w:rPr>
        <w:t>D. Định phí</w:t>
      </w:r>
    </w:p>
    <w:p/>
    <w:p>
      <w:r>
        <w:rPr>
          <w:b/>
          <w:sz w:val="24"/>
        </w:rPr>
        <w:t>Câu 3: “Unit variable cost” nghĩa là gì?</w:t>
      </w:r>
    </w:p>
    <w:p>
      <w:pPr>
        <w:pStyle w:val="ListParagraph"/>
      </w:pPr>
      <w:r>
        <w:rPr>
          <w:sz w:val="22"/>
        </w:rPr>
        <w:t>A. Tổng biến phí</w:t>
      </w:r>
    </w:p>
    <w:p>
      <w:pPr>
        <w:pStyle w:val="ListParagraph"/>
      </w:pPr>
      <w:r>
        <w:rPr>
          <w:sz w:val="22"/>
        </w:rPr>
        <w:t>B. Giá bán đơn vị</w:t>
      </w:r>
    </w:p>
    <w:p>
      <w:pPr>
        <w:pStyle w:val="ListParagraph"/>
      </w:pPr>
      <w:r>
        <w:rPr>
          <w:sz w:val="22"/>
        </w:rPr>
        <w:t>C. Biến phí đơn vị</w:t>
      </w:r>
    </w:p>
    <w:p>
      <w:pPr>
        <w:pStyle w:val="ListParagraph"/>
      </w:pPr>
      <w:r>
        <w:rPr>
          <w:sz w:val="22"/>
        </w:rPr>
        <w:t>D. Chi phí cố định trong kỳ</w:t>
      </w:r>
    </w:p>
    <w:p/>
    <w:p>
      <w:r>
        <w:rPr>
          <w:b/>
          <w:sz w:val="24"/>
        </w:rPr>
        <w:t>Câu 4: “Fixed costs per period” nghĩa là gì?</w:t>
      </w:r>
    </w:p>
    <w:p>
      <w:pPr>
        <w:pStyle w:val="ListParagraph"/>
      </w:pPr>
      <w:r>
        <w:rPr>
          <w:sz w:val="22"/>
        </w:rPr>
        <w:t>A. Định phí trong một thời kỳ</w:t>
      </w:r>
    </w:p>
    <w:p>
      <w:pPr>
        <w:pStyle w:val="ListParagraph"/>
      </w:pPr>
      <w:r>
        <w:rPr>
          <w:sz w:val="22"/>
        </w:rPr>
        <w:t>B. Biến phí một sản phẩm</w:t>
      </w:r>
    </w:p>
    <w:p>
      <w:pPr>
        <w:pStyle w:val="ListParagraph"/>
      </w:pPr>
      <w:r>
        <w:rPr>
          <w:sz w:val="22"/>
        </w:rPr>
        <w:t>C. Doanh thu trong một kỳ</w:t>
      </w:r>
    </w:p>
    <w:p>
      <w:pPr>
        <w:pStyle w:val="ListParagraph"/>
      </w:pPr>
      <w:r>
        <w:rPr>
          <w:sz w:val="22"/>
        </w:rPr>
        <w:t>D. Lợi nhuận mỗi sản phẩm</w:t>
      </w:r>
    </w:p>
    <w:p/>
    <w:p>
      <w:r>
        <w:rPr>
          <w:b/>
          <w:sz w:val="24"/>
        </w:rPr>
        <w:t>Câu 5: “Variable cost” là gì?</w:t>
      </w:r>
    </w:p>
    <w:p>
      <w:pPr>
        <w:pStyle w:val="ListParagraph"/>
      </w:pPr>
      <w:r>
        <w:rPr>
          <w:sz w:val="22"/>
        </w:rPr>
        <w:t>A. Định phí</w:t>
      </w:r>
    </w:p>
    <w:p>
      <w:pPr>
        <w:pStyle w:val="ListParagraph"/>
      </w:pPr>
      <w:r>
        <w:rPr>
          <w:sz w:val="22"/>
        </w:rPr>
        <w:t>B. Lợi nhuận</w:t>
      </w:r>
    </w:p>
    <w:p>
      <w:pPr>
        <w:pStyle w:val="ListParagraph"/>
      </w:pPr>
      <w:r>
        <w:rPr>
          <w:sz w:val="22"/>
        </w:rPr>
        <w:t>C. Biến phí / chi phí biến đổi</w:t>
      </w:r>
    </w:p>
    <w:p>
      <w:pPr>
        <w:pStyle w:val="ListParagraph"/>
      </w:pPr>
      <w:r>
        <w:rPr>
          <w:sz w:val="22"/>
        </w:rPr>
        <w:t>D. Doanh thu</w:t>
      </w:r>
    </w:p>
    <w:p/>
    <w:p>
      <w:r>
        <w:rPr>
          <w:b/>
          <w:sz w:val="24"/>
        </w:rPr>
        <w:t>Câu 6: “Fixed costs” là gì?</w:t>
      </w:r>
    </w:p>
    <w:p>
      <w:pPr>
        <w:pStyle w:val="ListParagraph"/>
      </w:pPr>
      <w:r>
        <w:rPr>
          <w:sz w:val="22"/>
        </w:rPr>
        <w:t>A. Chi phí cố định / định phí</w:t>
      </w:r>
    </w:p>
    <w:p>
      <w:pPr>
        <w:pStyle w:val="ListParagraph"/>
      </w:pPr>
      <w:r>
        <w:rPr>
          <w:sz w:val="22"/>
        </w:rPr>
        <w:t>B. Chi phí biến đổi</w:t>
      </w:r>
    </w:p>
    <w:p>
      <w:pPr>
        <w:pStyle w:val="ListParagraph"/>
      </w:pPr>
      <w:r>
        <w:rPr>
          <w:sz w:val="22"/>
        </w:rPr>
        <w:t>C. Giá bán</w:t>
      </w:r>
    </w:p>
    <w:p>
      <w:pPr>
        <w:pStyle w:val="ListParagraph"/>
      </w:pPr>
      <w:r>
        <w:rPr>
          <w:sz w:val="22"/>
        </w:rPr>
        <w:t>D. Lãi trên biến phí</w:t>
      </w:r>
    </w:p>
    <w:p/>
    <w:p>
      <w:r>
        <w:rPr>
          <w:b/>
          <w:sz w:val="24"/>
        </w:rPr>
        <w:t>Câu 7: “Profit” nghĩa là gì?</w:t>
      </w:r>
    </w:p>
    <w:p>
      <w:pPr>
        <w:pStyle w:val="ListParagraph"/>
      </w:pPr>
      <w:r>
        <w:rPr>
          <w:sz w:val="22"/>
        </w:rPr>
        <w:t>A. Doanh thu</w:t>
      </w:r>
    </w:p>
    <w:p>
      <w:pPr>
        <w:pStyle w:val="ListParagraph"/>
      </w:pPr>
      <w:r>
        <w:rPr>
          <w:sz w:val="22"/>
        </w:rPr>
        <w:t>B. Lợi nhuận</w:t>
      </w:r>
    </w:p>
    <w:p>
      <w:pPr>
        <w:pStyle w:val="ListParagraph"/>
      </w:pPr>
      <w:r>
        <w:rPr>
          <w:sz w:val="22"/>
        </w:rPr>
        <w:t>C. Sản lượng</w:t>
      </w:r>
    </w:p>
    <w:p>
      <w:pPr>
        <w:pStyle w:val="ListParagraph"/>
      </w:pPr>
      <w:r>
        <w:rPr>
          <w:sz w:val="22"/>
        </w:rPr>
        <w:t>D. Biến phí</w:t>
      </w:r>
    </w:p>
    <w:p/>
    <w:p>
      <w:r>
        <w:rPr>
          <w:b/>
          <w:sz w:val="24"/>
        </w:rPr>
        <w:t>Câu 8: “Contribution margin per unit” là gì?</w:t>
      </w:r>
    </w:p>
    <w:p>
      <w:pPr>
        <w:pStyle w:val="ListParagraph"/>
      </w:pPr>
      <w:r>
        <w:rPr>
          <w:sz w:val="22"/>
        </w:rPr>
        <w:t>A. Giá bán đơn vị</w:t>
      </w:r>
    </w:p>
    <w:p>
      <w:pPr>
        <w:pStyle w:val="ListParagraph"/>
      </w:pPr>
      <w:r>
        <w:rPr>
          <w:sz w:val="22"/>
        </w:rPr>
        <w:t>B. Lãi trên biến phí đơn vị</w:t>
      </w:r>
    </w:p>
    <w:p>
      <w:pPr>
        <w:pStyle w:val="ListParagraph"/>
      </w:pPr>
      <w:r>
        <w:rPr>
          <w:sz w:val="22"/>
        </w:rPr>
        <w:t>C. Tỷ lệ lãi trên biến phí</w:t>
      </w:r>
    </w:p>
    <w:p>
      <w:pPr>
        <w:pStyle w:val="ListParagraph"/>
      </w:pPr>
      <w:r>
        <w:rPr>
          <w:sz w:val="22"/>
        </w:rPr>
        <w:t>D. Doanh thu hòa vốn</w:t>
      </w:r>
    </w:p>
    <w:p/>
    <w:p>
      <w:r>
        <w:rPr>
          <w:b/>
          <w:sz w:val="24"/>
        </w:rPr>
        <w:t>Câu 9: “Contribution margin ratio” là gì?</w:t>
      </w:r>
    </w:p>
    <w:p>
      <w:pPr>
        <w:pStyle w:val="ListParagraph"/>
      </w:pPr>
      <w:r>
        <w:rPr>
          <w:sz w:val="22"/>
        </w:rPr>
        <w:t>A. Tỷ lệ lãi trên biến phí</w:t>
      </w:r>
    </w:p>
    <w:p>
      <w:pPr>
        <w:pStyle w:val="ListParagraph"/>
      </w:pPr>
      <w:r>
        <w:rPr>
          <w:sz w:val="22"/>
        </w:rPr>
        <w:t>B. Sản lượng hòa vốn</w:t>
      </w:r>
    </w:p>
    <w:p>
      <w:pPr>
        <w:pStyle w:val="ListParagraph"/>
      </w:pPr>
      <w:r>
        <w:rPr>
          <w:sz w:val="22"/>
        </w:rPr>
        <w:t>C. Tỷ lệ định phí</w:t>
      </w:r>
    </w:p>
    <w:p>
      <w:pPr>
        <w:pStyle w:val="ListParagraph"/>
      </w:pPr>
      <w:r>
        <w:rPr>
          <w:sz w:val="22"/>
        </w:rPr>
        <w:t>D. Giá bán đơn vị</w:t>
      </w:r>
    </w:p>
    <w:p/>
    <w:p>
      <w:r>
        <w:rPr>
          <w:b/>
          <w:sz w:val="24"/>
        </w:rPr>
        <w:t>Câu 10: “Break-even point in units” là gì?</w:t>
      </w:r>
    </w:p>
    <w:p>
      <w:pPr>
        <w:pStyle w:val="ListParagraph"/>
      </w:pPr>
      <w:r>
        <w:rPr>
          <w:sz w:val="22"/>
        </w:rPr>
        <w:t>A. Doanh thu hòa vốn</w:t>
      </w:r>
    </w:p>
    <w:p>
      <w:pPr>
        <w:pStyle w:val="ListParagraph"/>
      </w:pPr>
      <w:r>
        <w:rPr>
          <w:sz w:val="22"/>
        </w:rPr>
        <w:t>B. Sản lượng tiêu thụ tối đa</w:t>
      </w:r>
    </w:p>
    <w:p>
      <w:pPr>
        <w:pStyle w:val="ListParagraph"/>
      </w:pPr>
      <w:r>
        <w:rPr>
          <w:sz w:val="22"/>
        </w:rPr>
        <w:t>C. Sản lượng hòa vốn</w:t>
      </w:r>
    </w:p>
    <w:p>
      <w:pPr>
        <w:pStyle w:val="ListParagraph"/>
      </w:pPr>
      <w:r>
        <w:rPr>
          <w:sz w:val="22"/>
        </w:rPr>
        <w:t>D. Số lượng tồn kho</w:t>
      </w:r>
    </w:p>
    <w:p/>
    <w:p>
      <w:r>
        <w:rPr>
          <w:b/>
          <w:sz w:val="24"/>
        </w:rPr>
        <w:t>Câu 11: “Break-even revenue” là gì?</w:t>
      </w:r>
    </w:p>
    <w:p>
      <w:pPr>
        <w:pStyle w:val="ListParagraph"/>
      </w:pPr>
      <w:r>
        <w:rPr>
          <w:sz w:val="22"/>
        </w:rPr>
        <w:t>A. Doanh thu hòa vốn</w:t>
      </w:r>
    </w:p>
    <w:p>
      <w:pPr>
        <w:pStyle w:val="ListParagraph"/>
      </w:pPr>
      <w:r>
        <w:rPr>
          <w:sz w:val="22"/>
        </w:rPr>
        <w:t>B. Lợi nhuận hòa vốn</w:t>
      </w:r>
    </w:p>
    <w:p>
      <w:pPr>
        <w:pStyle w:val="ListParagraph"/>
      </w:pPr>
      <w:r>
        <w:rPr>
          <w:sz w:val="22"/>
        </w:rPr>
        <w:t>C. Tổng biến phí</w:t>
      </w:r>
    </w:p>
    <w:p>
      <w:pPr>
        <w:pStyle w:val="ListParagraph"/>
      </w:pPr>
      <w:r>
        <w:rPr>
          <w:sz w:val="22"/>
        </w:rPr>
        <w:t>D. Doanh thu tối đa</w:t>
      </w:r>
    </w:p>
    <w:p/>
    <w:p>
      <w:r>
        <w:rPr>
          <w:b/>
          <w:sz w:val="24"/>
        </w:rPr>
        <w:t>Câu 12: “Units produced and sold” nghĩa là gì?</w:t>
      </w:r>
    </w:p>
    <w:p>
      <w:pPr>
        <w:pStyle w:val="ListParagraph"/>
      </w:pPr>
      <w:r>
        <w:rPr>
          <w:sz w:val="22"/>
        </w:rPr>
        <w:t>A. Đơn giá bán</w:t>
      </w:r>
    </w:p>
    <w:p>
      <w:pPr>
        <w:pStyle w:val="ListParagraph"/>
      </w:pPr>
      <w:r>
        <w:rPr>
          <w:sz w:val="22"/>
        </w:rPr>
        <w:t>B. Số lượng sản phẩm sản xuất và tiêu thụ</w:t>
      </w:r>
    </w:p>
    <w:p>
      <w:pPr>
        <w:pStyle w:val="ListParagraph"/>
      </w:pPr>
      <w:r>
        <w:rPr>
          <w:sz w:val="22"/>
        </w:rPr>
        <w:t>C. Định phí mỗi kỳ</w:t>
      </w:r>
    </w:p>
    <w:p>
      <w:pPr>
        <w:pStyle w:val="ListParagraph"/>
      </w:pPr>
      <w:r>
        <w:rPr>
          <w:sz w:val="22"/>
        </w:rPr>
        <w:t>D. Số lượng tồn kho đầu kỳ</w:t>
      </w:r>
    </w:p>
    <w:p/>
    <w:p>
      <w:r>
        <w:rPr>
          <w:b/>
          <w:sz w:val="24"/>
        </w:rPr>
        <w:t>Câu 13: “A company manufactures and sells a single product” nghĩa là gì?</w:t>
      </w:r>
    </w:p>
    <w:p>
      <w:pPr>
        <w:pStyle w:val="ListParagraph"/>
      </w:pPr>
      <w:r>
        <w:rPr>
          <w:sz w:val="22"/>
        </w:rPr>
        <w:t>A. Công ty mua và bán nhiều sản phẩm</w:t>
      </w:r>
    </w:p>
    <w:p>
      <w:pPr>
        <w:pStyle w:val="ListParagraph"/>
      </w:pPr>
      <w:r>
        <w:rPr>
          <w:sz w:val="22"/>
        </w:rPr>
        <w:t>B. Công ty chỉ sản xuất một sản phẩm nhưng không bán</w:t>
      </w:r>
    </w:p>
    <w:p>
      <w:pPr>
        <w:pStyle w:val="ListParagraph"/>
      </w:pPr>
      <w:r>
        <w:rPr>
          <w:sz w:val="22"/>
        </w:rPr>
        <w:t>C. Công ty sản xuất và bán một loại sản phẩm</w:t>
      </w:r>
    </w:p>
    <w:p>
      <w:pPr>
        <w:pStyle w:val="ListParagraph"/>
      </w:pPr>
      <w:r>
        <w:rPr>
          <w:sz w:val="22"/>
        </w:rPr>
        <w:t>D. Công ty chỉ bán hàng tồn kho</w:t>
      </w:r>
    </w:p>
    <w:p/>
    <w:p>
      <w:r>
        <w:rPr>
          <w:b/>
          <w:sz w:val="24"/>
        </w:rPr>
        <w:t>Câu 14: “No opening inventories” nghĩa là gì?</w:t>
      </w:r>
    </w:p>
    <w:p>
      <w:pPr>
        <w:pStyle w:val="ListParagraph"/>
      </w:pPr>
      <w:r>
        <w:rPr>
          <w:sz w:val="22"/>
        </w:rPr>
        <w:t>A. Không có hàng tồn kho cuối kỳ</w:t>
      </w:r>
    </w:p>
    <w:p>
      <w:pPr>
        <w:pStyle w:val="ListParagraph"/>
      </w:pPr>
      <w:r>
        <w:rPr>
          <w:sz w:val="22"/>
        </w:rPr>
        <w:t>B. Không có hàng tồn kho đầu kỳ</w:t>
      </w:r>
    </w:p>
    <w:p>
      <w:pPr>
        <w:pStyle w:val="ListParagraph"/>
      </w:pPr>
      <w:r>
        <w:rPr>
          <w:sz w:val="22"/>
        </w:rPr>
        <w:t>C. Không sản xuất sản phẩm</w:t>
      </w:r>
    </w:p>
    <w:p>
      <w:pPr>
        <w:pStyle w:val="ListParagraph"/>
      </w:pPr>
      <w:r>
        <w:rPr>
          <w:sz w:val="22"/>
        </w:rPr>
        <w:t>D. Không có doanh thu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B</w:t>
      </w:r>
    </w:p>
    <w:p>
      <w:r>
        <w:rPr>
          <w:b/>
        </w:rPr>
        <w:t>Câu 3: Đáp án đúng: C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C</w:t>
      </w:r>
    </w:p>
    <w:p>
      <w:r>
        <w:rPr>
          <w:b/>
        </w:rPr>
        <w:t>Câu 6: Đáp án đúng: A</w:t>
      </w:r>
    </w:p>
    <w:p>
      <w:r>
        <w:rPr>
          <w:b/>
        </w:rPr>
        <w:t>Câu 7: Đáp án đúng: B</w:t>
      </w:r>
    </w:p>
    <w:p>
      <w:r>
        <w:rPr>
          <w:b/>
        </w:rPr>
        <w:t>Câu 8: Đáp án đúng: B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C</w:t>
      </w:r>
    </w:p>
    <w:p>
      <w:r>
        <w:rPr>
          <w:b/>
        </w:rPr>
        <w:t>Câu 11: Đáp án đúng: A</w:t>
      </w:r>
    </w:p>
    <w:p>
      <w:r>
        <w:rPr>
          <w:b/>
        </w:rPr>
        <w:t>Câu 12: Đáp án đúng: B</w:t>
      </w:r>
    </w:p>
    <w:p>
      <w:r>
        <w:rPr>
          <w:b/>
        </w:rPr>
        <w:t>Câu 13: Đáp án đúng: C</w:t>
      </w:r>
    </w:p>
    <w:p>
      <w:r>
        <w:rPr>
          <w:b/>
        </w:rPr>
        <w:t>Câu 14: Đáp án đúng: B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