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Tin học 12 Bài 1,2,3,4 sách Kết nối tri thức với cuộc sống</w:t>
      </w:r>
    </w:p>
    <w:p>
      <w:pPr>
        <w:jc w:val="center"/>
      </w:pPr>
      <w:r>
        <w:rPr>
          <w:sz w:val="22"/>
        </w:rPr>
        <w:t>Số câu: 100    Thời gian: _____ phút    Họ và tên: _________________________</w:t>
      </w:r>
    </w:p>
    <w:p/>
    <w:p>
      <w:r>
        <w:rPr>
          <w:b/>
          <w:sz w:val="24"/>
        </w:rPr>
        <w:t>Câu 1: Số nguyên tố nhỏ nhất là?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2: Kết quả của $2^3 \cdot 2^2$ là?</w:t>
      </w:r>
    </w:p>
    <w:p>
      <w:pPr>
        <w:pStyle w:val="ListParagraph"/>
      </w:pPr>
      <w:r>
        <w:rPr>
          <w:sz w:val="22"/>
        </w:rPr>
        <w:t>A. $2^5$</w:t>
      </w:r>
    </w:p>
    <w:p>
      <w:pPr>
        <w:pStyle w:val="ListParagraph"/>
      </w:pPr>
      <w:r>
        <w:rPr>
          <w:sz w:val="22"/>
        </w:rPr>
        <w:t>B. $2^6$</w:t>
      </w:r>
    </w:p>
    <w:p>
      <w:pPr>
        <w:pStyle w:val="ListParagraph"/>
      </w:pPr>
      <w:r>
        <w:rPr>
          <w:sz w:val="22"/>
        </w:rPr>
        <w:t>C. $4^5$</w:t>
      </w:r>
    </w:p>
    <w:p>
      <w:pPr>
        <w:pStyle w:val="ListParagraph"/>
      </w:pPr>
      <w:r>
        <w:rPr>
          <w:sz w:val="22"/>
        </w:rPr>
        <w:t>D. $2^1$</w:t>
      </w:r>
    </w:p>
    <w:p/>
    <w:p>
      <w:r>
        <w:rPr>
          <w:b/>
          <w:sz w:val="24"/>
        </w:rPr>
        <w:t>Câu 3: Giá trị của $\sqrt{144}$ là?</w:t>
      </w:r>
    </w:p>
    <w:p>
      <w:pPr>
        <w:pStyle w:val="ListParagraph"/>
      </w:pPr>
      <w:r>
        <w:rPr>
          <w:sz w:val="22"/>
        </w:rPr>
        <w:t>A. 11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13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4: Phương trình $x^2 - 5x + 6 = 0$ có nghiệm là?</w:t>
      </w:r>
    </w:p>
    <w:p>
      <w:pPr>
        <w:pStyle w:val="ListParagraph"/>
      </w:pPr>
      <w:r>
        <w:rPr>
          <w:sz w:val="22"/>
        </w:rPr>
        <w:t>A. $x=1, x=6$</w:t>
      </w:r>
    </w:p>
    <w:p>
      <w:pPr>
        <w:pStyle w:val="ListParagraph"/>
      </w:pPr>
      <w:r>
        <w:rPr>
          <w:sz w:val="22"/>
        </w:rPr>
        <w:t>B. $x=2, x=3$</w:t>
      </w:r>
    </w:p>
    <w:p>
      <w:pPr>
        <w:pStyle w:val="ListParagraph"/>
      </w:pPr>
      <w:r>
        <w:rPr>
          <w:sz w:val="22"/>
        </w:rPr>
        <w:t>C. $x=-2, x=-3$</w:t>
      </w:r>
    </w:p>
    <w:p>
      <w:pPr>
        <w:pStyle w:val="ListParagraph"/>
      </w:pPr>
      <w:r>
        <w:rPr>
          <w:sz w:val="22"/>
        </w:rPr>
        <w:t>D. $x=0, x=5$</w:t>
      </w:r>
    </w:p>
    <w:p/>
    <w:p>
      <w:r>
        <w:rPr>
          <w:b/>
          <w:sz w:val="24"/>
        </w:rPr>
        <w:t>Câu 5: Tổng các góc trong một tam giác là?</w:t>
      </w:r>
    </w:p>
    <w:p>
      <w:pPr>
        <w:pStyle w:val="ListParagraph"/>
      </w:pPr>
      <w:r>
        <w:rPr>
          <w:sz w:val="22"/>
        </w:rPr>
        <w:t>A. $90^\circ$</w:t>
      </w:r>
    </w:p>
    <w:p>
      <w:pPr>
        <w:pStyle w:val="ListParagraph"/>
      </w:pPr>
      <w:r>
        <w:rPr>
          <w:sz w:val="22"/>
        </w:rPr>
        <w:t>B. $180^\circ$</w:t>
      </w:r>
    </w:p>
    <w:p>
      <w:pPr>
        <w:pStyle w:val="ListParagraph"/>
      </w:pPr>
      <w:r>
        <w:rPr>
          <w:sz w:val="22"/>
        </w:rPr>
        <w:t>C. $270^\circ$</w:t>
      </w:r>
    </w:p>
    <w:p>
      <w:pPr>
        <w:pStyle w:val="ListParagraph"/>
      </w:pPr>
      <w:r>
        <w:rPr>
          <w:sz w:val="22"/>
        </w:rPr>
        <w:t>D. $360^\circ$</w:t>
      </w:r>
    </w:p>
    <w:p/>
    <w:p>
      <w:r>
        <w:rPr>
          <w:b/>
          <w:sz w:val="24"/>
        </w:rPr>
        <w:t>Câu 6: Diện tích hình tròn bán kính $r$ là?</w:t>
      </w:r>
    </w:p>
    <w:p>
      <w:pPr>
        <w:pStyle w:val="ListParagraph"/>
      </w:pPr>
      <w:r>
        <w:rPr>
          <w:sz w:val="22"/>
        </w:rPr>
        <w:t>A. $2\pi r$</w:t>
      </w:r>
    </w:p>
    <w:p>
      <w:pPr>
        <w:pStyle w:val="ListParagraph"/>
      </w:pPr>
      <w:r>
        <w:rPr>
          <w:sz w:val="22"/>
        </w:rPr>
        <w:t>B. $\pi r^2$</w:t>
      </w:r>
    </w:p>
    <w:p>
      <w:pPr>
        <w:pStyle w:val="ListParagraph"/>
      </w:pPr>
      <w:r>
        <w:rPr>
          <w:sz w:val="22"/>
        </w:rPr>
        <w:t>C. $\pi d$</w:t>
      </w:r>
    </w:p>
    <w:p>
      <w:pPr>
        <w:pStyle w:val="ListParagraph"/>
      </w:pPr>
      <w:r>
        <w:rPr>
          <w:sz w:val="22"/>
        </w:rPr>
        <w:t>D. $2\pi r^2$</w:t>
      </w:r>
    </w:p>
    <w:p/>
    <w:p>
      <w:r>
        <w:rPr>
          <w:b/>
          <w:sz w:val="24"/>
        </w:rPr>
        <w:t>Câu 7: Số nào chia hết cho cả 2 và 5?</w:t>
      </w:r>
    </w:p>
    <w:p>
      <w:pPr>
        <w:pStyle w:val="ListParagraph"/>
      </w:pPr>
      <w:r>
        <w:rPr>
          <w:sz w:val="22"/>
        </w:rPr>
        <w:t>A. 12</w:t>
      </w:r>
    </w:p>
    <w:p>
      <w:pPr>
        <w:pStyle w:val="ListParagraph"/>
      </w:pPr>
      <w:r>
        <w:rPr>
          <w:sz w:val="22"/>
        </w:rPr>
        <w:t>B. 15</w:t>
      </w:r>
    </w:p>
    <w:p>
      <w:pPr>
        <w:pStyle w:val="ListParagraph"/>
      </w:pPr>
      <w:r>
        <w:rPr>
          <w:sz w:val="22"/>
        </w:rPr>
        <w:t>C. 20</w:t>
      </w:r>
    </w:p>
    <w:p>
      <w:pPr>
        <w:pStyle w:val="ListParagraph"/>
      </w:pPr>
      <w:r>
        <w:rPr>
          <w:sz w:val="22"/>
        </w:rPr>
        <w:t>D. 25</w:t>
      </w:r>
    </w:p>
    <w:p/>
    <w:p>
      <w:r>
        <w:rPr>
          <w:b/>
          <w:sz w:val="24"/>
        </w:rPr>
        <w:t>Câu 8: Trong một tam giác vuông, định lý Pythagoras là?</w:t>
      </w:r>
    </w:p>
    <w:p>
      <w:pPr>
        <w:pStyle w:val="ListParagraph"/>
      </w:pPr>
      <w:r>
        <w:rPr>
          <w:sz w:val="22"/>
        </w:rPr>
        <w:t>A. $a^2 + b^2 = c^2$</w:t>
      </w:r>
    </w:p>
    <w:p>
      <w:pPr>
        <w:pStyle w:val="ListParagraph"/>
      </w:pPr>
      <w:r>
        <w:rPr>
          <w:sz w:val="22"/>
        </w:rPr>
        <w:t>B. $a + b = c$</w:t>
      </w:r>
    </w:p>
    <w:p>
      <w:pPr>
        <w:pStyle w:val="ListParagraph"/>
      </w:pPr>
      <w:r>
        <w:rPr>
          <w:sz w:val="22"/>
        </w:rPr>
        <w:t>C. $a^2 - b^2 = c^2$</w:t>
      </w:r>
    </w:p>
    <w:p>
      <w:pPr>
        <w:pStyle w:val="ListParagraph"/>
      </w:pPr>
      <w:r>
        <w:rPr>
          <w:sz w:val="22"/>
        </w:rPr>
        <w:t>D. $a \cdot b = c^2$</w:t>
      </w:r>
    </w:p>
    <w:p/>
    <w:p>
      <w:r>
        <w:rPr>
          <w:b/>
          <w:sz w:val="24"/>
        </w:rPr>
        <w:t>Câu 9: Giá trị của $|-7|$ là?</w:t>
      </w:r>
    </w:p>
    <w:p>
      <w:pPr>
        <w:pStyle w:val="ListParagraph"/>
      </w:pPr>
      <w:r>
        <w:rPr>
          <w:sz w:val="22"/>
        </w:rPr>
        <w:t>A. -7</w:t>
      </w:r>
    </w:p>
    <w:p>
      <w:pPr>
        <w:pStyle w:val="ListParagraph"/>
      </w:pPr>
      <w:r>
        <w:rPr>
          <w:sz w:val="22"/>
        </w:rPr>
        <w:t>B. 0</w:t>
      </w:r>
    </w:p>
    <w:p>
      <w:pPr>
        <w:pStyle w:val="ListParagraph"/>
      </w:pPr>
      <w:r>
        <w:rPr>
          <w:sz w:val="22"/>
        </w:rPr>
        <w:t>C. 7</w:t>
      </w:r>
    </w:p>
    <w:p>
      <w:pPr>
        <w:pStyle w:val="ListParagraph"/>
      </w:pPr>
      <w:r>
        <w:rPr>
          <w:sz w:val="22"/>
        </w:rPr>
        <w:t>D. 14</w:t>
      </w:r>
    </w:p>
    <w:p/>
    <w:p>
      <w:r>
        <w:rPr>
          <w:b/>
          <w:sz w:val="24"/>
        </w:rPr>
        <w:t>Câu 10: Số La Mã XIV biểu diễn số nào?</w:t>
      </w:r>
    </w:p>
    <w:p>
      <w:pPr>
        <w:pStyle w:val="ListParagraph"/>
      </w:pPr>
      <w:r>
        <w:rPr>
          <w:sz w:val="22"/>
        </w:rPr>
        <w:t>A. 14</w:t>
      </w:r>
    </w:p>
    <w:p>
      <w:pPr>
        <w:pStyle w:val="ListParagraph"/>
      </w:pPr>
      <w:r>
        <w:rPr>
          <w:sz w:val="22"/>
        </w:rPr>
        <w:t>B. 16</w:t>
      </w:r>
    </w:p>
    <w:p>
      <w:pPr>
        <w:pStyle w:val="ListParagraph"/>
      </w:pPr>
      <w:r>
        <w:rPr>
          <w:sz w:val="22"/>
        </w:rPr>
        <w:t>C. 19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11: Đơn vị đo cường độ dòng điện là?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Ôm ($\Omega$)</w:t>
      </w:r>
    </w:p>
    <w:p/>
    <w:p>
      <w:r>
        <w:rPr>
          <w:b/>
          <w:sz w:val="24"/>
        </w:rPr>
        <w:t>Câu 12: Công thức tính vận tốc là?</w:t>
      </w:r>
    </w:p>
    <w:p>
      <w:pPr>
        <w:pStyle w:val="ListParagraph"/>
      </w:pPr>
      <w:r>
        <w:rPr>
          <w:sz w:val="22"/>
        </w:rPr>
        <w:t>A. $v = s/t$</w:t>
      </w:r>
    </w:p>
    <w:p>
      <w:pPr>
        <w:pStyle w:val="ListParagraph"/>
      </w:pPr>
      <w:r>
        <w:rPr>
          <w:sz w:val="22"/>
        </w:rPr>
        <w:t>B. $v = s \cdot t$</w:t>
      </w:r>
    </w:p>
    <w:p>
      <w:pPr>
        <w:pStyle w:val="ListParagraph"/>
      </w:pPr>
      <w:r>
        <w:rPr>
          <w:sz w:val="22"/>
        </w:rPr>
        <w:t>C. $v = t/s$</w:t>
      </w:r>
    </w:p>
    <w:p>
      <w:pPr>
        <w:pStyle w:val="ListParagraph"/>
      </w:pPr>
      <w:r>
        <w:rPr>
          <w:sz w:val="22"/>
        </w:rPr>
        <w:t>D. $v = s + t$</w:t>
      </w:r>
    </w:p>
    <w:p/>
    <w:p>
      <w:r>
        <w:rPr>
          <w:b/>
          <w:sz w:val="24"/>
        </w:rPr>
        <w:t>Câu 13: Đơn vị đo năng lượng là?</w:t>
      </w:r>
    </w:p>
    <w:p>
      <w:pPr>
        <w:pStyle w:val="ListParagraph"/>
      </w:pPr>
      <w:r>
        <w:rPr>
          <w:sz w:val="22"/>
        </w:rPr>
        <w:t>A. Niutơn (N)</w:t>
      </w:r>
    </w:p>
    <w:p>
      <w:pPr>
        <w:pStyle w:val="ListParagraph"/>
      </w:pPr>
      <w:r>
        <w:rPr>
          <w:sz w:val="22"/>
        </w:rPr>
        <w:t>B. Jun (J)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Pascal (Pa)</w:t>
      </w:r>
    </w:p>
    <w:p/>
    <w:p>
      <w:r>
        <w:rPr>
          <w:b/>
          <w:sz w:val="24"/>
        </w:rPr>
        <w:t>Câu 14: Ánh sáng truyền đi trong môi trường nào nhanh nhất?</w:t>
      </w:r>
    </w:p>
    <w:p>
      <w:pPr>
        <w:pStyle w:val="ListParagraph"/>
      </w:pPr>
      <w:r>
        <w:rPr>
          <w:sz w:val="22"/>
        </w:rPr>
        <w:t>A. Không khí</w:t>
      </w:r>
    </w:p>
    <w:p>
      <w:pPr>
        <w:pStyle w:val="ListParagraph"/>
      </w:pPr>
      <w:r>
        <w:rPr>
          <w:sz w:val="22"/>
        </w:rPr>
        <w:t>B. Nước</w:t>
      </w:r>
    </w:p>
    <w:p>
      <w:pPr>
        <w:pStyle w:val="ListParagraph"/>
      </w:pPr>
      <w:r>
        <w:rPr>
          <w:sz w:val="22"/>
        </w:rPr>
        <w:t>C. Thủy tinh</w:t>
      </w:r>
    </w:p>
    <w:p>
      <w:pPr>
        <w:pStyle w:val="ListParagraph"/>
      </w:pPr>
      <w:r>
        <w:rPr>
          <w:sz w:val="22"/>
        </w:rPr>
        <w:t>D. Chân không</w:t>
      </w:r>
    </w:p>
    <w:p/>
    <w:p>
      <w:r>
        <w:rPr>
          <w:b/>
          <w:sz w:val="24"/>
        </w:rPr>
        <w:t>Câu 15: Đại lượng nào sau đây là vectơ?</w:t>
      </w:r>
    </w:p>
    <w:p>
      <w:pPr>
        <w:pStyle w:val="ListParagraph"/>
      </w:pPr>
      <w:r>
        <w:rPr>
          <w:sz w:val="22"/>
        </w:rPr>
        <w:t>A. Khối lượng</w:t>
      </w:r>
    </w:p>
    <w:p>
      <w:pPr>
        <w:pStyle w:val="ListParagraph"/>
      </w:pPr>
      <w:r>
        <w:rPr>
          <w:sz w:val="22"/>
        </w:rPr>
        <w:t>B. Thời gian</w:t>
      </w:r>
    </w:p>
    <w:p>
      <w:pPr>
        <w:pStyle w:val="ListParagraph"/>
      </w:pPr>
      <w:r>
        <w:rPr>
          <w:sz w:val="22"/>
        </w:rPr>
        <w:t>C. Lực</w:t>
      </w:r>
    </w:p>
    <w:p>
      <w:pPr>
        <w:pStyle w:val="ListParagraph"/>
      </w:pPr>
      <w:r>
        <w:rPr>
          <w:sz w:val="22"/>
        </w:rPr>
        <w:t>D. Nhiệt độ</w:t>
      </w:r>
    </w:p>
    <w:p/>
    <w:p>
      <w:r>
        <w:rPr>
          <w:b/>
          <w:sz w:val="24"/>
        </w:rPr>
        <w:t>Câu 16: Công thức tính công suất là?</w:t>
      </w:r>
    </w:p>
    <w:p>
      <w:pPr>
        <w:pStyle w:val="ListParagraph"/>
      </w:pPr>
      <w:r>
        <w:rPr>
          <w:sz w:val="22"/>
        </w:rPr>
        <w:t>A. $P = A/t$</w:t>
      </w:r>
    </w:p>
    <w:p>
      <w:pPr>
        <w:pStyle w:val="ListParagraph"/>
      </w:pPr>
      <w:r>
        <w:rPr>
          <w:sz w:val="22"/>
        </w:rPr>
        <w:t>B. $P = A \cdot t$</w:t>
      </w:r>
    </w:p>
    <w:p>
      <w:pPr>
        <w:pStyle w:val="ListParagraph"/>
      </w:pPr>
      <w:r>
        <w:rPr>
          <w:sz w:val="22"/>
        </w:rPr>
        <w:t>C. $P = t/A$</w:t>
      </w:r>
    </w:p>
    <w:p>
      <w:pPr>
        <w:pStyle w:val="ListParagraph"/>
      </w:pPr>
      <w:r>
        <w:rPr>
          <w:sz w:val="22"/>
        </w:rPr>
        <w:t>D. $P = A + t$</w:t>
      </w:r>
    </w:p>
    <w:p/>
    <w:p>
      <w:r>
        <w:rPr>
          <w:b/>
          <w:sz w:val="24"/>
        </w:rPr>
        <w:t>Câu 17: Hiện tượng khúc xạ ánh sáng xảy ra khi?</w:t>
      </w:r>
    </w:p>
    <w:p>
      <w:pPr>
        <w:pStyle w:val="ListParagraph"/>
      </w:pPr>
      <w:r>
        <w:rPr>
          <w:sz w:val="22"/>
        </w:rPr>
        <w:t>A. Ánh sáng truyền qua mặt phân cách hai môi trường trong suốt</w:t>
      </w:r>
    </w:p>
    <w:p>
      <w:pPr>
        <w:pStyle w:val="ListParagraph"/>
      </w:pPr>
      <w:r>
        <w:rPr>
          <w:sz w:val="22"/>
        </w:rPr>
        <w:t>B. Ánh sáng gặp gương phẳng</w:t>
      </w:r>
    </w:p>
    <w:p>
      <w:pPr>
        <w:pStyle w:val="ListParagraph"/>
      </w:pPr>
      <w:r>
        <w:rPr>
          <w:sz w:val="22"/>
        </w:rPr>
        <w:t>C. Ánh sáng truyền trong chân không</w:t>
      </w:r>
    </w:p>
    <w:p>
      <w:pPr>
        <w:pStyle w:val="ListParagraph"/>
      </w:pPr>
      <w:r>
        <w:rPr>
          <w:sz w:val="22"/>
        </w:rPr>
        <w:t>D. Ánh sáng bị hấp thụ</w:t>
      </w:r>
    </w:p>
    <w:p/>
    <w:p>
      <w:r>
        <w:rPr>
          <w:b/>
          <w:sz w:val="24"/>
        </w:rPr>
        <w:t>Câu 18: Đơn vị của tần số là?</w:t>
      </w:r>
    </w:p>
    <w:p>
      <w:pPr>
        <w:pStyle w:val="ListParagraph"/>
      </w:pPr>
      <w:r>
        <w:rPr>
          <w:sz w:val="22"/>
        </w:rPr>
        <w:t>A. Giây (s)</w:t>
      </w:r>
    </w:p>
    <w:p>
      <w:pPr>
        <w:pStyle w:val="ListParagraph"/>
      </w:pPr>
      <w:r>
        <w:rPr>
          <w:sz w:val="22"/>
        </w:rPr>
        <w:t>B. Héc (Hz)</w:t>
      </w:r>
    </w:p>
    <w:p>
      <w:pPr>
        <w:pStyle w:val="ListParagraph"/>
      </w:pPr>
      <w:r>
        <w:rPr>
          <w:sz w:val="22"/>
        </w:rPr>
        <w:t>C. Mét (m)</w:t>
      </w:r>
    </w:p>
    <w:p>
      <w:pPr>
        <w:pStyle w:val="ListParagraph"/>
      </w:pPr>
      <w:r>
        <w:rPr>
          <w:sz w:val="22"/>
        </w:rPr>
        <w:t>D. Jun (J)</w:t>
      </w:r>
    </w:p>
    <w:p/>
    <w:p>
      <w:r>
        <w:rPr>
          <w:b/>
          <w:sz w:val="24"/>
        </w:rPr>
        <w:t>Câu 19: Âm thanh không truyền được trong môi trường nào?</w:t>
      </w:r>
    </w:p>
    <w:p>
      <w:pPr>
        <w:pStyle w:val="ListParagraph"/>
      </w:pPr>
      <w:r>
        <w:rPr>
          <w:sz w:val="22"/>
        </w:rPr>
        <w:t>A. Rắn</w:t>
      </w:r>
    </w:p>
    <w:p>
      <w:pPr>
        <w:pStyle w:val="ListParagraph"/>
      </w:pPr>
      <w:r>
        <w:rPr>
          <w:sz w:val="22"/>
        </w:rPr>
        <w:t>B. Lỏng</w:t>
      </w:r>
    </w:p>
    <w:p>
      <w:pPr>
        <w:pStyle w:val="ListParagraph"/>
      </w:pPr>
      <w:r>
        <w:rPr>
          <w:sz w:val="22"/>
        </w:rPr>
        <w:t>C. Khí</w:t>
      </w:r>
    </w:p>
    <w:p>
      <w:pPr>
        <w:pStyle w:val="ListParagraph"/>
      </w:pPr>
      <w:r>
        <w:rPr>
          <w:sz w:val="22"/>
        </w:rPr>
        <w:t>D. Chân không</w:t>
      </w:r>
    </w:p>
    <w:p/>
    <w:p>
      <w:r>
        <w:rPr>
          <w:b/>
          <w:sz w:val="24"/>
        </w:rPr>
        <w:t>Câu 20: Nhiệt độ nóng chảy của nước đá ở điều kiện tiêu chuẩn là?</w:t>
      </w:r>
    </w:p>
    <w:p>
      <w:pPr>
        <w:pStyle w:val="ListParagraph"/>
      </w:pPr>
      <w:r>
        <w:rPr>
          <w:sz w:val="22"/>
        </w:rPr>
        <w:t>A. $0^\circ C$</w:t>
      </w:r>
    </w:p>
    <w:p>
      <w:pPr>
        <w:pStyle w:val="ListParagraph"/>
      </w:pPr>
      <w:r>
        <w:rPr>
          <w:sz w:val="22"/>
        </w:rPr>
        <w:t>B. $100^\circ C$</w:t>
      </w:r>
    </w:p>
    <w:p>
      <w:pPr>
        <w:pStyle w:val="ListParagraph"/>
      </w:pPr>
      <w:r>
        <w:rPr>
          <w:sz w:val="22"/>
        </w:rPr>
        <w:t>C. $-10^\circ C$</w:t>
      </w:r>
    </w:p>
    <w:p>
      <w:pPr>
        <w:pStyle w:val="ListParagraph"/>
      </w:pPr>
      <w:r>
        <w:rPr>
          <w:sz w:val="22"/>
        </w:rPr>
        <w:t>D. $50^\circ C$</w:t>
      </w:r>
    </w:p>
    <w:p/>
    <w:p>
      <w:r>
        <w:rPr>
          <w:b/>
          <w:sz w:val="24"/>
        </w:rPr>
        <w:t>Câu 21: Ký hiệu hóa học của Natri là?</w:t>
      </w:r>
    </w:p>
    <w:p>
      <w:pPr>
        <w:pStyle w:val="ListParagraph"/>
      </w:pPr>
      <w:r>
        <w:rPr>
          <w:sz w:val="22"/>
        </w:rPr>
        <w:t>A. Na</w:t>
      </w:r>
    </w:p>
    <w:p>
      <w:pPr>
        <w:pStyle w:val="ListParagraph"/>
      </w:pPr>
      <w:r>
        <w:rPr>
          <w:sz w:val="22"/>
        </w:rPr>
        <w:t>B. N</w:t>
      </w:r>
    </w:p>
    <w:p>
      <w:pPr>
        <w:pStyle w:val="ListParagraph"/>
      </w:pPr>
      <w:r>
        <w:rPr>
          <w:sz w:val="22"/>
        </w:rPr>
        <w:t>C. Ni</w:t>
      </w:r>
    </w:p>
    <w:p>
      <w:pPr>
        <w:pStyle w:val="ListParagraph"/>
      </w:pPr>
      <w:r>
        <w:rPr>
          <w:sz w:val="22"/>
        </w:rPr>
        <w:t>D. Ne</w:t>
      </w:r>
    </w:p>
    <w:p/>
    <w:p>
      <w:r>
        <w:rPr>
          <w:b/>
          <w:sz w:val="24"/>
        </w:rPr>
        <w:t>Câu 22: Công thức hóa học của nước là?</w:t>
      </w:r>
    </w:p>
    <w:p>
      <w:pPr>
        <w:pStyle w:val="ListParagraph"/>
      </w:pPr>
      <w:r>
        <w:rPr>
          <w:sz w:val="22"/>
        </w:rPr>
        <w:t>A. $H_2O$</w:t>
      </w:r>
    </w:p>
    <w:p>
      <w:pPr>
        <w:pStyle w:val="ListParagraph"/>
      </w:pPr>
      <w:r>
        <w:rPr>
          <w:sz w:val="22"/>
        </w:rPr>
        <w:t>B. $CO_2$</w:t>
      </w:r>
    </w:p>
    <w:p>
      <w:pPr>
        <w:pStyle w:val="ListParagraph"/>
      </w:pPr>
      <w:r>
        <w:rPr>
          <w:sz w:val="22"/>
        </w:rPr>
        <w:t>C. $O_2$</w:t>
      </w:r>
    </w:p>
    <w:p>
      <w:pPr>
        <w:pStyle w:val="ListParagraph"/>
      </w:pPr>
      <w:r>
        <w:rPr>
          <w:sz w:val="22"/>
        </w:rPr>
        <w:t>D. $H_2$</w:t>
      </w:r>
    </w:p>
    <w:p/>
    <w:p>
      <w:r>
        <w:rPr>
          <w:b/>
          <w:sz w:val="24"/>
        </w:rPr>
        <w:t>Câu 23: Nguyên tố nào có ký hiệu là Fe?</w:t>
      </w:r>
    </w:p>
    <w:p>
      <w:pPr>
        <w:pStyle w:val="ListParagraph"/>
      </w:pPr>
      <w:r>
        <w:rPr>
          <w:sz w:val="22"/>
        </w:rPr>
        <w:t>A. Sắt</w:t>
      </w:r>
    </w:p>
    <w:p>
      <w:pPr>
        <w:pStyle w:val="ListParagraph"/>
      </w:pPr>
      <w:r>
        <w:rPr>
          <w:sz w:val="22"/>
        </w:rPr>
        <w:t>B. Đồng</w:t>
      </w:r>
    </w:p>
    <w:p>
      <w:pPr>
        <w:pStyle w:val="ListParagraph"/>
      </w:pPr>
      <w:r>
        <w:rPr>
          <w:sz w:val="22"/>
        </w:rPr>
        <w:t>C. Kẽm</w:t>
      </w:r>
    </w:p>
    <w:p>
      <w:pPr>
        <w:pStyle w:val="ListParagraph"/>
      </w:pPr>
      <w:r>
        <w:rPr>
          <w:sz w:val="22"/>
        </w:rPr>
        <w:t>D. Chì</w:t>
      </w:r>
    </w:p>
    <w:p/>
    <w:p>
      <w:r>
        <w:rPr>
          <w:b/>
          <w:sz w:val="24"/>
        </w:rPr>
        <w:t>Câu 24: Số nguyên tử trong một phân tử $CO_2$ là?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25: Chất nào sau đây là đơn chất?</w:t>
      </w:r>
    </w:p>
    <w:p>
      <w:pPr>
        <w:pStyle w:val="ListParagraph"/>
      </w:pPr>
      <w:r>
        <w:rPr>
          <w:sz w:val="22"/>
        </w:rPr>
        <w:t>A. Nước</w:t>
      </w:r>
    </w:p>
    <w:p>
      <w:pPr>
        <w:pStyle w:val="ListParagraph"/>
      </w:pPr>
      <w:r>
        <w:rPr>
          <w:sz w:val="22"/>
        </w:rPr>
        <w:t>B. Khí oxi</w:t>
      </w:r>
    </w:p>
    <w:p>
      <w:pPr>
        <w:pStyle w:val="ListParagraph"/>
      </w:pPr>
      <w:r>
        <w:rPr>
          <w:sz w:val="22"/>
        </w:rPr>
        <w:t>C. Muối ăn</w:t>
      </w:r>
    </w:p>
    <w:p>
      <w:pPr>
        <w:pStyle w:val="ListParagraph"/>
      </w:pPr>
      <w:r>
        <w:rPr>
          <w:sz w:val="22"/>
        </w:rPr>
        <w:t>D. Đường</w:t>
      </w:r>
    </w:p>
    <w:p/>
    <w:p>
      <w:r>
        <w:rPr>
          <w:b/>
          <w:sz w:val="24"/>
        </w:rPr>
        <w:t>Câu 26: PH của dung dịch axit mạnh thường?</w:t>
      </w:r>
    </w:p>
    <w:p>
      <w:pPr>
        <w:pStyle w:val="ListParagraph"/>
      </w:pPr>
      <w:r>
        <w:rPr>
          <w:sz w:val="22"/>
        </w:rPr>
        <w:t>A. Lớn hơn 7</w:t>
      </w:r>
    </w:p>
    <w:p>
      <w:pPr>
        <w:pStyle w:val="ListParagraph"/>
      </w:pPr>
      <w:r>
        <w:rPr>
          <w:sz w:val="22"/>
        </w:rPr>
        <w:t>B. Bằng 7</w:t>
      </w:r>
    </w:p>
    <w:p>
      <w:pPr>
        <w:pStyle w:val="ListParagraph"/>
      </w:pPr>
      <w:r>
        <w:rPr>
          <w:sz w:val="22"/>
        </w:rPr>
        <w:t>C. Nhỏ hơn 7</w:t>
      </w:r>
    </w:p>
    <w:p>
      <w:pPr>
        <w:pStyle w:val="ListParagraph"/>
      </w:pPr>
      <w:r>
        <w:rPr>
          <w:sz w:val="22"/>
        </w:rPr>
        <w:t>D. Bằng 14</w:t>
      </w:r>
    </w:p>
    <w:p/>
    <w:p>
      <w:r>
        <w:rPr>
          <w:b/>
          <w:sz w:val="24"/>
        </w:rPr>
        <w:t>Câu 27: Kim loại nào sau đây phản ứng với nước ở nhiệt độ thường?</w:t>
      </w:r>
    </w:p>
    <w:p>
      <w:pPr>
        <w:pStyle w:val="ListParagraph"/>
      </w:pPr>
      <w:r>
        <w:rPr>
          <w:sz w:val="22"/>
        </w:rPr>
        <w:t>A. Na</w:t>
      </w:r>
    </w:p>
    <w:p>
      <w:pPr>
        <w:pStyle w:val="ListParagraph"/>
      </w:pPr>
      <w:r>
        <w:rPr>
          <w:sz w:val="22"/>
        </w:rPr>
        <w:t>B. Cu</w:t>
      </w:r>
    </w:p>
    <w:p>
      <w:pPr>
        <w:pStyle w:val="ListParagraph"/>
      </w:pPr>
      <w:r>
        <w:rPr>
          <w:sz w:val="22"/>
        </w:rPr>
        <w:t>C. Ag</w:t>
      </w:r>
    </w:p>
    <w:p>
      <w:pPr>
        <w:pStyle w:val="ListParagraph"/>
      </w:pPr>
      <w:r>
        <w:rPr>
          <w:sz w:val="22"/>
        </w:rPr>
        <w:t>D. Au</w:t>
      </w:r>
    </w:p>
    <w:p/>
    <w:p>
      <w:r>
        <w:rPr>
          <w:b/>
          <w:sz w:val="24"/>
        </w:rPr>
        <w:t>Câu 28: Khí nào chiếm tỉ lệ lớn nhất trong không khí?</w:t>
      </w:r>
    </w:p>
    <w:p>
      <w:pPr>
        <w:pStyle w:val="ListParagraph"/>
      </w:pPr>
      <w:r>
        <w:rPr>
          <w:sz w:val="22"/>
        </w:rPr>
        <w:t>A. Oxi</w:t>
      </w:r>
    </w:p>
    <w:p>
      <w:pPr>
        <w:pStyle w:val="ListParagraph"/>
      </w:pPr>
      <w:r>
        <w:rPr>
          <w:sz w:val="22"/>
        </w:rPr>
        <w:t>B. Nitơ</w:t>
      </w:r>
    </w:p>
    <w:p>
      <w:pPr>
        <w:pStyle w:val="ListParagraph"/>
      </w:pPr>
      <w:r>
        <w:rPr>
          <w:sz w:val="22"/>
        </w:rPr>
        <w:t>C. Cacbonic</w:t>
      </w:r>
    </w:p>
    <w:p>
      <w:pPr>
        <w:pStyle w:val="ListParagraph"/>
      </w:pPr>
      <w:r>
        <w:rPr>
          <w:sz w:val="22"/>
        </w:rPr>
        <w:t>D. Hiđro</w:t>
      </w:r>
    </w:p>
    <w:p/>
    <w:p>
      <w:r>
        <w:rPr>
          <w:b/>
          <w:sz w:val="24"/>
        </w:rPr>
        <w:t>Câu 29: Công thức của axit clohiđric là?</w:t>
      </w:r>
    </w:p>
    <w:p>
      <w:pPr>
        <w:pStyle w:val="ListParagraph"/>
      </w:pPr>
      <w:r>
        <w:rPr>
          <w:sz w:val="22"/>
        </w:rPr>
        <w:t>A. HCl</w:t>
      </w:r>
    </w:p>
    <w:p>
      <w:pPr>
        <w:pStyle w:val="ListParagraph"/>
      </w:pPr>
      <w:r>
        <w:rPr>
          <w:sz w:val="22"/>
        </w:rPr>
        <w:t>B. $H_2SO_4$</w:t>
      </w:r>
    </w:p>
    <w:p>
      <w:pPr>
        <w:pStyle w:val="ListParagraph"/>
      </w:pPr>
      <w:r>
        <w:rPr>
          <w:sz w:val="22"/>
        </w:rPr>
        <w:t>C. $HNO_3$</w:t>
      </w:r>
    </w:p>
    <w:p>
      <w:pPr>
        <w:pStyle w:val="ListParagraph"/>
      </w:pPr>
      <w:r>
        <w:rPr>
          <w:sz w:val="22"/>
        </w:rPr>
        <w:t>D. $H_3PO_4$</w:t>
      </w:r>
    </w:p>
    <w:p/>
    <w:p>
      <w:r>
        <w:rPr>
          <w:b/>
          <w:sz w:val="24"/>
        </w:rPr>
        <w:t>Câu 30: Hợp chất nào là oxit bazơ?</w:t>
      </w:r>
    </w:p>
    <w:p>
      <w:pPr>
        <w:pStyle w:val="ListParagraph"/>
      </w:pPr>
      <w:r>
        <w:rPr>
          <w:sz w:val="22"/>
        </w:rPr>
        <w:t>A. $CO_2$</w:t>
      </w:r>
    </w:p>
    <w:p>
      <w:pPr>
        <w:pStyle w:val="ListParagraph"/>
      </w:pPr>
      <w:r>
        <w:rPr>
          <w:sz w:val="22"/>
        </w:rPr>
        <w:t>B. $SO_2$</w:t>
      </w:r>
    </w:p>
    <w:p>
      <w:pPr>
        <w:pStyle w:val="ListParagraph"/>
      </w:pPr>
      <w:r>
        <w:rPr>
          <w:sz w:val="22"/>
        </w:rPr>
        <w:t>C. $Na_2O$</w:t>
      </w:r>
    </w:p>
    <w:p>
      <w:pPr>
        <w:pStyle w:val="ListParagraph"/>
      </w:pPr>
      <w:r>
        <w:rPr>
          <w:sz w:val="22"/>
        </w:rPr>
        <w:t>D. $P_2O_5$</w:t>
      </w:r>
    </w:p>
    <w:p/>
    <w:p>
      <w:r>
        <w:rPr>
          <w:b/>
          <w:sz w:val="24"/>
        </w:rPr>
        <w:t>Câu 31: Đơn vị cấu tạo nên cơ thể sống là?</w:t>
      </w:r>
    </w:p>
    <w:p>
      <w:pPr>
        <w:pStyle w:val="ListParagraph"/>
      </w:pPr>
      <w:r>
        <w:rPr>
          <w:sz w:val="22"/>
        </w:rPr>
        <w:t>A. Tế bào</w:t>
      </w:r>
    </w:p>
    <w:p>
      <w:pPr>
        <w:pStyle w:val="ListParagraph"/>
      </w:pPr>
      <w:r>
        <w:rPr>
          <w:sz w:val="22"/>
        </w:rPr>
        <w:t>B. Mô</w:t>
      </w:r>
    </w:p>
    <w:p>
      <w:pPr>
        <w:pStyle w:val="ListParagraph"/>
      </w:pPr>
      <w:r>
        <w:rPr>
          <w:sz w:val="22"/>
        </w:rPr>
        <w:t>C. Cơ quan</w:t>
      </w:r>
    </w:p>
    <w:p>
      <w:pPr>
        <w:pStyle w:val="ListParagraph"/>
      </w:pPr>
      <w:r>
        <w:rPr>
          <w:sz w:val="22"/>
        </w:rPr>
        <w:t>D. Hệ cơ quan</w:t>
      </w:r>
    </w:p>
    <w:p/>
    <w:p>
      <w:r>
        <w:rPr>
          <w:b/>
          <w:sz w:val="24"/>
        </w:rPr>
        <w:t>Câu 32: Quá trình quang hợp ở thực vật tạo ra khí nào?</w:t>
      </w:r>
    </w:p>
    <w:p>
      <w:pPr>
        <w:pStyle w:val="ListParagraph"/>
      </w:pPr>
      <w:r>
        <w:rPr>
          <w:sz w:val="22"/>
        </w:rPr>
        <w:t>A. Oxi</w:t>
      </w:r>
    </w:p>
    <w:p>
      <w:pPr>
        <w:pStyle w:val="ListParagraph"/>
      </w:pPr>
      <w:r>
        <w:rPr>
          <w:sz w:val="22"/>
        </w:rPr>
        <w:t>B. Cacbonic</w:t>
      </w:r>
    </w:p>
    <w:p>
      <w:pPr>
        <w:pStyle w:val="ListParagraph"/>
      </w:pPr>
      <w:r>
        <w:rPr>
          <w:sz w:val="22"/>
        </w:rPr>
        <w:t>C. Nitơ</w:t>
      </w:r>
    </w:p>
    <w:p>
      <w:pPr>
        <w:pStyle w:val="ListParagraph"/>
      </w:pPr>
      <w:r>
        <w:rPr>
          <w:sz w:val="22"/>
        </w:rPr>
        <w:t>D. Hiđro</w:t>
      </w:r>
    </w:p>
    <w:p/>
    <w:p>
      <w:r>
        <w:rPr>
          <w:b/>
          <w:sz w:val="24"/>
        </w:rPr>
        <w:t>Câu 33: Bộ phận nào của cây hút nước và muối khoáng?</w:t>
      </w:r>
    </w:p>
    <w:p>
      <w:pPr>
        <w:pStyle w:val="ListParagraph"/>
      </w:pPr>
      <w:r>
        <w:rPr>
          <w:sz w:val="22"/>
        </w:rPr>
        <w:t>A. Lá</w:t>
      </w:r>
    </w:p>
    <w:p>
      <w:pPr>
        <w:pStyle w:val="ListParagraph"/>
      </w:pPr>
      <w:r>
        <w:rPr>
          <w:sz w:val="22"/>
        </w:rPr>
        <w:t>B. Hoa</w:t>
      </w:r>
    </w:p>
    <w:p>
      <w:pPr>
        <w:pStyle w:val="ListParagraph"/>
      </w:pPr>
      <w:r>
        <w:rPr>
          <w:sz w:val="22"/>
        </w:rPr>
        <w:t>C. Rễ</w:t>
      </w:r>
    </w:p>
    <w:p>
      <w:pPr>
        <w:pStyle w:val="ListParagraph"/>
      </w:pPr>
      <w:r>
        <w:rPr>
          <w:sz w:val="22"/>
        </w:rPr>
        <w:t>D. Thân</w:t>
      </w:r>
    </w:p>
    <w:p/>
    <w:p>
      <w:r>
        <w:rPr>
          <w:b/>
          <w:sz w:val="24"/>
        </w:rPr>
        <w:t>Câu 34: Nhóm máu nào được gọi là nhóm máu chuyên cho?</w:t>
      </w:r>
    </w:p>
    <w:p>
      <w:pPr>
        <w:pStyle w:val="ListParagraph"/>
      </w:pPr>
      <w:r>
        <w:rPr>
          <w:sz w:val="22"/>
        </w:rPr>
        <w:t>A. A</w:t>
      </w:r>
    </w:p>
    <w:p>
      <w:pPr>
        <w:pStyle w:val="ListParagraph"/>
      </w:pPr>
      <w:r>
        <w:rPr>
          <w:sz w:val="22"/>
        </w:rPr>
        <w:t>B. B</w:t>
      </w:r>
    </w:p>
    <w:p>
      <w:pPr>
        <w:pStyle w:val="ListParagraph"/>
      </w:pPr>
      <w:r>
        <w:rPr>
          <w:sz w:val="22"/>
        </w:rPr>
        <w:t>C. AB</w:t>
      </w:r>
    </w:p>
    <w:p>
      <w:pPr>
        <w:pStyle w:val="ListParagraph"/>
      </w:pPr>
      <w:r>
        <w:rPr>
          <w:sz w:val="22"/>
        </w:rPr>
        <w:t>D. O</w:t>
      </w:r>
    </w:p>
    <w:p/>
    <w:p>
      <w:r>
        <w:rPr>
          <w:b/>
          <w:sz w:val="24"/>
        </w:rPr>
        <w:t>Câu 35: Cơ quan nào thực hiện trao đổi khí ở người?</w:t>
      </w:r>
    </w:p>
    <w:p>
      <w:pPr>
        <w:pStyle w:val="ListParagraph"/>
      </w:pPr>
      <w:r>
        <w:rPr>
          <w:sz w:val="22"/>
        </w:rPr>
        <w:t>A. Phổi</w:t>
      </w:r>
    </w:p>
    <w:p>
      <w:pPr>
        <w:pStyle w:val="ListParagraph"/>
      </w:pPr>
      <w:r>
        <w:rPr>
          <w:sz w:val="22"/>
        </w:rPr>
        <w:t>B. Tim</w:t>
      </w:r>
    </w:p>
    <w:p>
      <w:pPr>
        <w:pStyle w:val="ListParagraph"/>
      </w:pPr>
      <w:r>
        <w:rPr>
          <w:sz w:val="22"/>
        </w:rPr>
        <w:t>C. Gan</w:t>
      </w:r>
    </w:p>
    <w:p>
      <w:pPr>
        <w:pStyle w:val="ListParagraph"/>
      </w:pPr>
      <w:r>
        <w:rPr>
          <w:sz w:val="22"/>
        </w:rPr>
        <w:t>D. Thận</w:t>
      </w:r>
    </w:p>
    <w:p/>
    <w:p>
      <w:r>
        <w:rPr>
          <w:b/>
          <w:sz w:val="24"/>
        </w:rPr>
        <w:t>Câu 36: ADN có cấu trúc mấy mạch?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37: Động vật nào là động vật có vú?</w:t>
      </w:r>
    </w:p>
    <w:p>
      <w:pPr>
        <w:pStyle w:val="ListParagraph"/>
      </w:pPr>
      <w:r>
        <w:rPr>
          <w:sz w:val="22"/>
        </w:rPr>
        <w:t>A. Cá voi</w:t>
      </w:r>
    </w:p>
    <w:p>
      <w:pPr>
        <w:pStyle w:val="ListParagraph"/>
      </w:pPr>
      <w:r>
        <w:rPr>
          <w:sz w:val="22"/>
        </w:rPr>
        <w:t>B. Cá mập</w:t>
      </w:r>
    </w:p>
    <w:p>
      <w:pPr>
        <w:pStyle w:val="ListParagraph"/>
      </w:pPr>
      <w:r>
        <w:rPr>
          <w:sz w:val="22"/>
        </w:rPr>
        <w:t>C. Cá sấu</w:t>
      </w:r>
    </w:p>
    <w:p>
      <w:pPr>
        <w:pStyle w:val="ListParagraph"/>
      </w:pPr>
      <w:r>
        <w:rPr>
          <w:sz w:val="22"/>
        </w:rPr>
        <w:t>D. Rùa</w:t>
      </w:r>
    </w:p>
    <w:p/>
    <w:p>
      <w:r>
        <w:rPr>
          <w:b/>
          <w:sz w:val="24"/>
        </w:rPr>
        <w:t>Câu 38: Thực vật nào có hoa?</w:t>
      </w:r>
    </w:p>
    <w:p>
      <w:pPr>
        <w:pStyle w:val="ListParagraph"/>
      </w:pPr>
      <w:r>
        <w:rPr>
          <w:sz w:val="22"/>
        </w:rPr>
        <w:t>A. Rêu</w:t>
      </w:r>
    </w:p>
    <w:p>
      <w:pPr>
        <w:pStyle w:val="ListParagraph"/>
      </w:pPr>
      <w:r>
        <w:rPr>
          <w:sz w:val="22"/>
        </w:rPr>
        <w:t>B. Dương xỉ</w:t>
      </w:r>
    </w:p>
    <w:p>
      <w:pPr>
        <w:pStyle w:val="ListParagraph"/>
      </w:pPr>
      <w:r>
        <w:rPr>
          <w:sz w:val="22"/>
        </w:rPr>
        <w:t>C. Thông</w:t>
      </w:r>
    </w:p>
    <w:p>
      <w:pPr>
        <w:pStyle w:val="ListParagraph"/>
      </w:pPr>
      <w:r>
        <w:rPr>
          <w:sz w:val="22"/>
        </w:rPr>
        <w:t>D. Hoa hồng</w:t>
      </w:r>
    </w:p>
    <w:p/>
    <w:p>
      <w:r>
        <w:rPr>
          <w:b/>
          <w:sz w:val="24"/>
        </w:rPr>
        <w:t>Câu 39: Quá trình hô hấp tế bào sử dụng khí nào?</w:t>
      </w:r>
    </w:p>
    <w:p>
      <w:pPr>
        <w:pStyle w:val="ListParagraph"/>
      </w:pPr>
      <w:r>
        <w:rPr>
          <w:sz w:val="22"/>
        </w:rPr>
        <w:t>A. Oxi</w:t>
      </w:r>
    </w:p>
    <w:p>
      <w:pPr>
        <w:pStyle w:val="ListParagraph"/>
      </w:pPr>
      <w:r>
        <w:rPr>
          <w:sz w:val="22"/>
        </w:rPr>
        <w:t>B. Cacbonic</w:t>
      </w:r>
    </w:p>
    <w:p>
      <w:pPr>
        <w:pStyle w:val="ListParagraph"/>
      </w:pPr>
      <w:r>
        <w:rPr>
          <w:sz w:val="22"/>
        </w:rPr>
        <w:t>C. Nitơ</w:t>
      </w:r>
    </w:p>
    <w:p>
      <w:pPr>
        <w:pStyle w:val="ListParagraph"/>
      </w:pPr>
      <w:r>
        <w:rPr>
          <w:sz w:val="22"/>
        </w:rPr>
        <w:t>D. Heli</w:t>
      </w:r>
    </w:p>
    <w:p/>
    <w:p>
      <w:r>
        <w:rPr>
          <w:b/>
          <w:sz w:val="24"/>
        </w:rPr>
        <w:t>Câu 40: Enzim tiêu hóa tinh bột trong miệng là?</w:t>
      </w:r>
    </w:p>
    <w:p>
      <w:pPr>
        <w:pStyle w:val="ListParagraph"/>
      </w:pPr>
      <w:r>
        <w:rPr>
          <w:sz w:val="22"/>
        </w:rPr>
        <w:t>A. Amilaza</w:t>
      </w:r>
    </w:p>
    <w:p>
      <w:pPr>
        <w:pStyle w:val="ListParagraph"/>
      </w:pPr>
      <w:r>
        <w:rPr>
          <w:sz w:val="22"/>
        </w:rPr>
        <w:t>B. Pepsin</w:t>
      </w:r>
    </w:p>
    <w:p>
      <w:pPr>
        <w:pStyle w:val="ListParagraph"/>
      </w:pPr>
      <w:r>
        <w:rPr>
          <w:sz w:val="22"/>
        </w:rPr>
        <w:t>C. Lipaza</w:t>
      </w:r>
    </w:p>
    <w:p>
      <w:pPr>
        <w:pStyle w:val="ListParagraph"/>
      </w:pPr>
      <w:r>
        <w:rPr>
          <w:sz w:val="22"/>
        </w:rPr>
        <w:t>D. Tripsin</w:t>
      </w:r>
    </w:p>
    <w:p/>
    <w:p>
      <w:r>
        <w:rPr>
          <w:b/>
          <w:sz w:val="24"/>
        </w:rPr>
        <w:t>Câu 41: Ai là người sáng lập ra nước Việt Nam Dân chủ Cộng hòa?</w:t>
      </w:r>
    </w:p>
    <w:p>
      <w:pPr>
        <w:pStyle w:val="ListParagraph"/>
      </w:pPr>
      <w:r>
        <w:rPr>
          <w:sz w:val="22"/>
        </w:rPr>
        <w:t>A. Hồ Chí Minh</w:t>
      </w:r>
    </w:p>
    <w:p>
      <w:pPr>
        <w:pStyle w:val="ListParagraph"/>
      </w:pPr>
      <w:r>
        <w:rPr>
          <w:sz w:val="22"/>
        </w:rPr>
        <w:t>B. Phan Bội Châu</w:t>
      </w:r>
    </w:p>
    <w:p>
      <w:pPr>
        <w:pStyle w:val="ListParagraph"/>
      </w:pPr>
      <w:r>
        <w:rPr>
          <w:sz w:val="22"/>
        </w:rPr>
        <w:t>C. Nguyễn Ái Quốc</w:t>
      </w:r>
    </w:p>
    <w:p>
      <w:pPr>
        <w:pStyle w:val="ListParagraph"/>
      </w:pPr>
      <w:r>
        <w:rPr>
          <w:sz w:val="22"/>
        </w:rPr>
        <w:t>D. Võ Nguyên Giáp</w:t>
      </w:r>
    </w:p>
    <w:p/>
    <w:p>
      <w:r>
        <w:rPr>
          <w:b/>
          <w:sz w:val="24"/>
        </w:rPr>
        <w:t>Câu 42: Chiến thắng Điện Biên Phủ diễn ra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1954</w:t>
      </w:r>
    </w:p>
    <w:p>
      <w:pPr>
        <w:pStyle w:val="ListParagraph"/>
      </w:pPr>
      <w:r>
        <w:rPr>
          <w:sz w:val="22"/>
        </w:rPr>
        <w:t>C. 1975</w:t>
      </w:r>
    </w:p>
    <w:p>
      <w:pPr>
        <w:pStyle w:val="ListParagraph"/>
      </w:pPr>
      <w:r>
        <w:rPr>
          <w:sz w:val="22"/>
        </w:rPr>
        <w:t>D. 1930</w:t>
      </w:r>
    </w:p>
    <w:p/>
    <w:p>
      <w:r>
        <w:rPr>
          <w:b/>
          <w:sz w:val="24"/>
        </w:rPr>
        <w:t>Câu 43: Ai là vị vua đầu tiên của nhà Lý?</w:t>
      </w:r>
    </w:p>
    <w:p>
      <w:pPr>
        <w:pStyle w:val="ListParagraph"/>
      </w:pPr>
      <w:r>
        <w:rPr>
          <w:sz w:val="22"/>
        </w:rPr>
        <w:t>A. Lý Thái Tổ</w:t>
      </w:r>
    </w:p>
    <w:p>
      <w:pPr>
        <w:pStyle w:val="ListParagraph"/>
      </w:pPr>
      <w:r>
        <w:rPr>
          <w:sz w:val="22"/>
        </w:rPr>
        <w:t>B. Lý Thái Tông</w:t>
      </w:r>
    </w:p>
    <w:p>
      <w:pPr>
        <w:pStyle w:val="ListParagraph"/>
      </w:pPr>
      <w:r>
        <w:rPr>
          <w:sz w:val="22"/>
        </w:rPr>
        <w:t>C. Lý Thánh Tông</w:t>
      </w:r>
    </w:p>
    <w:p>
      <w:pPr>
        <w:pStyle w:val="ListParagraph"/>
      </w:pPr>
      <w:r>
        <w:rPr>
          <w:sz w:val="22"/>
        </w:rPr>
        <w:t>D. Lý Nhân Tông</w:t>
      </w:r>
    </w:p>
    <w:p/>
    <w:p>
      <w:r>
        <w:rPr>
          <w:b/>
          <w:sz w:val="24"/>
        </w:rPr>
        <w:t>Câu 44: Cách mạng Tháng Mười Nga diễn ra năm nào?</w:t>
      </w:r>
    </w:p>
    <w:p>
      <w:pPr>
        <w:pStyle w:val="ListParagraph"/>
      </w:pPr>
      <w:r>
        <w:rPr>
          <w:sz w:val="22"/>
        </w:rPr>
        <w:t>A. 1917</w:t>
      </w:r>
    </w:p>
    <w:p>
      <w:pPr>
        <w:pStyle w:val="ListParagraph"/>
      </w:pPr>
      <w:r>
        <w:rPr>
          <w:sz w:val="22"/>
        </w:rPr>
        <w:t>B. 1918</w:t>
      </w:r>
    </w:p>
    <w:p>
      <w:pPr>
        <w:pStyle w:val="ListParagraph"/>
      </w:pPr>
      <w:r>
        <w:rPr>
          <w:sz w:val="22"/>
        </w:rPr>
        <w:t>C. 1920</w:t>
      </w:r>
    </w:p>
    <w:p>
      <w:pPr>
        <w:pStyle w:val="ListParagraph"/>
      </w:pPr>
      <w:r>
        <w:rPr>
          <w:sz w:val="22"/>
        </w:rPr>
        <w:t>D. 1905</w:t>
      </w:r>
    </w:p>
    <w:p/>
    <w:p>
      <w:r>
        <w:rPr>
          <w:b/>
          <w:sz w:val="24"/>
        </w:rPr>
        <w:t>Câu 45: Chiến tranh thế giới thứ hai kết thúc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1944</w:t>
      </w:r>
    </w:p>
    <w:p>
      <w:pPr>
        <w:pStyle w:val="ListParagraph"/>
      </w:pPr>
      <w:r>
        <w:rPr>
          <w:sz w:val="22"/>
        </w:rPr>
        <w:t>C. 1946</w:t>
      </w:r>
    </w:p>
    <w:p>
      <w:pPr>
        <w:pStyle w:val="ListParagraph"/>
      </w:pPr>
      <w:r>
        <w:rPr>
          <w:sz w:val="22"/>
        </w:rPr>
        <w:t>D. 1943</w:t>
      </w:r>
    </w:p>
    <w:p/>
    <w:p>
      <w:r>
        <w:rPr>
          <w:b/>
          <w:sz w:val="24"/>
        </w:rPr>
        <w:t>Câu 46: Người phát minh ra bóng đèn sợi đốt là?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Alexander Graham Bell</w:t>
      </w:r>
    </w:p>
    <w:p>
      <w:pPr>
        <w:pStyle w:val="ListParagraph"/>
      </w:pPr>
      <w:r>
        <w:rPr>
          <w:sz w:val="22"/>
        </w:rPr>
        <w:t>C. Nikola Tesla</w:t>
      </w:r>
    </w:p>
    <w:p>
      <w:pPr>
        <w:pStyle w:val="ListParagraph"/>
      </w:pPr>
      <w:r>
        <w:rPr>
          <w:sz w:val="22"/>
        </w:rPr>
        <w:t>D. Albert Einstein</w:t>
      </w:r>
    </w:p>
    <w:p/>
    <w:p>
      <w:r>
        <w:rPr>
          <w:b/>
          <w:sz w:val="24"/>
        </w:rPr>
        <w:t>Câu 47: Quốc gia nào khởi đầu cuộc cách mạng công nghiệp?</w:t>
      </w:r>
    </w:p>
    <w:p>
      <w:pPr>
        <w:pStyle w:val="ListParagraph"/>
      </w:pPr>
      <w:r>
        <w:rPr>
          <w:sz w:val="22"/>
        </w:rPr>
        <w:t>A. Anh</w:t>
      </w:r>
    </w:p>
    <w:p>
      <w:pPr>
        <w:pStyle w:val="ListParagraph"/>
      </w:pPr>
      <w:r>
        <w:rPr>
          <w:sz w:val="22"/>
        </w:rPr>
        <w:t>B. Pháp</w:t>
      </w:r>
    </w:p>
    <w:p>
      <w:pPr>
        <w:pStyle w:val="ListParagraph"/>
      </w:pPr>
      <w:r>
        <w:rPr>
          <w:sz w:val="22"/>
        </w:rPr>
        <w:t>C. Đức</w:t>
      </w:r>
    </w:p>
    <w:p>
      <w:pPr>
        <w:pStyle w:val="ListParagraph"/>
      </w:pPr>
      <w:r>
        <w:rPr>
          <w:sz w:val="22"/>
        </w:rPr>
        <w:t>D. Mỹ</w:t>
      </w:r>
    </w:p>
    <w:p/>
    <w:p>
      <w:r>
        <w:rPr>
          <w:b/>
          <w:sz w:val="24"/>
        </w:rPr>
        <w:t>Câu 48: Bác Hồ đọc Tuyên ngôn Độc lập vào ngày nào?</w:t>
      </w:r>
    </w:p>
    <w:p>
      <w:pPr>
        <w:pStyle w:val="ListParagraph"/>
      </w:pPr>
      <w:r>
        <w:rPr>
          <w:sz w:val="22"/>
        </w:rPr>
        <w:t>A. 2/9/1945</w:t>
      </w:r>
    </w:p>
    <w:p>
      <w:pPr>
        <w:pStyle w:val="ListParagraph"/>
      </w:pPr>
      <w:r>
        <w:rPr>
          <w:sz w:val="22"/>
        </w:rPr>
        <w:t>B. 2/9/1946</w:t>
      </w:r>
    </w:p>
    <w:p>
      <w:pPr>
        <w:pStyle w:val="ListParagraph"/>
      </w:pPr>
      <w:r>
        <w:rPr>
          <w:sz w:val="22"/>
        </w:rPr>
        <w:t>C. 3/9/1945</w:t>
      </w:r>
    </w:p>
    <w:p>
      <w:pPr>
        <w:pStyle w:val="ListParagraph"/>
      </w:pPr>
      <w:r>
        <w:rPr>
          <w:sz w:val="22"/>
        </w:rPr>
        <w:t>D. 1/9/1945</w:t>
      </w:r>
    </w:p>
    <w:p/>
    <w:p>
      <w:r>
        <w:rPr>
          <w:b/>
          <w:sz w:val="24"/>
        </w:rPr>
        <w:t>Câu 49: Nhà nước Văn Lang do ai lập nên?</w:t>
      </w:r>
    </w:p>
    <w:p>
      <w:pPr>
        <w:pStyle w:val="ListParagraph"/>
      </w:pPr>
      <w:r>
        <w:rPr>
          <w:sz w:val="22"/>
        </w:rPr>
        <w:t>A. Hùng Vương</w:t>
      </w:r>
    </w:p>
    <w:p>
      <w:pPr>
        <w:pStyle w:val="ListParagraph"/>
      </w:pPr>
      <w:r>
        <w:rPr>
          <w:sz w:val="22"/>
        </w:rPr>
        <w:t>B. An Dương Vương</w:t>
      </w:r>
    </w:p>
    <w:p>
      <w:pPr>
        <w:pStyle w:val="ListParagraph"/>
      </w:pPr>
      <w:r>
        <w:rPr>
          <w:sz w:val="22"/>
        </w:rPr>
        <w:t>C. Lý Nam Đế</w:t>
      </w:r>
    </w:p>
    <w:p>
      <w:pPr>
        <w:pStyle w:val="ListParagraph"/>
      </w:pPr>
      <w:r>
        <w:rPr>
          <w:sz w:val="22"/>
        </w:rPr>
        <w:t>D. Ngô Quyền</w:t>
      </w:r>
    </w:p>
    <w:p/>
    <w:p>
      <w:r>
        <w:rPr>
          <w:b/>
          <w:sz w:val="24"/>
        </w:rPr>
        <w:t>Câu 50: Trận Bạch Đằng năm 938 do ai lãnh đạo?</w:t>
      </w:r>
    </w:p>
    <w:p>
      <w:pPr>
        <w:pStyle w:val="ListParagraph"/>
      </w:pPr>
      <w:r>
        <w:rPr>
          <w:sz w:val="22"/>
        </w:rPr>
        <w:t>A. Ngô Quyền</w:t>
      </w:r>
    </w:p>
    <w:p>
      <w:pPr>
        <w:pStyle w:val="ListParagraph"/>
      </w:pPr>
      <w:r>
        <w:rPr>
          <w:sz w:val="22"/>
        </w:rPr>
        <w:t>B. Lê Hoàn</w:t>
      </w:r>
    </w:p>
    <w:p>
      <w:pPr>
        <w:pStyle w:val="ListParagraph"/>
      </w:pPr>
      <w:r>
        <w:rPr>
          <w:sz w:val="22"/>
        </w:rPr>
        <w:t>C. Trần Hưng Đạo</w:t>
      </w:r>
    </w:p>
    <w:p>
      <w:pPr>
        <w:pStyle w:val="ListParagraph"/>
      </w:pPr>
      <w:r>
        <w:rPr>
          <w:sz w:val="22"/>
        </w:rPr>
        <w:t>D. Lý Thường Kiệt</w:t>
      </w:r>
    </w:p>
    <w:p/>
    <w:p>
      <w:r>
        <w:rPr>
          <w:b/>
          <w:sz w:val="24"/>
        </w:rPr>
        <w:t>Câu 51: Hành tinh nào gần Mặt Trời nhất?</w:t>
      </w:r>
    </w:p>
    <w:p>
      <w:pPr>
        <w:pStyle w:val="ListParagraph"/>
      </w:pPr>
      <w:r>
        <w:rPr>
          <w:sz w:val="22"/>
        </w:rPr>
        <w:t>A. Thủy tinh</w:t>
      </w:r>
    </w:p>
    <w:p>
      <w:pPr>
        <w:pStyle w:val="ListParagraph"/>
      </w:pPr>
      <w:r>
        <w:rPr>
          <w:sz w:val="22"/>
        </w:rPr>
        <w:t>B. Kim tinh</w:t>
      </w:r>
    </w:p>
    <w:p>
      <w:pPr>
        <w:pStyle w:val="ListParagraph"/>
      </w:pPr>
      <w:r>
        <w:rPr>
          <w:sz w:val="22"/>
        </w:rPr>
        <w:t>C. Trái Đất</w:t>
      </w:r>
    </w:p>
    <w:p>
      <w:pPr>
        <w:pStyle w:val="ListParagraph"/>
      </w:pPr>
      <w:r>
        <w:rPr>
          <w:sz w:val="22"/>
        </w:rPr>
        <w:t>D. Hỏa tinh</w:t>
      </w:r>
    </w:p>
    <w:p/>
    <w:p>
      <w:r>
        <w:rPr>
          <w:b/>
          <w:sz w:val="24"/>
        </w:rPr>
        <w:t>Câu 52: Việt Nam nằm ở khu vực nào của châu Á?</w:t>
      </w:r>
    </w:p>
    <w:p>
      <w:pPr>
        <w:pStyle w:val="ListParagraph"/>
      </w:pPr>
      <w:r>
        <w:rPr>
          <w:sz w:val="22"/>
        </w:rPr>
        <w:t>A. Đông Nam Á</w:t>
      </w:r>
    </w:p>
    <w:p>
      <w:pPr>
        <w:pStyle w:val="ListParagraph"/>
      </w:pPr>
      <w:r>
        <w:rPr>
          <w:sz w:val="22"/>
        </w:rPr>
        <w:t>B. Đông Á</w:t>
      </w:r>
    </w:p>
    <w:p>
      <w:pPr>
        <w:pStyle w:val="ListParagraph"/>
      </w:pPr>
      <w:r>
        <w:rPr>
          <w:sz w:val="22"/>
        </w:rPr>
        <w:t>C. Nam Á</w:t>
      </w:r>
    </w:p>
    <w:p>
      <w:pPr>
        <w:pStyle w:val="ListParagraph"/>
      </w:pPr>
      <w:r>
        <w:rPr>
          <w:sz w:val="22"/>
        </w:rPr>
        <w:t>D. Tây Á</w:t>
      </w:r>
    </w:p>
    <w:p/>
    <w:p>
      <w:r>
        <w:rPr>
          <w:b/>
          <w:sz w:val="24"/>
        </w:rPr>
        <w:t>Câu 53: Sông nào chảy qua thủ đô Hà Nội?</w:t>
      </w:r>
    </w:p>
    <w:p>
      <w:pPr>
        <w:pStyle w:val="ListParagraph"/>
      </w:pPr>
      <w:r>
        <w:rPr>
          <w:sz w:val="22"/>
        </w:rPr>
        <w:t>A. Sông Hồng</w:t>
      </w:r>
    </w:p>
    <w:p>
      <w:pPr>
        <w:pStyle w:val="ListParagraph"/>
      </w:pPr>
      <w:r>
        <w:rPr>
          <w:sz w:val="22"/>
        </w:rPr>
        <w:t>B. Sông Mê Kông</w:t>
      </w:r>
    </w:p>
    <w:p>
      <w:pPr>
        <w:pStyle w:val="ListParagraph"/>
      </w:pPr>
      <w:r>
        <w:rPr>
          <w:sz w:val="22"/>
        </w:rPr>
        <w:t>C. Sông Đồng Nai</w:t>
      </w:r>
    </w:p>
    <w:p>
      <w:pPr>
        <w:pStyle w:val="ListParagraph"/>
      </w:pPr>
      <w:r>
        <w:rPr>
          <w:sz w:val="22"/>
        </w:rPr>
        <w:t>D. Sông Cửu Long</w:t>
      </w:r>
    </w:p>
    <w:p/>
    <w:p>
      <w:r>
        <w:rPr>
          <w:b/>
          <w:sz w:val="24"/>
        </w:rPr>
        <w:t>Câu 54: Châu lục nào có diện tích lớn nhất?</w:t>
      </w:r>
    </w:p>
    <w:p>
      <w:pPr>
        <w:pStyle w:val="ListParagraph"/>
      </w:pPr>
      <w:r>
        <w:rPr>
          <w:sz w:val="22"/>
        </w:rPr>
        <w:t>A. Châu Á</w:t>
      </w:r>
    </w:p>
    <w:p>
      <w:pPr>
        <w:pStyle w:val="ListParagraph"/>
      </w:pPr>
      <w:r>
        <w:rPr>
          <w:sz w:val="22"/>
        </w:rPr>
        <w:t>B. Châu Phi</w:t>
      </w:r>
    </w:p>
    <w:p>
      <w:pPr>
        <w:pStyle w:val="ListParagraph"/>
      </w:pPr>
      <w:r>
        <w:rPr>
          <w:sz w:val="22"/>
        </w:rPr>
        <w:t>C. Châu Âu</w:t>
      </w:r>
    </w:p>
    <w:p>
      <w:pPr>
        <w:pStyle w:val="ListParagraph"/>
      </w:pPr>
      <w:r>
        <w:rPr>
          <w:sz w:val="22"/>
        </w:rPr>
        <w:t>D. Châu Mỹ</w:t>
      </w:r>
    </w:p>
    <w:p/>
    <w:p>
      <w:r>
        <w:rPr>
          <w:b/>
          <w:sz w:val="24"/>
        </w:rPr>
        <w:t>Câu 55: Đại dương nào lớn nhất?</w:t>
      </w:r>
    </w:p>
    <w:p>
      <w:pPr>
        <w:pStyle w:val="ListParagraph"/>
      </w:pPr>
      <w:r>
        <w:rPr>
          <w:sz w:val="22"/>
        </w:rPr>
        <w:t>A. Thái Bình Dương</w:t>
      </w:r>
    </w:p>
    <w:p>
      <w:pPr>
        <w:pStyle w:val="ListParagraph"/>
      </w:pPr>
      <w:r>
        <w:rPr>
          <w:sz w:val="22"/>
        </w:rPr>
        <w:t>B. Đại Tây Dương</w:t>
      </w:r>
    </w:p>
    <w:p>
      <w:pPr>
        <w:pStyle w:val="ListParagraph"/>
      </w:pPr>
      <w:r>
        <w:rPr>
          <w:sz w:val="22"/>
        </w:rPr>
        <w:t>C. Ấn Độ Dương</w:t>
      </w:r>
    </w:p>
    <w:p>
      <w:pPr>
        <w:pStyle w:val="ListParagraph"/>
      </w:pPr>
      <w:r>
        <w:rPr>
          <w:sz w:val="22"/>
        </w:rPr>
        <w:t>D. Bắc Băng Dương</w:t>
      </w:r>
    </w:p>
    <w:p/>
    <w:p>
      <w:r>
        <w:rPr>
          <w:b/>
          <w:sz w:val="24"/>
        </w:rPr>
        <w:t>Câu 56: Quốc gia nào có dân số đông nhất thế giới (năm 2023)?</w:t>
      </w:r>
    </w:p>
    <w:p>
      <w:pPr>
        <w:pStyle w:val="ListParagraph"/>
      </w:pPr>
      <w:r>
        <w:rPr>
          <w:sz w:val="22"/>
        </w:rPr>
        <w:t>A. Ấn Độ</w:t>
      </w:r>
    </w:p>
    <w:p>
      <w:pPr>
        <w:pStyle w:val="ListParagraph"/>
      </w:pPr>
      <w:r>
        <w:rPr>
          <w:sz w:val="22"/>
        </w:rPr>
        <w:t>B. Trung Quốc</w:t>
      </w:r>
    </w:p>
    <w:p>
      <w:pPr>
        <w:pStyle w:val="ListParagraph"/>
      </w:pPr>
      <w:r>
        <w:rPr>
          <w:sz w:val="22"/>
        </w:rPr>
        <w:t>C. Mỹ</w:t>
      </w:r>
    </w:p>
    <w:p>
      <w:pPr>
        <w:pStyle w:val="ListParagraph"/>
      </w:pPr>
      <w:r>
        <w:rPr>
          <w:sz w:val="22"/>
        </w:rPr>
        <w:t>D. Indonesia</w:t>
      </w:r>
    </w:p>
    <w:p/>
    <w:p>
      <w:r>
        <w:rPr>
          <w:b/>
          <w:sz w:val="24"/>
        </w:rPr>
        <w:t>Câu 57: Thành phố nào là thủ đô của Nhật Bản?</w:t>
      </w:r>
    </w:p>
    <w:p>
      <w:pPr>
        <w:pStyle w:val="ListParagraph"/>
      </w:pPr>
      <w:r>
        <w:rPr>
          <w:sz w:val="22"/>
        </w:rPr>
        <w:t>A. Tokyo</w:t>
      </w:r>
    </w:p>
    <w:p>
      <w:pPr>
        <w:pStyle w:val="ListParagraph"/>
      </w:pPr>
      <w:r>
        <w:rPr>
          <w:sz w:val="22"/>
        </w:rPr>
        <w:t>B. Osaka</w:t>
      </w:r>
    </w:p>
    <w:p>
      <w:pPr>
        <w:pStyle w:val="ListParagraph"/>
      </w:pPr>
      <w:r>
        <w:rPr>
          <w:sz w:val="22"/>
        </w:rPr>
        <w:t>C. Kyoto</w:t>
      </w:r>
    </w:p>
    <w:p>
      <w:pPr>
        <w:pStyle w:val="ListParagraph"/>
      </w:pPr>
      <w:r>
        <w:rPr>
          <w:sz w:val="22"/>
        </w:rPr>
        <w:t>D. Nagoya</w:t>
      </w:r>
    </w:p>
    <w:p/>
    <w:p>
      <w:r>
        <w:rPr>
          <w:b/>
          <w:sz w:val="24"/>
        </w:rPr>
        <w:t>Câu 58: Việt Nam có bao nhiêu tỉnh thành?</w:t>
      </w:r>
    </w:p>
    <w:p>
      <w:pPr>
        <w:pStyle w:val="ListParagraph"/>
      </w:pPr>
      <w:r>
        <w:rPr>
          <w:sz w:val="22"/>
        </w:rPr>
        <w:t>A. 63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62</w:t>
      </w:r>
    </w:p>
    <w:p>
      <w:pPr>
        <w:pStyle w:val="ListParagraph"/>
      </w:pPr>
      <w:r>
        <w:rPr>
          <w:sz w:val="22"/>
        </w:rPr>
        <w:t>D. 65</w:t>
      </w:r>
    </w:p>
    <w:p/>
    <w:p>
      <w:r>
        <w:rPr>
          <w:b/>
          <w:sz w:val="24"/>
        </w:rPr>
        <w:t>Câu 59: Núi nào cao nhất Việt Nam?</w:t>
      </w:r>
    </w:p>
    <w:p>
      <w:pPr>
        <w:pStyle w:val="ListParagraph"/>
      </w:pPr>
      <w:r>
        <w:rPr>
          <w:sz w:val="22"/>
        </w:rPr>
        <w:t>A. Phan Xi Păng</w:t>
      </w:r>
    </w:p>
    <w:p>
      <w:pPr>
        <w:pStyle w:val="ListParagraph"/>
      </w:pPr>
      <w:r>
        <w:rPr>
          <w:sz w:val="22"/>
        </w:rPr>
        <w:t>B. Ngọc Linh</w:t>
      </w:r>
    </w:p>
    <w:p>
      <w:pPr>
        <w:pStyle w:val="ListParagraph"/>
      </w:pPr>
      <w:r>
        <w:rPr>
          <w:sz w:val="22"/>
        </w:rPr>
        <w:t>C. Bà Đen</w:t>
      </w:r>
    </w:p>
    <w:p>
      <w:pPr>
        <w:pStyle w:val="ListParagraph"/>
      </w:pPr>
      <w:r>
        <w:rPr>
          <w:sz w:val="22"/>
        </w:rPr>
        <w:t>D. Tam Đảo</w:t>
      </w:r>
    </w:p>
    <w:p/>
    <w:p>
      <w:r>
        <w:rPr>
          <w:b/>
          <w:sz w:val="24"/>
        </w:rPr>
        <w:t>Câu 60: Biển nào có diện tích lớn nhất Việt Nam?</w:t>
      </w:r>
    </w:p>
    <w:p>
      <w:pPr>
        <w:pStyle w:val="ListParagraph"/>
      </w:pPr>
      <w:r>
        <w:rPr>
          <w:sz w:val="22"/>
        </w:rPr>
        <w:t>A. Biển Đông</w:t>
      </w:r>
    </w:p>
    <w:p>
      <w:pPr>
        <w:pStyle w:val="ListParagraph"/>
      </w:pPr>
      <w:r>
        <w:rPr>
          <w:sz w:val="22"/>
        </w:rPr>
        <w:t>B. Biển Đen</w:t>
      </w:r>
    </w:p>
    <w:p>
      <w:pPr>
        <w:pStyle w:val="ListParagraph"/>
      </w:pPr>
      <w:r>
        <w:rPr>
          <w:sz w:val="22"/>
        </w:rPr>
        <w:t>C. Biển Đỏ</w:t>
      </w:r>
    </w:p>
    <w:p>
      <w:pPr>
        <w:pStyle w:val="ListParagraph"/>
      </w:pPr>
      <w:r>
        <w:rPr>
          <w:sz w:val="22"/>
        </w:rPr>
        <w:t>D. Biển Ban Tích</w:t>
      </w:r>
    </w:p>
    <w:p/>
    <w:p>
      <w:r>
        <w:rPr>
          <w:b/>
          <w:sz w:val="24"/>
        </w:rPr>
        <w:t>Câu 61: Từ nào là danh từ trong câu: "Con mèo đang ngủ"?</w:t>
      </w:r>
    </w:p>
    <w:p>
      <w:pPr>
        <w:pStyle w:val="ListParagraph"/>
      </w:pPr>
      <w:r>
        <w:rPr>
          <w:sz w:val="22"/>
        </w:rPr>
        <w:t>A. Con mèo</w:t>
      </w:r>
    </w:p>
    <w:p>
      <w:pPr>
        <w:pStyle w:val="ListParagraph"/>
      </w:pPr>
      <w:r>
        <w:rPr>
          <w:sz w:val="22"/>
        </w:rPr>
        <w:t>B. đang</w:t>
      </w:r>
    </w:p>
    <w:p>
      <w:pPr>
        <w:pStyle w:val="ListParagraph"/>
      </w:pPr>
      <w:r>
        <w:rPr>
          <w:sz w:val="22"/>
        </w:rPr>
        <w:t>C. ngủ</w:t>
      </w:r>
    </w:p>
    <w:p>
      <w:pPr>
        <w:pStyle w:val="ListParagraph"/>
      </w:pPr>
      <w:r>
        <w:rPr>
          <w:sz w:val="22"/>
        </w:rPr>
        <w:t>D. cả A và C</w:t>
      </w:r>
    </w:p>
    <w:p/>
    <w:p>
      <w:r>
        <w:rPr>
          <w:b/>
          <w:sz w:val="24"/>
        </w:rPr>
        <w:t>Câu 62: Từ trái nghĩa với "cao" là?</w:t>
      </w:r>
    </w:p>
    <w:p>
      <w:pPr>
        <w:pStyle w:val="ListParagraph"/>
      </w:pPr>
      <w:r>
        <w:rPr>
          <w:sz w:val="22"/>
        </w:rPr>
        <w:t>A. thấp</w:t>
      </w:r>
    </w:p>
    <w:p>
      <w:pPr>
        <w:pStyle w:val="ListParagraph"/>
      </w:pPr>
      <w:r>
        <w:rPr>
          <w:sz w:val="22"/>
        </w:rPr>
        <w:t>B. rộng</w:t>
      </w:r>
    </w:p>
    <w:p>
      <w:pPr>
        <w:pStyle w:val="ListParagraph"/>
      </w:pPr>
      <w:r>
        <w:rPr>
          <w:sz w:val="22"/>
        </w:rPr>
        <w:t>C. dài</w:t>
      </w:r>
    </w:p>
    <w:p>
      <w:pPr>
        <w:pStyle w:val="ListParagraph"/>
      </w:pPr>
      <w:r>
        <w:rPr>
          <w:sz w:val="22"/>
        </w:rPr>
        <w:t>D. nặng</w:t>
      </w:r>
    </w:p>
    <w:p/>
    <w:p>
      <w:r>
        <w:rPr>
          <w:b/>
          <w:sz w:val="24"/>
        </w:rPr>
        <w:t>Câu 63: Chọn từ đúng: "She ___ to school every day."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gone</w:t>
      </w:r>
    </w:p>
    <w:p/>
    <w:p>
      <w:r>
        <w:rPr>
          <w:b/>
          <w:sz w:val="24"/>
        </w:rPr>
        <w:t>Câu 64: "I have lived here ___ 2010."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65: Từ nào viết đúng chính tả?</w:t>
      </w:r>
    </w:p>
    <w:p>
      <w:pPr>
        <w:pStyle w:val="ListParagraph"/>
      </w:pPr>
      <w:r>
        <w:rPr>
          <w:sz w:val="22"/>
        </w:rPr>
        <w:t>A. successful</w:t>
      </w:r>
    </w:p>
    <w:p>
      <w:pPr>
        <w:pStyle w:val="ListParagraph"/>
      </w:pPr>
      <w:r>
        <w:rPr>
          <w:sz w:val="22"/>
        </w:rPr>
        <w:t>B. succesful</w:t>
      </w:r>
    </w:p>
    <w:p>
      <w:pPr>
        <w:pStyle w:val="ListParagraph"/>
      </w:pPr>
      <w:r>
        <w:rPr>
          <w:sz w:val="22"/>
        </w:rPr>
        <w:t>C. successfull</w:t>
      </w:r>
    </w:p>
    <w:p>
      <w:pPr>
        <w:pStyle w:val="ListParagraph"/>
      </w:pPr>
      <w:r>
        <w:rPr>
          <w:sz w:val="22"/>
        </w:rPr>
        <w:t>D. sucessful</w:t>
      </w:r>
    </w:p>
    <w:p/>
    <w:p>
      <w:r>
        <w:rPr>
          <w:b/>
          <w:sz w:val="24"/>
        </w:rPr>
        <w:t>Câu 66: "If I ___ you, I would study harder."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67: "This is the book ___ I told you about."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which</w:t>
      </w:r>
    </w:p>
    <w:p>
      <w:pPr>
        <w:pStyle w:val="ListParagraph"/>
      </w:pPr>
      <w:r>
        <w:rPr>
          <w:sz w:val="22"/>
        </w:rPr>
        <w:t>C. whom</w:t>
      </w:r>
    </w:p>
    <w:p>
      <w:pPr>
        <w:pStyle w:val="ListParagraph"/>
      </w:pPr>
      <w:r>
        <w:rPr>
          <w:sz w:val="22"/>
        </w:rPr>
        <w:t>D. whose</w:t>
      </w:r>
    </w:p>
    <w:p/>
    <w:p>
      <w:r>
        <w:rPr>
          <w:b/>
          <w:sz w:val="24"/>
        </w:rPr>
        <w:t>Câu 68: "He is interested ___ playing football."</w:t>
      </w:r>
    </w:p>
    <w:p>
      <w:pPr>
        <w:pStyle w:val="ListParagraph"/>
      </w:pPr>
      <w:r>
        <w:rPr>
          <w:sz w:val="22"/>
        </w:rPr>
        <w:t>A. in</w:t>
      </w:r>
    </w:p>
    <w:p>
      <w:pPr>
        <w:pStyle w:val="ListParagraph"/>
      </w:pPr>
      <w:r>
        <w:rPr>
          <w:sz w:val="22"/>
        </w:rPr>
        <w:t>B. on</w:t>
      </w:r>
    </w:p>
    <w:p>
      <w:pPr>
        <w:pStyle w:val="ListParagraph"/>
      </w:pPr>
      <w:r>
        <w:rPr>
          <w:sz w:val="22"/>
        </w:rPr>
        <w:t>C. at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69: "The teacher asked us ___ quiet."</w:t>
      </w:r>
    </w:p>
    <w:p>
      <w:pPr>
        <w:pStyle w:val="ListParagraph"/>
      </w:pPr>
      <w:r>
        <w:rPr>
          <w:sz w:val="22"/>
        </w:rPr>
        <w:t>A. to be</w:t>
      </w:r>
    </w:p>
    <w:p>
      <w:pPr>
        <w:pStyle w:val="ListParagraph"/>
      </w:pPr>
      <w:r>
        <w:rPr>
          <w:sz w:val="22"/>
        </w:rPr>
        <w:t>B. be</w:t>
      </w:r>
    </w:p>
    <w:p>
      <w:pPr>
        <w:pStyle w:val="ListParagraph"/>
      </w:pPr>
      <w:r>
        <w:rPr>
          <w:sz w:val="22"/>
        </w:rPr>
        <w:t>C. being</w:t>
      </w:r>
    </w:p>
    <w:p>
      <w:pPr>
        <w:pStyle w:val="ListParagraph"/>
      </w:pPr>
      <w:r>
        <w:rPr>
          <w:sz w:val="22"/>
        </w:rPr>
        <w:t>D. been</w:t>
      </w:r>
    </w:p>
    <w:p/>
    <w:p>
      <w:r>
        <w:rPr>
          <w:b/>
          <w:sz w:val="24"/>
        </w:rPr>
        <w:t>Câu 70: "I wish I ___ speak English fluently."</w:t>
      </w:r>
    </w:p>
    <w:p>
      <w:pPr>
        <w:pStyle w:val="ListParagraph"/>
      </w:pPr>
      <w:r>
        <w:rPr>
          <w:sz w:val="22"/>
        </w:rPr>
        <w:t>A. can</w:t>
      </w:r>
    </w:p>
    <w:p>
      <w:pPr>
        <w:pStyle w:val="ListParagraph"/>
      </w:pPr>
      <w:r>
        <w:rPr>
          <w:sz w:val="22"/>
        </w:rPr>
        <w:t>B. could</w:t>
      </w:r>
    </w:p>
    <w:p>
      <w:pPr>
        <w:pStyle w:val="ListParagraph"/>
      </w:pPr>
      <w:r>
        <w:rPr>
          <w:sz w:val="22"/>
        </w:rPr>
        <w:t>C. will</w:t>
      </w:r>
    </w:p>
    <w:p>
      <w:pPr>
        <w:pStyle w:val="ListParagraph"/>
      </w:pPr>
      <w:r>
        <w:rPr>
          <w:sz w:val="22"/>
        </w:rPr>
        <w:t>D. would</w:t>
      </w:r>
    </w:p>
    <w:p/>
    <w:p>
      <w:r>
        <w:rPr>
          <w:b/>
          <w:sz w:val="24"/>
        </w:rPr>
        <w:t>Câu 71: Trong tin học, CPU là viết tắt của?</w:t>
      </w:r>
    </w:p>
    <w:p>
      <w:pPr>
        <w:pStyle w:val="ListParagraph"/>
      </w:pPr>
      <w:r>
        <w:rPr>
          <w:sz w:val="22"/>
        </w:rPr>
        <w:t>A. Central Processing Unit</w:t>
      </w:r>
    </w:p>
    <w:p>
      <w:pPr>
        <w:pStyle w:val="ListParagraph"/>
      </w:pPr>
      <w:r>
        <w:rPr>
          <w:sz w:val="22"/>
        </w:rPr>
        <w:t>B. Computer Personal Unit</w:t>
      </w:r>
    </w:p>
    <w:p>
      <w:pPr>
        <w:pStyle w:val="ListParagraph"/>
      </w:pPr>
      <w:r>
        <w:rPr>
          <w:sz w:val="22"/>
        </w:rPr>
        <w:t>C. Central Program Unit</w:t>
      </w:r>
    </w:p>
    <w:p>
      <w:pPr>
        <w:pStyle w:val="ListParagraph"/>
      </w:pPr>
      <w:r>
        <w:rPr>
          <w:sz w:val="22"/>
        </w:rPr>
        <w:t>D. Control Processing Unit</w:t>
      </w:r>
    </w:p>
    <w:p/>
    <w:p>
      <w:r>
        <w:rPr>
          <w:b/>
          <w:sz w:val="24"/>
        </w:rPr>
        <w:t>Câu 72: Đơn vị đo dung lượng thông tin nhỏ nhất là?</w:t>
      </w:r>
    </w:p>
    <w:p>
      <w:pPr>
        <w:pStyle w:val="ListParagraph"/>
      </w:pPr>
      <w:r>
        <w:rPr>
          <w:sz w:val="22"/>
        </w:rPr>
        <w:t>A. Bit</w:t>
      </w:r>
    </w:p>
    <w:p>
      <w:pPr>
        <w:pStyle w:val="ListParagraph"/>
      </w:pPr>
      <w:r>
        <w:rPr>
          <w:sz w:val="22"/>
        </w:rPr>
        <w:t>B. Byte</w:t>
      </w:r>
    </w:p>
    <w:p>
      <w:pPr>
        <w:pStyle w:val="ListParagraph"/>
      </w:pPr>
      <w:r>
        <w:rPr>
          <w:sz w:val="22"/>
        </w:rPr>
        <w:t>C. Kilobyte</w:t>
      </w:r>
    </w:p>
    <w:p>
      <w:pPr>
        <w:pStyle w:val="ListParagraph"/>
      </w:pPr>
      <w:r>
        <w:rPr>
          <w:sz w:val="22"/>
        </w:rPr>
        <w:t>D. Megabyte</w:t>
      </w:r>
    </w:p>
    <w:p/>
    <w:p>
      <w:r>
        <w:rPr>
          <w:b/>
          <w:sz w:val="24"/>
        </w:rPr>
        <w:t>Câu 73: Trong hệ điều hành Windows, tổ hợp phím Ctrl + C dùng để?</w:t>
      </w:r>
    </w:p>
    <w:p>
      <w:pPr>
        <w:pStyle w:val="ListParagraph"/>
      </w:pPr>
      <w:r>
        <w:rPr>
          <w:sz w:val="22"/>
        </w:rPr>
        <w:t>A. Sao chép</w:t>
      </w:r>
    </w:p>
    <w:p>
      <w:pPr>
        <w:pStyle w:val="ListParagraph"/>
      </w:pPr>
      <w:r>
        <w:rPr>
          <w:sz w:val="22"/>
        </w:rPr>
        <w:t>B. Dán</w:t>
      </w:r>
    </w:p>
    <w:p>
      <w:pPr>
        <w:pStyle w:val="ListParagraph"/>
      </w:pPr>
      <w:r>
        <w:rPr>
          <w:sz w:val="22"/>
        </w:rPr>
        <w:t>C. Cắt</w:t>
      </w:r>
    </w:p>
    <w:p>
      <w:pPr>
        <w:pStyle w:val="ListParagraph"/>
      </w:pPr>
      <w:r>
        <w:rPr>
          <w:sz w:val="22"/>
        </w:rPr>
        <w:t>D. Hoàn tác</w:t>
      </w:r>
    </w:p>
    <w:p/>
    <w:p>
      <w:r>
        <w:rPr>
          <w:b/>
          <w:sz w:val="24"/>
        </w:rPr>
        <w:t>Câu 74: Ngôn ngữ lập trình nào thường dùng để tạo trang web động?</w:t>
      </w:r>
    </w:p>
    <w:p>
      <w:pPr>
        <w:pStyle w:val="ListParagraph"/>
      </w:pPr>
      <w:r>
        <w:rPr>
          <w:sz w:val="22"/>
        </w:rPr>
        <w:t>A. HTML</w:t>
      </w:r>
    </w:p>
    <w:p>
      <w:pPr>
        <w:pStyle w:val="ListParagraph"/>
      </w:pPr>
      <w:r>
        <w:rPr>
          <w:sz w:val="22"/>
        </w:rPr>
        <w:t>B. CSS</w:t>
      </w:r>
    </w:p>
    <w:p>
      <w:pPr>
        <w:pStyle w:val="ListParagraph"/>
      </w:pPr>
      <w:r>
        <w:rPr>
          <w:sz w:val="22"/>
        </w:rPr>
        <w:t>C. JavaScript</w:t>
      </w:r>
    </w:p>
    <w:p>
      <w:pPr>
        <w:pStyle w:val="ListParagraph"/>
      </w:pPr>
      <w:r>
        <w:rPr>
          <w:sz w:val="22"/>
        </w:rPr>
        <w:t>D. XML</w:t>
      </w:r>
    </w:p>
    <w:p/>
    <w:p>
      <w:r>
        <w:rPr>
          <w:b/>
          <w:sz w:val="24"/>
        </w:rPr>
        <w:t>Câu 75: Thiết bị nào là thiết bị vào?</w:t>
      </w:r>
    </w:p>
    <w:p>
      <w:pPr>
        <w:pStyle w:val="ListParagraph"/>
      </w:pPr>
      <w:r>
        <w:rPr>
          <w:sz w:val="22"/>
        </w:rPr>
        <w:t>A. Màn hình</w:t>
      </w:r>
    </w:p>
    <w:p>
      <w:pPr>
        <w:pStyle w:val="ListParagraph"/>
      </w:pPr>
      <w:r>
        <w:rPr>
          <w:sz w:val="22"/>
        </w:rPr>
        <w:t>B. Máy in</w:t>
      </w:r>
    </w:p>
    <w:p>
      <w:pPr>
        <w:pStyle w:val="ListParagraph"/>
      </w:pPr>
      <w:r>
        <w:rPr>
          <w:sz w:val="22"/>
        </w:rPr>
        <w:t>C. Bàn phím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76: Địa chỉ IP có bao nhiêu bit trong IPv4?</w:t>
      </w:r>
    </w:p>
    <w:p>
      <w:pPr>
        <w:pStyle w:val="ListParagraph"/>
      </w:pPr>
      <w:r>
        <w:rPr>
          <w:sz w:val="22"/>
        </w:rPr>
        <w:t>A. 32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128</w:t>
      </w:r>
    </w:p>
    <w:p>
      <w:pPr>
        <w:pStyle w:val="ListParagraph"/>
      </w:pPr>
      <w:r>
        <w:rPr>
          <w:sz w:val="22"/>
        </w:rPr>
        <w:t>D. 256</w:t>
      </w:r>
    </w:p>
    <w:p/>
    <w:p>
      <w:r>
        <w:rPr>
          <w:b/>
          <w:sz w:val="24"/>
        </w:rPr>
        <w:t>Câu 77: Phần mềm nào là hệ điều hành?</w:t>
      </w:r>
    </w:p>
    <w:p>
      <w:pPr>
        <w:pStyle w:val="ListParagraph"/>
      </w:pPr>
      <w:r>
        <w:rPr>
          <w:sz w:val="22"/>
        </w:rPr>
        <w:t>A. Microsoft Word</w:t>
      </w:r>
    </w:p>
    <w:p>
      <w:pPr>
        <w:pStyle w:val="ListParagraph"/>
      </w:pPr>
      <w:r>
        <w:rPr>
          <w:sz w:val="22"/>
        </w:rPr>
        <w:t>B. Windows</w:t>
      </w:r>
    </w:p>
    <w:p>
      <w:pPr>
        <w:pStyle w:val="ListParagraph"/>
      </w:pPr>
      <w:r>
        <w:rPr>
          <w:sz w:val="22"/>
        </w:rPr>
        <w:t>C. Excel</w:t>
      </w:r>
    </w:p>
    <w:p>
      <w:pPr>
        <w:pStyle w:val="ListParagraph"/>
      </w:pPr>
      <w:r>
        <w:rPr>
          <w:sz w:val="22"/>
        </w:rPr>
        <w:t>D. Photoshop</w:t>
      </w:r>
    </w:p>
    <w:p/>
    <w:p>
      <w:r>
        <w:rPr>
          <w:b/>
          <w:sz w:val="24"/>
        </w:rPr>
        <w:t>Câu 78: Trong Excel, công thức tính tổng là?</w:t>
      </w:r>
    </w:p>
    <w:p>
      <w:pPr>
        <w:pStyle w:val="ListParagraph"/>
      </w:pPr>
      <w:r>
        <w:rPr>
          <w:sz w:val="22"/>
        </w:rPr>
        <w:t>A. =SUM()</w:t>
      </w:r>
    </w:p>
    <w:p>
      <w:pPr>
        <w:pStyle w:val="ListParagraph"/>
      </w:pPr>
      <w:r>
        <w:rPr>
          <w:sz w:val="22"/>
        </w:rPr>
        <w:t>B. =AVERAGE()</w:t>
      </w:r>
    </w:p>
    <w:p>
      <w:pPr>
        <w:pStyle w:val="ListParagraph"/>
      </w:pPr>
      <w:r>
        <w:rPr>
          <w:sz w:val="22"/>
        </w:rPr>
        <w:t>C. =MAX()</w:t>
      </w:r>
    </w:p>
    <w:p>
      <w:pPr>
        <w:pStyle w:val="ListParagraph"/>
      </w:pPr>
      <w:r>
        <w:rPr>
          <w:sz w:val="22"/>
        </w:rPr>
        <w:t>D. =MIN()</w:t>
      </w:r>
    </w:p>
    <w:p/>
    <w:p>
      <w:r>
        <w:rPr>
          <w:b/>
          <w:sz w:val="24"/>
        </w:rPr>
        <w:t>Câu 79: Internet là viết tắt của?</w:t>
      </w:r>
    </w:p>
    <w:p>
      <w:pPr>
        <w:pStyle w:val="ListParagraph"/>
      </w:pPr>
      <w:r>
        <w:rPr>
          <w:sz w:val="22"/>
        </w:rPr>
        <w:t>A. International Network</w:t>
      </w:r>
    </w:p>
    <w:p>
      <w:pPr>
        <w:pStyle w:val="ListParagraph"/>
      </w:pPr>
      <w:r>
        <w:rPr>
          <w:sz w:val="22"/>
        </w:rPr>
        <w:t>B. Interconnected Network</w:t>
      </w:r>
    </w:p>
    <w:p>
      <w:pPr>
        <w:pStyle w:val="ListParagraph"/>
      </w:pPr>
      <w:r>
        <w:rPr>
          <w:sz w:val="22"/>
        </w:rPr>
        <w:t>C. Internal Network</w:t>
      </w:r>
    </w:p>
    <w:p>
      <w:pPr>
        <w:pStyle w:val="ListParagraph"/>
      </w:pPr>
      <w:r>
        <w:rPr>
          <w:sz w:val="22"/>
        </w:rPr>
        <w:t>D. Internetwork</w:t>
      </w:r>
    </w:p>
    <w:p/>
    <w:p>
      <w:r>
        <w:rPr>
          <w:b/>
          <w:sz w:val="24"/>
        </w:rPr>
        <w:t>Câu 80: Byte bằng bao nhiêu bit?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8</w:t>
      </w:r>
    </w:p>
    <w:p>
      <w:pPr>
        <w:pStyle w:val="ListParagraph"/>
      </w:pPr>
      <w:r>
        <w:rPr>
          <w:sz w:val="22"/>
        </w:rPr>
        <w:t>C. 16</w:t>
      </w:r>
    </w:p>
    <w:p>
      <w:pPr>
        <w:pStyle w:val="ListParagraph"/>
      </w:pPr>
      <w:r>
        <w:rPr>
          <w:sz w:val="22"/>
        </w:rPr>
        <w:t>D. 32</w:t>
      </w:r>
    </w:p>
    <w:p/>
    <w:p>
      <w:r>
        <w:rPr>
          <w:b/>
          <w:sz w:val="24"/>
        </w:rPr>
        <w:t>Câu 81: Vitamin nào giúp phòng bệnh còi xương?</w:t>
      </w:r>
    </w:p>
    <w:p>
      <w:pPr>
        <w:pStyle w:val="ListParagraph"/>
      </w:pPr>
      <w:r>
        <w:rPr>
          <w:sz w:val="22"/>
        </w:rPr>
        <w:t>A. Vitamin A</w:t>
      </w:r>
    </w:p>
    <w:p>
      <w:pPr>
        <w:pStyle w:val="ListParagraph"/>
      </w:pPr>
      <w:r>
        <w:rPr>
          <w:sz w:val="22"/>
        </w:rPr>
        <w:t>B. Vitamin B</w:t>
      </w:r>
    </w:p>
    <w:p>
      <w:pPr>
        <w:pStyle w:val="ListParagraph"/>
      </w:pPr>
      <w:r>
        <w:rPr>
          <w:sz w:val="22"/>
        </w:rPr>
        <w:t>C. Vitamin C</w:t>
      </w:r>
    </w:p>
    <w:p>
      <w:pPr>
        <w:pStyle w:val="ListParagraph"/>
      </w:pPr>
      <w:r>
        <w:rPr>
          <w:sz w:val="22"/>
        </w:rPr>
        <w:t>D. Vitamin D</w:t>
      </w:r>
    </w:p>
    <w:p/>
    <w:p>
      <w:r>
        <w:rPr>
          <w:b/>
          <w:sz w:val="24"/>
        </w:rPr>
        <w:t>Câu 82: Nước chiếm khoảng bao nhiêu phần trăm khối lượng cơ thể người?</w:t>
      </w:r>
    </w:p>
    <w:p>
      <w:pPr>
        <w:pStyle w:val="ListParagraph"/>
      </w:pPr>
      <w:r>
        <w:rPr>
          <w:sz w:val="22"/>
        </w:rPr>
        <w:t>A. 30%</w:t>
      </w:r>
    </w:p>
    <w:p>
      <w:pPr>
        <w:pStyle w:val="ListParagraph"/>
      </w:pPr>
      <w:r>
        <w:rPr>
          <w:sz w:val="22"/>
        </w:rPr>
        <w:t>B. 50%</w:t>
      </w:r>
    </w:p>
    <w:p>
      <w:pPr>
        <w:pStyle w:val="ListParagraph"/>
      </w:pPr>
      <w:r>
        <w:rPr>
          <w:sz w:val="22"/>
        </w:rPr>
        <w:t>C. 70%</w:t>
      </w:r>
    </w:p>
    <w:p>
      <w:pPr>
        <w:pStyle w:val="ListParagraph"/>
      </w:pPr>
      <w:r>
        <w:rPr>
          <w:sz w:val="22"/>
        </w:rPr>
        <w:t>D. 90%</w:t>
      </w:r>
    </w:p>
    <w:p/>
    <w:p>
      <w:r>
        <w:rPr>
          <w:b/>
          <w:sz w:val="24"/>
        </w:rPr>
        <w:t>Câu 83: Loại thực phẩm nào giàu protein?</w:t>
      </w:r>
    </w:p>
    <w:p>
      <w:pPr>
        <w:pStyle w:val="ListParagraph"/>
      </w:pPr>
      <w:r>
        <w:rPr>
          <w:sz w:val="22"/>
        </w:rPr>
        <w:t>A. Thịt</w:t>
      </w:r>
    </w:p>
    <w:p>
      <w:pPr>
        <w:pStyle w:val="ListParagraph"/>
      </w:pPr>
      <w:r>
        <w:rPr>
          <w:sz w:val="22"/>
        </w:rPr>
        <w:t>B. Rau xanh</w:t>
      </w:r>
    </w:p>
    <w:p>
      <w:pPr>
        <w:pStyle w:val="ListParagraph"/>
      </w:pPr>
      <w:r>
        <w:rPr>
          <w:sz w:val="22"/>
        </w:rPr>
        <w:t>C. Gạo</w:t>
      </w:r>
    </w:p>
    <w:p>
      <w:pPr>
        <w:pStyle w:val="ListParagraph"/>
      </w:pPr>
      <w:r>
        <w:rPr>
          <w:sz w:val="22"/>
        </w:rPr>
        <w:t>D. Đường</w:t>
      </w:r>
    </w:p>
    <w:p/>
    <w:p>
      <w:r>
        <w:rPr>
          <w:b/>
          <w:sz w:val="24"/>
        </w:rPr>
        <w:t>Câu 84: Bệnh sốt xuất huyết do loại nào gây ra?</w:t>
      </w:r>
    </w:p>
    <w:p>
      <w:pPr>
        <w:pStyle w:val="ListParagraph"/>
      </w:pPr>
      <w:r>
        <w:rPr>
          <w:sz w:val="22"/>
        </w:rPr>
        <w:t>A. Virus</w:t>
      </w:r>
    </w:p>
    <w:p>
      <w:pPr>
        <w:pStyle w:val="ListParagraph"/>
      </w:pPr>
      <w:r>
        <w:rPr>
          <w:sz w:val="22"/>
        </w:rPr>
        <w:t>B. Vi khuẩn</w:t>
      </w:r>
    </w:p>
    <w:p>
      <w:pPr>
        <w:pStyle w:val="ListParagraph"/>
      </w:pPr>
      <w:r>
        <w:rPr>
          <w:sz w:val="22"/>
        </w:rPr>
        <w:t>C. Nấm</w:t>
      </w:r>
    </w:p>
    <w:p>
      <w:pPr>
        <w:pStyle w:val="ListParagraph"/>
      </w:pPr>
      <w:r>
        <w:rPr>
          <w:sz w:val="22"/>
        </w:rPr>
        <w:t>D. Ký sinh trùng</w:t>
      </w:r>
    </w:p>
    <w:p/>
    <w:p>
      <w:r>
        <w:rPr>
          <w:b/>
          <w:sz w:val="24"/>
        </w:rPr>
        <w:t>Câu 85: Để phòng bệnh covid-19, biện pháp nào quan trọng?</w:t>
      </w:r>
    </w:p>
    <w:p>
      <w:pPr>
        <w:pStyle w:val="ListParagraph"/>
      </w:pPr>
      <w:r>
        <w:rPr>
          <w:sz w:val="22"/>
        </w:rPr>
        <w:t>A. Đeo khẩu trang</w:t>
      </w:r>
    </w:p>
    <w:p>
      <w:pPr>
        <w:pStyle w:val="ListParagraph"/>
      </w:pPr>
      <w:r>
        <w:rPr>
          <w:sz w:val="22"/>
        </w:rPr>
        <w:t>B. Ăn nhiều</w:t>
      </w:r>
    </w:p>
    <w:p>
      <w:pPr>
        <w:pStyle w:val="ListParagraph"/>
      </w:pPr>
      <w:r>
        <w:rPr>
          <w:sz w:val="22"/>
        </w:rPr>
        <w:t>C. Uống nhiều nước</w:t>
      </w:r>
    </w:p>
    <w:p>
      <w:pPr>
        <w:pStyle w:val="ListParagraph"/>
      </w:pPr>
      <w:r>
        <w:rPr>
          <w:sz w:val="22"/>
        </w:rPr>
        <w:t>D. Tập thể dục</w:t>
      </w:r>
    </w:p>
    <w:p/>
    <w:p>
      <w:r>
        <w:rPr>
          <w:b/>
          <w:sz w:val="24"/>
        </w:rPr>
        <w:t>Câu 86: Hành tinh nào được gọi là "Hành tinh đỏ"?</w:t>
      </w:r>
    </w:p>
    <w:p>
      <w:pPr>
        <w:pStyle w:val="ListParagraph"/>
      </w:pPr>
      <w:r>
        <w:rPr>
          <w:sz w:val="22"/>
        </w:rPr>
        <w:t>A. Sao Hỏa</w:t>
      </w:r>
    </w:p>
    <w:p>
      <w:pPr>
        <w:pStyle w:val="ListParagraph"/>
      </w:pPr>
      <w:r>
        <w:rPr>
          <w:sz w:val="22"/>
        </w:rPr>
        <w:t>B. Sao Kim</w:t>
      </w:r>
    </w:p>
    <w:p>
      <w:pPr>
        <w:pStyle w:val="ListParagraph"/>
      </w:pPr>
      <w:r>
        <w:rPr>
          <w:sz w:val="22"/>
        </w:rPr>
        <w:t>C. Sao Thủy</w:t>
      </w:r>
    </w:p>
    <w:p>
      <w:pPr>
        <w:pStyle w:val="ListParagraph"/>
      </w:pPr>
      <w:r>
        <w:rPr>
          <w:sz w:val="22"/>
        </w:rPr>
        <w:t>D. Sao Mộc</w:t>
      </w:r>
    </w:p>
    <w:p/>
    <w:p>
      <w:r>
        <w:rPr>
          <w:b/>
          <w:sz w:val="24"/>
        </w:rPr>
        <w:t>Câu 87: Mặt Trời là?</w:t>
      </w:r>
    </w:p>
    <w:p>
      <w:pPr>
        <w:pStyle w:val="ListParagraph"/>
      </w:pPr>
      <w:r>
        <w:rPr>
          <w:sz w:val="22"/>
        </w:rPr>
        <w:t>A. Ngôi sao</w:t>
      </w:r>
    </w:p>
    <w:p>
      <w:pPr>
        <w:pStyle w:val="ListParagraph"/>
      </w:pPr>
      <w:r>
        <w:rPr>
          <w:sz w:val="22"/>
        </w:rPr>
        <w:t>B. Hành tinh</w:t>
      </w:r>
    </w:p>
    <w:p>
      <w:pPr>
        <w:pStyle w:val="ListParagraph"/>
      </w:pPr>
      <w:r>
        <w:rPr>
          <w:sz w:val="22"/>
        </w:rPr>
        <w:t>C. Vệ tinh</w:t>
      </w:r>
    </w:p>
    <w:p>
      <w:pPr>
        <w:pStyle w:val="ListParagraph"/>
      </w:pPr>
      <w:r>
        <w:rPr>
          <w:sz w:val="22"/>
        </w:rPr>
        <w:t>D. Sao chổi</w:t>
      </w:r>
    </w:p>
    <w:p/>
    <w:p>
      <w:r>
        <w:rPr>
          <w:b/>
          <w:sz w:val="24"/>
        </w:rPr>
        <w:t>Câu 88: Nhiệt độ sôi của nước ở điều kiện tiêu chuẩn là?</w:t>
      </w:r>
    </w:p>
    <w:p>
      <w:pPr>
        <w:pStyle w:val="ListParagraph"/>
      </w:pPr>
      <w:r>
        <w:rPr>
          <w:sz w:val="22"/>
        </w:rPr>
        <w:t>A. $0^\circ C$</w:t>
      </w:r>
    </w:p>
    <w:p>
      <w:pPr>
        <w:pStyle w:val="ListParagraph"/>
      </w:pPr>
      <w:r>
        <w:rPr>
          <w:sz w:val="22"/>
        </w:rPr>
        <w:t>B. $50^\circ C$</w:t>
      </w:r>
    </w:p>
    <w:p>
      <w:pPr>
        <w:pStyle w:val="ListParagraph"/>
      </w:pPr>
      <w:r>
        <w:rPr>
          <w:sz w:val="22"/>
        </w:rPr>
        <w:t>C. $100^\circ C$</w:t>
      </w:r>
    </w:p>
    <w:p>
      <w:pPr>
        <w:pStyle w:val="ListParagraph"/>
      </w:pPr>
      <w:r>
        <w:rPr>
          <w:sz w:val="22"/>
        </w:rPr>
        <w:t>D. $150^\circ C$</w:t>
      </w:r>
    </w:p>
    <w:p/>
    <w:p>
      <w:r>
        <w:rPr>
          <w:b/>
          <w:sz w:val="24"/>
        </w:rPr>
        <w:t>Câu 89: Đơn vị đo khối lượng trong hệ SI là?</w:t>
      </w:r>
    </w:p>
    <w:p>
      <w:pPr>
        <w:pStyle w:val="ListParagraph"/>
      </w:pPr>
      <w:r>
        <w:rPr>
          <w:sz w:val="22"/>
        </w:rPr>
        <w:t>A. Gam</w:t>
      </w:r>
    </w:p>
    <w:p>
      <w:pPr>
        <w:pStyle w:val="ListParagraph"/>
      </w:pPr>
      <w:r>
        <w:rPr>
          <w:sz w:val="22"/>
        </w:rPr>
        <w:t>B. Kilôgam</w:t>
      </w:r>
    </w:p>
    <w:p>
      <w:pPr>
        <w:pStyle w:val="ListParagraph"/>
      </w:pPr>
      <w:r>
        <w:rPr>
          <w:sz w:val="22"/>
        </w:rPr>
        <w:t>C. Tấn</w:t>
      </w:r>
    </w:p>
    <w:p>
      <w:pPr>
        <w:pStyle w:val="ListParagraph"/>
      </w:pPr>
      <w:r>
        <w:rPr>
          <w:sz w:val="22"/>
        </w:rPr>
        <w:t>D. Pound</w:t>
      </w:r>
    </w:p>
    <w:p/>
    <w:p>
      <w:r>
        <w:rPr>
          <w:b/>
          <w:sz w:val="24"/>
        </w:rPr>
        <w:t>Câu 90: Âm thanh có thể truyền qua?</w:t>
      </w:r>
    </w:p>
    <w:p>
      <w:pPr>
        <w:pStyle w:val="ListParagraph"/>
      </w:pPr>
      <w:r>
        <w:rPr>
          <w:sz w:val="22"/>
        </w:rPr>
        <w:t>A. Chân không</w:t>
      </w:r>
    </w:p>
    <w:p>
      <w:pPr>
        <w:pStyle w:val="ListParagraph"/>
      </w:pPr>
      <w:r>
        <w:rPr>
          <w:sz w:val="22"/>
        </w:rPr>
        <w:t>B. Chất rắn</w:t>
      </w:r>
    </w:p>
    <w:p>
      <w:pPr>
        <w:pStyle w:val="ListParagraph"/>
      </w:pPr>
      <w:r>
        <w:rPr>
          <w:sz w:val="22"/>
        </w:rPr>
        <w:t>C. Không khí</w:t>
      </w:r>
    </w:p>
    <w:p>
      <w:pPr>
        <w:pStyle w:val="ListParagraph"/>
      </w:pPr>
      <w:r>
        <w:rPr>
          <w:sz w:val="22"/>
        </w:rPr>
        <w:t>D. Cả B và C</w:t>
      </w:r>
    </w:p>
    <w:p/>
    <w:p>
      <w:r>
        <w:rPr>
          <w:b/>
          <w:sz w:val="24"/>
        </w:rPr>
        <w:t>Câu 91: Tác phẩm "Truyện Kiều" của tác giả nào?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Cao Bá Quát</w:t>
      </w:r>
    </w:p>
    <w:p/>
    <w:p>
      <w:r>
        <w:rPr>
          <w:b/>
          <w:sz w:val="24"/>
        </w:rPr>
        <w:t>Câu 92: Bài thơ "Bánh trôi nước" của ai?</w:t>
      </w:r>
    </w:p>
    <w:p>
      <w:pPr>
        <w:pStyle w:val="ListParagraph"/>
      </w:pPr>
      <w:r>
        <w:rPr>
          <w:sz w:val="22"/>
        </w:rPr>
        <w:t>A. Hồ Xuân Hương</w:t>
      </w:r>
    </w:p>
    <w:p>
      <w:pPr>
        <w:pStyle w:val="ListParagraph"/>
      </w:pPr>
      <w:r>
        <w:rPr>
          <w:sz w:val="22"/>
        </w:rPr>
        <w:t>B. Nguyễn Du</w:t>
      </w:r>
    </w:p>
    <w:p>
      <w:pPr>
        <w:pStyle w:val="ListParagraph"/>
      </w:pPr>
      <w:r>
        <w:rPr>
          <w:sz w:val="22"/>
        </w:rPr>
        <w:t>C. Bà Huyện Thanh Quan</w:t>
      </w:r>
    </w:p>
    <w:p>
      <w:pPr>
        <w:pStyle w:val="ListParagraph"/>
      </w:pPr>
      <w:r>
        <w:rPr>
          <w:sz w:val="22"/>
        </w:rPr>
        <w:t>D. Đoàn Thị Điểm</w:t>
      </w:r>
    </w:p>
    <w:p/>
    <w:p>
      <w:r>
        <w:rPr>
          <w:b/>
          <w:sz w:val="24"/>
        </w:rPr>
        <w:t>Câu 93: Nhân vật chính trong "Chí Phèo" là?</w:t>
      </w:r>
    </w:p>
    <w:p>
      <w:pPr>
        <w:pStyle w:val="ListParagraph"/>
      </w:pPr>
      <w:r>
        <w:rPr>
          <w:sz w:val="22"/>
        </w:rPr>
        <w:t>A. Chí Phèo</w:t>
      </w:r>
    </w:p>
    <w:p>
      <w:pPr>
        <w:pStyle w:val="ListParagraph"/>
      </w:pPr>
      <w:r>
        <w:rPr>
          <w:sz w:val="22"/>
        </w:rPr>
        <w:t>B. Thị Nở</w:t>
      </w:r>
    </w:p>
    <w:p>
      <w:pPr>
        <w:pStyle w:val="ListParagraph"/>
      </w:pPr>
      <w:r>
        <w:rPr>
          <w:sz w:val="22"/>
        </w:rPr>
        <w:t>C. Bá Kiến</w:t>
      </w:r>
    </w:p>
    <w:p>
      <w:pPr>
        <w:pStyle w:val="ListParagraph"/>
      </w:pPr>
      <w:r>
        <w:rPr>
          <w:sz w:val="22"/>
        </w:rPr>
        <w:t>D. Cả A và B</w:t>
      </w:r>
    </w:p>
    <w:p/>
    <w:p>
      <w:r>
        <w:rPr>
          <w:b/>
          <w:sz w:val="24"/>
        </w:rPr>
        <w:t>Câu 94: Tác giả của "Số đỏ" là?</w:t>
      </w:r>
    </w:p>
    <w:p>
      <w:pPr>
        <w:pStyle w:val="ListParagraph"/>
      </w:pPr>
      <w:r>
        <w:rPr>
          <w:sz w:val="22"/>
        </w:rPr>
        <w:t>A. Vũ Trọng Phụng</w:t>
      </w:r>
    </w:p>
    <w:p>
      <w:pPr>
        <w:pStyle w:val="ListParagraph"/>
      </w:pPr>
      <w:r>
        <w:rPr>
          <w:sz w:val="22"/>
        </w:rPr>
        <w:t>B. Nam Cao</w:t>
      </w:r>
    </w:p>
    <w:p>
      <w:pPr>
        <w:pStyle w:val="ListParagraph"/>
      </w:pPr>
      <w:r>
        <w:rPr>
          <w:sz w:val="22"/>
        </w:rPr>
        <w:t>C. Ngô Tất Tố</w:t>
      </w:r>
    </w:p>
    <w:p>
      <w:pPr>
        <w:pStyle w:val="ListParagraph"/>
      </w:pPr>
      <w:r>
        <w:rPr>
          <w:sz w:val="22"/>
        </w:rPr>
        <w:t>D. Nguyên Hồng</w:t>
      </w:r>
    </w:p>
    <w:p/>
    <w:p>
      <w:r>
        <w:rPr>
          <w:b/>
          <w:sz w:val="24"/>
        </w:rPr>
        <w:t>Câu 95: "Tắt đèn" là tác phẩm của?</w:t>
      </w:r>
    </w:p>
    <w:p>
      <w:pPr>
        <w:pStyle w:val="ListParagraph"/>
      </w:pPr>
      <w:r>
        <w:rPr>
          <w:sz w:val="22"/>
        </w:rPr>
        <w:t>A. Ngô Tất Tố</w:t>
      </w:r>
    </w:p>
    <w:p>
      <w:pPr>
        <w:pStyle w:val="ListParagraph"/>
      </w:pPr>
      <w:r>
        <w:rPr>
          <w:sz w:val="22"/>
        </w:rPr>
        <w:t>B. Nam Cao</w:t>
      </w:r>
    </w:p>
    <w:p>
      <w:pPr>
        <w:pStyle w:val="ListParagraph"/>
      </w:pPr>
      <w:r>
        <w:rPr>
          <w:sz w:val="22"/>
        </w:rPr>
        <w:t>C. Vũ Trọng Phụng</w:t>
      </w:r>
    </w:p>
    <w:p>
      <w:pPr>
        <w:pStyle w:val="ListParagraph"/>
      </w:pPr>
      <w:r>
        <w:rPr>
          <w:sz w:val="22"/>
        </w:rPr>
        <w:t>D. Thạch Lam</w:t>
      </w:r>
    </w:p>
    <w:p/>
    <w:p>
      <w:r>
        <w:rPr>
          <w:b/>
          <w:sz w:val="24"/>
        </w:rPr>
        <w:t>Câu 96: Câu tục ngữ "Uống nước nhớ nguồn" nói về?</w:t>
      </w:r>
    </w:p>
    <w:p>
      <w:pPr>
        <w:pStyle w:val="ListParagraph"/>
      </w:pPr>
      <w:r>
        <w:rPr>
          <w:sz w:val="22"/>
        </w:rPr>
        <w:t>A. Lòng biết ơn</w:t>
      </w:r>
    </w:p>
    <w:p>
      <w:pPr>
        <w:pStyle w:val="ListParagraph"/>
      </w:pPr>
      <w:r>
        <w:rPr>
          <w:sz w:val="22"/>
        </w:rPr>
        <w:t>B. Tính tiết kiệm</w:t>
      </w:r>
    </w:p>
    <w:p>
      <w:pPr>
        <w:pStyle w:val="ListParagraph"/>
      </w:pPr>
      <w:r>
        <w:rPr>
          <w:sz w:val="22"/>
        </w:rPr>
        <w:t>C. Đoàn kết</w:t>
      </w:r>
    </w:p>
    <w:p>
      <w:pPr>
        <w:pStyle w:val="ListParagraph"/>
      </w:pPr>
      <w:r>
        <w:rPr>
          <w:sz w:val="22"/>
        </w:rPr>
        <w:t>D. Trung thực</w:t>
      </w:r>
    </w:p>
    <w:p/>
    <w:p>
      <w:r>
        <w:rPr>
          <w:b/>
          <w:sz w:val="24"/>
        </w:rPr>
        <w:t>Câu 97: Ngày Nhà giáo Việt Nam là ngày nào?</w:t>
      </w:r>
    </w:p>
    <w:p>
      <w:pPr>
        <w:pStyle w:val="ListParagraph"/>
      </w:pPr>
      <w:r>
        <w:rPr>
          <w:sz w:val="22"/>
        </w:rPr>
        <w:t>A. 20/11</w:t>
      </w:r>
    </w:p>
    <w:p>
      <w:pPr>
        <w:pStyle w:val="ListParagraph"/>
      </w:pPr>
      <w:r>
        <w:rPr>
          <w:sz w:val="22"/>
        </w:rPr>
        <w:t>B. 8/3</w:t>
      </w:r>
    </w:p>
    <w:p>
      <w:pPr>
        <w:pStyle w:val="ListParagraph"/>
      </w:pPr>
      <w:r>
        <w:rPr>
          <w:sz w:val="22"/>
        </w:rPr>
        <w:t>C. 1/6</w:t>
      </w:r>
    </w:p>
    <w:p>
      <w:pPr>
        <w:pStyle w:val="ListParagraph"/>
      </w:pPr>
      <w:r>
        <w:rPr>
          <w:sz w:val="22"/>
        </w:rPr>
        <w:t>D. 22/12</w:t>
      </w:r>
    </w:p>
    <w:p/>
    <w:p>
      <w:r>
        <w:rPr>
          <w:b/>
          <w:sz w:val="24"/>
        </w:rPr>
        <w:t>Câu 98: Ngày Quốc tế Thiếu nhi là ngày nào?</w:t>
      </w:r>
    </w:p>
    <w:p>
      <w:pPr>
        <w:pStyle w:val="ListParagraph"/>
      </w:pPr>
      <w:r>
        <w:rPr>
          <w:sz w:val="22"/>
        </w:rPr>
        <w:t>A. 1/6</w:t>
      </w:r>
    </w:p>
    <w:p>
      <w:pPr>
        <w:pStyle w:val="ListParagraph"/>
      </w:pPr>
      <w:r>
        <w:rPr>
          <w:sz w:val="22"/>
        </w:rPr>
        <w:t>B. 1/5</w:t>
      </w:r>
    </w:p>
    <w:p>
      <w:pPr>
        <w:pStyle w:val="ListParagraph"/>
      </w:pPr>
      <w:r>
        <w:rPr>
          <w:sz w:val="22"/>
        </w:rPr>
        <w:t>C. 20/11</w:t>
      </w:r>
    </w:p>
    <w:p>
      <w:pPr>
        <w:pStyle w:val="ListParagraph"/>
      </w:pPr>
      <w:r>
        <w:rPr>
          <w:sz w:val="22"/>
        </w:rPr>
        <w:t>D. 8/3</w:t>
      </w:r>
    </w:p>
    <w:p/>
    <w:p>
      <w:r>
        <w:rPr>
          <w:b/>
          <w:sz w:val="24"/>
        </w:rPr>
        <w:t>Câu 99: Ngày Quốc tế Phụ nữ là ngày nào?</w:t>
      </w:r>
    </w:p>
    <w:p>
      <w:pPr>
        <w:pStyle w:val="ListParagraph"/>
      </w:pPr>
      <w:r>
        <w:rPr>
          <w:sz w:val="22"/>
        </w:rPr>
        <w:t>A. 8/3</w:t>
      </w:r>
    </w:p>
    <w:p>
      <w:pPr>
        <w:pStyle w:val="ListParagraph"/>
      </w:pPr>
      <w:r>
        <w:rPr>
          <w:sz w:val="22"/>
        </w:rPr>
        <w:t>B. 20/10</w:t>
      </w:r>
    </w:p>
    <w:p>
      <w:pPr>
        <w:pStyle w:val="ListParagraph"/>
      </w:pPr>
      <w:r>
        <w:rPr>
          <w:sz w:val="22"/>
        </w:rPr>
        <w:t>C. 1/5</w:t>
      </w:r>
    </w:p>
    <w:p>
      <w:pPr>
        <w:pStyle w:val="ListParagraph"/>
      </w:pPr>
      <w:r>
        <w:rPr>
          <w:sz w:val="22"/>
        </w:rPr>
        <w:t>D. 20/11</w:t>
      </w:r>
    </w:p>
    <w:p/>
    <w:p>
      <w:r>
        <w:rPr>
          <w:b/>
          <w:sz w:val="24"/>
        </w:rPr>
        <w:t>Câu 100: Ngày Giải phóng miền Nam thống nhất đất nước là?</w:t>
      </w:r>
    </w:p>
    <w:p>
      <w:pPr>
        <w:pStyle w:val="ListParagraph"/>
      </w:pPr>
      <w:r>
        <w:rPr>
          <w:sz w:val="22"/>
        </w:rPr>
        <w:t>A. 30/4/1975</w:t>
      </w:r>
    </w:p>
    <w:p>
      <w:pPr>
        <w:pStyle w:val="ListParagraph"/>
      </w:pPr>
      <w:r>
        <w:rPr>
          <w:sz w:val="22"/>
        </w:rPr>
        <w:t>B. 2/9/1945</w:t>
      </w:r>
    </w:p>
    <w:p>
      <w:pPr>
        <w:pStyle w:val="ListParagraph"/>
      </w:pPr>
      <w:r>
        <w:rPr>
          <w:sz w:val="22"/>
        </w:rPr>
        <w:t>C. 1/5/1975</w:t>
      </w:r>
    </w:p>
    <w:p>
      <w:pPr>
        <w:pStyle w:val="ListParagraph"/>
      </w:pPr>
      <w:r>
        <w:rPr>
          <w:sz w:val="22"/>
        </w:rPr>
        <w:t>D. 19/5/1890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D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D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B</w:t>
      </w:r>
    </w:p>
    <w:p>
      <w:r>
        <w:rPr>
          <w:b/>
        </w:rPr>
        <w:t>Câu 64: Đáp án đúng: B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C</w:t>
      </w:r>
    </w:p>
    <w:p>
      <w:r>
        <w:rPr>
          <w:b/>
        </w:rPr>
        <w:t>Câu 67: Đáp án đúng: B</w:t>
      </w:r>
    </w:p>
    <w:p>
      <w:r>
        <w:rPr>
          <w:b/>
        </w:rPr>
        <w:t>Câu 68: Đáp án đúng: A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B</w:t>
      </w:r>
    </w:p>
    <w:p>
      <w:r>
        <w:rPr>
          <w:b/>
        </w:rPr>
        <w:t>Câu 71: Đáp án đúng: A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C</w:t>
      </w:r>
    </w:p>
    <w:p>
      <w:r>
        <w:rPr>
          <w:b/>
        </w:rPr>
        <w:t>Câu 75: Đáp án đúng: C</w:t>
      </w:r>
    </w:p>
    <w:p>
      <w:r>
        <w:rPr>
          <w:b/>
        </w:rPr>
        <w:t>Câu 76: Đáp án đúng: A</w:t>
      </w:r>
    </w:p>
    <w:p>
      <w:r>
        <w:rPr>
          <w:b/>
        </w:rPr>
        <w:t>Câu 77: Đáp án đúng: B</w:t>
      </w:r>
    </w:p>
    <w:p>
      <w:r>
        <w:rPr>
          <w:b/>
        </w:rPr>
        <w:t>Câu 78: Đáp án đúng: A</w:t>
      </w:r>
    </w:p>
    <w:p>
      <w:r>
        <w:rPr>
          <w:b/>
        </w:rPr>
        <w:t>Câu 79: Đáp án đúng: B</w:t>
      </w:r>
    </w:p>
    <w:p>
      <w:r>
        <w:rPr>
          <w:b/>
        </w:rPr>
        <w:t>Câu 80: Đáp án đúng: B</w:t>
      </w:r>
    </w:p>
    <w:p>
      <w:r>
        <w:rPr>
          <w:b/>
        </w:rPr>
        <w:t>Câu 81: Đáp án đúng: D</w:t>
      </w:r>
    </w:p>
    <w:p>
      <w:r>
        <w:rPr>
          <w:b/>
        </w:rPr>
        <w:t>Câu 82: Đáp án đúng: C</w:t>
      </w:r>
    </w:p>
    <w:p>
      <w:r>
        <w:rPr>
          <w:b/>
        </w:rPr>
        <w:t>Câu 83: Đáp án đúng: A</w:t>
      </w:r>
    </w:p>
    <w:p>
      <w:r>
        <w:rPr>
          <w:b/>
        </w:rPr>
        <w:t>Câu 84: Đáp án đúng: A</w:t>
      </w:r>
    </w:p>
    <w:p>
      <w:r>
        <w:rPr>
          <w:b/>
        </w:rPr>
        <w:t>Câu 85: Đáp án đúng: A</w:t>
      </w:r>
    </w:p>
    <w:p>
      <w:r>
        <w:rPr>
          <w:b/>
        </w:rPr>
        <w:t>Câu 86: Đáp án đúng: A</w:t>
      </w:r>
    </w:p>
    <w:p>
      <w:r>
        <w:rPr>
          <w:b/>
        </w:rPr>
        <w:t>Câu 87: Đáp án đúng: A</w:t>
      </w:r>
    </w:p>
    <w:p>
      <w:r>
        <w:rPr>
          <w:b/>
        </w:rPr>
        <w:t>Câu 88: Đáp án đúng: C</w:t>
      </w:r>
    </w:p>
    <w:p>
      <w:r>
        <w:rPr>
          <w:b/>
        </w:rPr>
        <w:t>Câu 89: Đáp án đúng: B</w:t>
      </w:r>
    </w:p>
    <w:p>
      <w:r>
        <w:rPr>
          <w:b/>
        </w:rPr>
        <w:t>Câu 90: Đáp án đúng: D</w:t>
      </w:r>
    </w:p>
    <w:p>
      <w:r>
        <w:rPr>
          <w:b/>
        </w:rPr>
        <w:t>Câu 91: Đáp án đúng: A</w:t>
      </w:r>
    </w:p>
    <w:p>
      <w:r>
        <w:rPr>
          <w:b/>
        </w:rPr>
        <w:t>Câu 92: Đáp án đúng: A</w:t>
      </w:r>
    </w:p>
    <w:p>
      <w:r>
        <w:rPr>
          <w:b/>
        </w:rPr>
        <w:t>Câu 93: Đáp án đúng: A</w:t>
      </w:r>
    </w:p>
    <w:p>
      <w:r>
        <w:rPr>
          <w:b/>
        </w:rPr>
        <w:t>Câu 94: Đáp án đúng: A</w:t>
      </w:r>
    </w:p>
    <w:p>
      <w:r>
        <w:rPr>
          <w:b/>
        </w:rPr>
        <w:t>Câu 95: Đáp án đúng: A</w:t>
      </w:r>
    </w:p>
    <w:p>
      <w:r>
        <w:rPr>
          <w:b/>
        </w:rPr>
        <w:t>Câu 96: Đáp án đúng: A</w:t>
      </w:r>
    </w:p>
    <w:p>
      <w:r>
        <w:rPr>
          <w:b/>
        </w:rPr>
        <w:t>Câu 97: Đáp án đúng: A</w:t>
      </w:r>
    </w:p>
    <w:p>
      <w:r>
        <w:rPr>
          <w:b/>
        </w:rPr>
        <w:t>Câu 98: Đáp án đúng: A</w:t>
      </w:r>
    </w:p>
    <w:p>
      <w:r>
        <w:rPr>
          <w:b/>
        </w:rPr>
        <w:t>Câu 99: Đáp án đúng: A</w:t>
      </w:r>
    </w:p>
    <w:p>
      <w:r>
        <w:rPr>
          <w:b/>
        </w:rPr>
        <w:t>Câu 100: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