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môn vật lý 10: từ bài 1 đến bài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chuyển động thẳng đều, đại lượng nào sau đây không đổi theo thời gian?</w:t>
      </w:r>
    </w:p>
    <w:p>
      <w:pPr>
        <w:pStyle w:val="ListParagraph"/>
      </w:pPr>
      <w:r>
        <w:rPr>
          <w:sz w:val="22"/>
        </w:rPr>
        <w:t>A. Vận tốc</w:t>
      </w:r>
    </w:p>
    <w:p>
      <w:pPr>
        <w:pStyle w:val="ListParagraph"/>
      </w:pPr>
      <w:r>
        <w:rPr>
          <w:sz w:val="22"/>
        </w:rPr>
        <w:t>B. Gia tốc</w:t>
      </w:r>
    </w:p>
    <w:p>
      <w:pPr>
        <w:pStyle w:val="ListParagraph"/>
      </w:pPr>
      <w:r>
        <w:rPr>
          <w:sz w:val="22"/>
        </w:rPr>
        <w:t>C. Độ dịch chuyển</w:t>
      </w:r>
    </w:p>
    <w:p>
      <w:pPr>
        <w:pStyle w:val="ListParagraph"/>
      </w:pPr>
      <w:r>
        <w:rPr>
          <w:sz w:val="22"/>
        </w:rPr>
        <w:t>D. Quãng đường</w:t>
      </w:r>
    </w:p>
    <w:p/>
    <w:p>
      <w:r>
        <w:rPr>
          <w:b/>
          <w:sz w:val="24"/>
        </w:rPr>
        <w:t>Câu 2: Một vật chuyển động thẳng biến đổi đều với vận tốc ban đầu 5 m/s và gia tốc 2 m/s². Vận tốc của vật sau 3 s là</w:t>
      </w:r>
    </w:p>
    <w:p>
      <w:pPr>
        <w:pStyle w:val="ListParagraph"/>
      </w:pPr>
      <w:r>
        <w:rPr>
          <w:sz w:val="22"/>
        </w:rPr>
        <w:t>A. 10 m/s</w:t>
      </w:r>
    </w:p>
    <w:p>
      <w:pPr>
        <w:pStyle w:val="ListParagraph"/>
      </w:pPr>
      <w:r>
        <w:rPr>
          <w:sz w:val="22"/>
        </w:rPr>
        <w:t>B. 11 m/s</w:t>
      </w:r>
    </w:p>
    <w:p>
      <w:pPr>
        <w:pStyle w:val="ListParagraph"/>
      </w:pPr>
      <w:r>
        <w:rPr>
          <w:sz w:val="22"/>
        </w:rPr>
        <w:t>C. 15 m/s</w:t>
      </w:r>
    </w:p>
    <w:p>
      <w:pPr>
        <w:pStyle w:val="ListParagraph"/>
      </w:pPr>
      <w:r>
        <w:rPr>
          <w:sz w:val="22"/>
        </w:rPr>
        <w:t>D. 6 m/s</w:t>
      </w:r>
    </w:p>
    <w:p/>
    <w:p>
      <w:r>
        <w:rPr>
          <w:b/>
          <w:sz w:val="24"/>
        </w:rPr>
        <w:t>Câu 3: Độ dịch chuyển của một vật là đại lượng</w:t>
      </w:r>
    </w:p>
    <w:p>
      <w:pPr>
        <w:pStyle w:val="ListParagraph"/>
      </w:pPr>
      <w:r>
        <w:rPr>
          <w:sz w:val="22"/>
        </w:rPr>
        <w:t>A. Vô hướng, luôn dương</w:t>
      </w:r>
    </w:p>
    <w:p>
      <w:pPr>
        <w:pStyle w:val="ListParagraph"/>
      </w:pPr>
      <w:r>
        <w:rPr>
          <w:sz w:val="22"/>
        </w:rPr>
        <w:t>B. Vô hướng, có thể âm</w:t>
      </w:r>
    </w:p>
    <w:p>
      <w:pPr>
        <w:pStyle w:val="ListParagraph"/>
      </w:pPr>
      <w:r>
        <w:rPr>
          <w:sz w:val="22"/>
        </w:rPr>
        <w:t>C. Vectơ, có thể âm, dương hoặc bằng không</w:t>
      </w:r>
    </w:p>
    <w:p>
      <w:pPr>
        <w:pStyle w:val="ListParagraph"/>
      </w:pPr>
      <w:r>
        <w:rPr>
          <w:sz w:val="22"/>
        </w:rPr>
        <w:t>D. Vectơ, luôn dương</w:t>
      </w:r>
    </w:p>
    <w:p/>
    <w:p>
      <w:r>
        <w:rPr>
          <w:b/>
          <w:sz w:val="24"/>
        </w:rPr>
        <w:t>Câu 4: Một vật rơi tự do từ độ cao 45 m. Lấy g = 10 m/s². Thời gian rơi của vật là</w:t>
      </w:r>
    </w:p>
    <w:p>
      <w:pPr>
        <w:pStyle w:val="ListParagraph"/>
      </w:pPr>
      <w:r>
        <w:rPr>
          <w:sz w:val="22"/>
        </w:rPr>
        <w:t>A. 9 s</w:t>
      </w:r>
    </w:p>
    <w:p>
      <w:pPr>
        <w:pStyle w:val="ListParagraph"/>
      </w:pPr>
      <w:r>
        <w:rPr>
          <w:sz w:val="22"/>
        </w:rPr>
        <w:t>B. 2 s</w:t>
      </w:r>
    </w:p>
    <w:p>
      <w:pPr>
        <w:pStyle w:val="ListParagraph"/>
      </w:pPr>
      <w:r>
        <w:rPr>
          <w:sz w:val="22"/>
        </w:rPr>
        <w:t>C. 3 s</w:t>
      </w:r>
    </w:p>
    <w:p>
      <w:pPr>
        <w:pStyle w:val="ListParagraph"/>
      </w:pPr>
      <w:r>
        <w:rPr>
          <w:sz w:val="22"/>
        </w:rPr>
        <w:t>D. 4,5 s</w:t>
      </w:r>
    </w:p>
    <w:p/>
    <w:p>
      <w:r>
        <w:rPr>
          <w:b/>
          <w:sz w:val="24"/>
        </w:rPr>
        <w:t>Câu 5: Trong chuyển động ném ngang, theo phương ngang vật chuyển động</w:t>
      </w:r>
    </w:p>
    <w:p>
      <w:pPr>
        <w:pStyle w:val="ListParagraph"/>
      </w:pPr>
      <w:r>
        <w:rPr>
          <w:sz w:val="22"/>
        </w:rPr>
        <w:t>A. Thẳng đều</w:t>
      </w:r>
    </w:p>
    <w:p>
      <w:pPr>
        <w:pStyle w:val="ListParagraph"/>
      </w:pPr>
      <w:r>
        <w:rPr>
          <w:sz w:val="22"/>
        </w:rPr>
        <w:t>B. Biến đổi đều</w:t>
      </w:r>
    </w:p>
    <w:p>
      <w:pPr>
        <w:pStyle w:val="ListParagraph"/>
      </w:pPr>
      <w:r>
        <w:rPr>
          <w:sz w:val="22"/>
        </w:rPr>
        <w:t>C. Thẳng chậm dần đều</w:t>
      </w:r>
    </w:p>
    <w:p>
      <w:pPr>
        <w:pStyle w:val="ListParagraph"/>
      </w:pPr>
      <w:r>
        <w:rPr>
          <w:sz w:val="22"/>
        </w:rPr>
        <w:t>D. Thẳng nhanh dần đều</w:t>
      </w:r>
    </w:p>
    <w:p/>
    <w:p>
      <w:r>
        <w:rPr>
          <w:b/>
          <w:sz w:val="24"/>
        </w:rPr>
        <w:t>Câu 6: Một vật chuyển động tròn đều với chu kì T. Tần số f của vật được tính bằng</w:t>
      </w:r>
    </w:p>
    <w:p>
      <w:pPr>
        <w:pStyle w:val="ListParagraph"/>
      </w:pPr>
      <w:r>
        <w:rPr>
          <w:sz w:val="22"/>
        </w:rPr>
        <w:t>A. f = T/2π</w:t>
      </w:r>
    </w:p>
    <w:p>
      <w:pPr>
        <w:pStyle w:val="ListParagraph"/>
      </w:pPr>
      <w:r>
        <w:rPr>
          <w:sz w:val="22"/>
        </w:rPr>
        <w:t>B. f = 2π/T</w:t>
      </w:r>
    </w:p>
    <w:p>
      <w:pPr>
        <w:pStyle w:val="ListParagraph"/>
      </w:pPr>
      <w:r>
        <w:rPr>
          <w:sz w:val="22"/>
        </w:rPr>
        <w:t>C. f = 2πT</w:t>
      </w:r>
    </w:p>
    <w:p>
      <w:pPr>
        <w:pStyle w:val="ListParagraph"/>
      </w:pPr>
      <w:r>
        <w:rPr>
          <w:sz w:val="22"/>
        </w:rPr>
        <w:t>D. f = 1/T</w:t>
      </w:r>
    </w:p>
    <w:p/>
    <w:p>
      <w:r>
        <w:rPr>
          <w:b/>
          <w:sz w:val="24"/>
        </w:rPr>
        <w:t>Câu 7: Đại lượng đặc trưng cho mức quán tính của một vật là</w:t>
      </w:r>
    </w:p>
    <w:p>
      <w:pPr>
        <w:pStyle w:val="ListParagraph"/>
      </w:pPr>
      <w:r>
        <w:rPr>
          <w:sz w:val="22"/>
        </w:rPr>
        <w:t>A. Trọng lượng</w:t>
      </w:r>
    </w:p>
    <w:p>
      <w:pPr>
        <w:pStyle w:val="ListParagraph"/>
      </w:pPr>
      <w:r>
        <w:rPr>
          <w:sz w:val="22"/>
        </w:rPr>
        <w:t>B. Vận tốc</w:t>
      </w:r>
    </w:p>
    <w:p>
      <w:pPr>
        <w:pStyle w:val="ListParagraph"/>
      </w:pPr>
      <w:r>
        <w:rPr>
          <w:sz w:val="22"/>
        </w:rPr>
        <w:t>C. Thể tích</w:t>
      </w:r>
    </w:p>
    <w:p>
      <w:pPr>
        <w:pStyle w:val="ListParagraph"/>
      </w:pPr>
      <w:r>
        <w:rPr>
          <w:sz w:val="22"/>
        </w:rPr>
        <w:t>D. Khối lượng</w:t>
      </w:r>
    </w:p>
    <w:p/>
    <w:p>
      <w:r>
        <w:rPr>
          <w:b/>
          <w:sz w:val="24"/>
        </w:rPr>
        <w:t>Câu 8: Theo định luật II Newton, gia tốc của một vật</w:t>
      </w:r>
    </w:p>
    <w:p>
      <w:pPr>
        <w:pStyle w:val="ListParagraph"/>
      </w:pPr>
      <w:r>
        <w:rPr>
          <w:sz w:val="22"/>
        </w:rPr>
        <w:t>A. Cùng chiều với lực tác dụng và tỉ lệ nghịch với khối lượng</w:t>
      </w:r>
    </w:p>
    <w:p>
      <w:pPr>
        <w:pStyle w:val="ListParagraph"/>
      </w:pPr>
      <w:r>
        <w:rPr>
          <w:sz w:val="22"/>
        </w:rPr>
        <w:t>B. Không phụ thuộc vào lực tác dụng</w:t>
      </w:r>
    </w:p>
    <w:p>
      <w:pPr>
        <w:pStyle w:val="ListParagraph"/>
      </w:pPr>
      <w:r>
        <w:rPr>
          <w:sz w:val="22"/>
        </w:rPr>
        <w:t>C. Ngược chiều với lực tác dụng</w:t>
      </w:r>
    </w:p>
    <w:p>
      <w:pPr>
        <w:pStyle w:val="ListParagraph"/>
      </w:pPr>
      <w:r>
        <w:rPr>
          <w:sz w:val="22"/>
        </w:rPr>
        <w:t>D. Tỉ lệ thuận với khối lượng</w:t>
      </w:r>
    </w:p>
    <w:p/>
    <w:p>
      <w:r>
        <w:rPr>
          <w:b/>
          <w:sz w:val="24"/>
        </w:rPr>
        <w:t>Câu 9: Hai lực cân bằng là hai lực</w:t>
      </w:r>
    </w:p>
    <w:p>
      <w:pPr>
        <w:pStyle w:val="ListParagraph"/>
      </w:pPr>
      <w:r>
        <w:rPr>
          <w:sz w:val="22"/>
        </w:rPr>
        <w:t>A. Cùng giá, cùng độ lớn, ngược chiều</w:t>
      </w:r>
    </w:p>
    <w:p>
      <w:pPr>
        <w:pStyle w:val="ListParagraph"/>
      </w:pPr>
      <w:r>
        <w:rPr>
          <w:sz w:val="22"/>
        </w:rPr>
        <w:t>B. Khác giá, cùng độ lớn</w:t>
      </w:r>
    </w:p>
    <w:p>
      <w:pPr>
        <w:pStyle w:val="ListParagraph"/>
      </w:pPr>
      <w:r>
        <w:rPr>
          <w:sz w:val="22"/>
        </w:rPr>
        <w:t>C. Cùng điểm đặt, cùng chiều</w:t>
      </w:r>
    </w:p>
    <w:p>
      <w:pPr>
        <w:pStyle w:val="ListParagraph"/>
      </w:pPr>
      <w:r>
        <w:rPr>
          <w:sz w:val="22"/>
        </w:rPr>
        <w:t>D. Cùng phương, cùng chiều, cùng độ lớn</w:t>
      </w:r>
    </w:p>
    <w:p/>
    <w:p>
      <w:r>
        <w:rPr>
          <w:b/>
          <w:sz w:val="24"/>
        </w:rPr>
        <w:t>Câu 10: Trong hệ SI, đơn vị của động lượng là</w:t>
      </w:r>
    </w:p>
    <w:p>
      <w:pPr>
        <w:pStyle w:val="ListParagraph"/>
      </w:pPr>
      <w:r>
        <w:rPr>
          <w:sz w:val="22"/>
        </w:rPr>
        <w:t>A. N.m</w:t>
      </w:r>
    </w:p>
    <w:p>
      <w:pPr>
        <w:pStyle w:val="ListParagraph"/>
      </w:pPr>
      <w:r>
        <w:rPr>
          <w:sz w:val="22"/>
        </w:rPr>
        <w:t>B. J</w:t>
      </w:r>
    </w:p>
    <w:p>
      <w:pPr>
        <w:pStyle w:val="ListParagraph"/>
      </w:pPr>
      <w:r>
        <w:rPr>
          <w:sz w:val="22"/>
        </w:rPr>
        <w:t>C. kg.m/s</w:t>
      </w:r>
    </w:p>
    <w:p>
      <w:pPr>
        <w:pStyle w:val="ListParagraph"/>
      </w:pPr>
      <w:r>
        <w:rPr>
          <w:sz w:val="22"/>
        </w:rPr>
        <w:t>D. N/s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Chuyển động thẳng đều có vận tốc không đổi theo thời gian.</w:t>
      </w:r>
    </w:p>
    <w:p>
      <w:r>
        <w:rPr>
          <w:b/>
        </w:rPr>
        <w:t>Câu 2: Đáp án đúng: B</w:t>
      </w:r>
    </w:p>
    <w:p>
      <w:r>
        <w:rPr>
          <w:i/>
        </w:rPr>
        <w:t>Giải thích: Áp dụng v = v₀ + at = 5 + 2.3 = 11 m/s.</w:t>
      </w:r>
    </w:p>
    <w:p>
      <w:r>
        <w:rPr>
          <w:b/>
        </w:rPr>
        <w:t>Câu 3: Đáp án đúng: C</w:t>
      </w:r>
    </w:p>
    <w:p>
      <w:r>
        <w:rPr>
          <w:i/>
        </w:rPr>
        <w:t>Giải thích: Độ dịch chuyển là đại lượng vectơ, giá trị có thể âm, dương hoặc bằng không tùy vị trí đầu và cuối.</w:t>
      </w:r>
    </w:p>
    <w:p>
      <w:r>
        <w:rPr>
          <w:b/>
        </w:rPr>
        <w:t>Câu 4: Đáp án đúng: C</w:t>
      </w:r>
    </w:p>
    <w:p>
      <w:r>
        <w:rPr>
          <w:i/>
        </w:rPr>
        <w:t>Giải thích: Từ h = ½gt² suy ra t = √(2h/g) = √(2.45/10) = 3 s.</w:t>
      </w:r>
    </w:p>
    <w:p>
      <w:r>
        <w:rPr>
          <w:b/>
        </w:rPr>
        <w:t>Câu 5: Đáp án đúng: A</w:t>
      </w:r>
    </w:p>
    <w:p>
      <w:r>
        <w:rPr>
          <w:i/>
        </w:rPr>
        <w:t>Giải thích: Theo phương ngang không có lực tác dụng nên vật chuyển động thẳng đều với vận tốc ban đầu.</w:t>
      </w:r>
    </w:p>
    <w:p>
      <w:r>
        <w:rPr>
          <w:b/>
        </w:rPr>
        <w:t>Câu 6: Đáp án đúng: D</w:t>
      </w:r>
    </w:p>
    <w:p>
      <w:r>
        <w:rPr>
          <w:i/>
        </w:rPr>
        <w:t>Giải thích: Tần số là số vòng quay trong một giây, f = 1/T.</w:t>
      </w:r>
    </w:p>
    <w:p>
      <w:r>
        <w:rPr>
          <w:b/>
        </w:rPr>
        <w:t>Câu 7: Đáp án đúng: D</w:t>
      </w:r>
    </w:p>
    <w:p>
      <w:r>
        <w:rPr>
          <w:i/>
        </w:rPr>
        <w:t>Giải thích: Khối lượng là đại lượng đặc trưng cho mức quán tính của vật.</w:t>
      </w:r>
    </w:p>
    <w:p>
      <w:r>
        <w:rPr>
          <w:b/>
        </w:rPr>
        <w:t>Câu 8: Đáp án đúng: A</w:t>
      </w:r>
    </w:p>
    <w:p>
      <w:r>
        <w:rPr>
          <w:i/>
        </w:rPr>
        <w:t>Giải thích: Gia tốc cùng chiều với hợp lực và có độ lớn tỉ lệ thuận với lực, tỉ lệ nghịch với khối lượng.</w:t>
      </w:r>
    </w:p>
    <w:p>
      <w:r>
        <w:rPr>
          <w:b/>
        </w:rPr>
        <w:t>Câu 9: Đáp án đúng: A</w:t>
      </w:r>
    </w:p>
    <w:p>
      <w:r>
        <w:rPr>
          <w:i/>
        </w:rPr>
        <w:t>Giải thích: Hai lực cân bằng cùng giá, cùng độ lớn và ngược chiều, tác dụng vào cùng một vật.</w:t>
      </w:r>
    </w:p>
    <w:p>
      <w:r>
        <w:rPr>
          <w:b/>
        </w:rPr>
        <w:t>Câu 10: Đáp án đúng: C</w:t>
      </w:r>
    </w:p>
    <w:p>
      <w:r>
        <w:rPr>
          <w:i/>
        </w:rPr>
        <w:t>Giải thích: Động lượng p = mv có đơn vị là kg.m/s.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