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Rung chuông vàng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Rung chuông vàng là tên gọi của một cuộc thi gì?</w:t>
      </w:r>
    </w:p>
    <w:p>
      <w:pPr>
        <w:pStyle w:val="ListParagraph"/>
      </w:pPr>
      <w:r>
        <w:rPr>
          <w:sz w:val="22"/>
        </w:rPr>
        <w:t>A. Cuộc thi thể thao</w:t>
      </w:r>
    </w:p>
    <w:p>
      <w:pPr>
        <w:pStyle w:val="ListParagraph"/>
      </w:pPr>
      <w:r>
        <w:rPr>
          <w:sz w:val="22"/>
        </w:rPr>
        <w:t>B. Cuộc thi kiến thức</w:t>
      </w:r>
    </w:p>
    <w:p>
      <w:pPr>
        <w:pStyle w:val="ListParagraph"/>
      </w:pPr>
      <w:r>
        <w:rPr>
          <w:sz w:val="22"/>
        </w:rPr>
        <w:t>C. Cuộc thi văn nghệ</w:t>
      </w:r>
    </w:p>
    <w:p>
      <w:pPr>
        <w:pStyle w:val="ListParagraph"/>
      </w:pPr>
      <w:r>
        <w:rPr>
          <w:sz w:val="22"/>
        </w:rPr>
        <w:t>D. Cuộc thi khéo tay</w:t>
      </w:r>
    </w:p>
    <w:p/>
    <w:p>
      <w:r>
        <w:rPr>
          <w:b/>
          <w:sz w:val="24"/>
        </w:rPr>
        <w:t>Câu 2: Cuộc thi Rung chuông vàng thường được tổ chức phổ biến ở đâu?</w:t>
      </w:r>
    </w:p>
    <w:p>
      <w:pPr>
        <w:pStyle w:val="ListParagraph"/>
      </w:pPr>
      <w:r>
        <w:rPr>
          <w:sz w:val="22"/>
        </w:rPr>
        <w:t>A. Trường tiểu học</w:t>
      </w:r>
    </w:p>
    <w:p>
      <w:pPr>
        <w:pStyle w:val="ListParagraph"/>
      </w:pPr>
      <w:r>
        <w:rPr>
          <w:sz w:val="22"/>
        </w:rPr>
        <w:t>B. Trường THPT</w:t>
      </w:r>
    </w:p>
    <w:p>
      <w:pPr>
        <w:pStyle w:val="ListParagraph"/>
      </w:pPr>
      <w:r>
        <w:rPr>
          <w:sz w:val="22"/>
        </w:rPr>
        <w:t>C. Công ty</w:t>
      </w:r>
    </w:p>
    <w:p>
      <w:pPr>
        <w:pStyle w:val="ListParagraph"/>
      </w:pPr>
      <w:r>
        <w:rPr>
          <w:sz w:val="22"/>
        </w:rPr>
        <w:t>D. Bệnh viện</w:t>
      </w:r>
    </w:p>
    <w:p/>
    <w:p>
      <w:r>
        <w:rPr>
          <w:b/>
          <w:sz w:val="24"/>
        </w:rPr>
        <w:t>Câu 3: Trong cuộc thi Rung chuông vàng, thí sinh trả lời bằng cách nào?</w:t>
      </w:r>
    </w:p>
    <w:p>
      <w:pPr>
        <w:pStyle w:val="ListParagraph"/>
      </w:pPr>
      <w:r>
        <w:rPr>
          <w:sz w:val="22"/>
        </w:rPr>
        <w:t>A. Giơ tay</w:t>
      </w:r>
    </w:p>
    <w:p>
      <w:pPr>
        <w:pStyle w:val="ListParagraph"/>
      </w:pPr>
      <w:r>
        <w:rPr>
          <w:sz w:val="22"/>
        </w:rPr>
        <w:t>B. Viết đáp án lên bảng con</w:t>
      </w:r>
    </w:p>
    <w:p>
      <w:pPr>
        <w:pStyle w:val="ListParagraph"/>
      </w:pPr>
      <w:r>
        <w:rPr>
          <w:sz w:val="22"/>
        </w:rPr>
        <w:t>C. Bấm chuông</w:t>
      </w:r>
    </w:p>
    <w:p>
      <w:pPr>
        <w:pStyle w:val="ListParagraph"/>
      </w:pPr>
      <w:r>
        <w:rPr>
          <w:sz w:val="22"/>
        </w:rPr>
        <w:t>D. Đọc to</w:t>
      </w:r>
    </w:p>
    <w:p/>
    <w:p>
      <w:r>
        <w:rPr>
          <w:b/>
          <w:sz w:val="24"/>
        </w:rPr>
        <w:t>Câu 4: Ai là người dẫn chương trình trong cuộc thi Rung chuông vàng?</w:t>
      </w:r>
    </w:p>
    <w:p>
      <w:pPr>
        <w:pStyle w:val="ListParagraph"/>
      </w:pPr>
      <w:r>
        <w:rPr>
          <w:sz w:val="22"/>
        </w:rPr>
        <w:t>A. MC</w:t>
      </w:r>
    </w:p>
    <w:p>
      <w:pPr>
        <w:pStyle w:val="ListParagraph"/>
      </w:pPr>
      <w:r>
        <w:rPr>
          <w:sz w:val="22"/>
        </w:rPr>
        <w:t>B. Giáo viên</w:t>
      </w:r>
    </w:p>
    <w:p>
      <w:pPr>
        <w:pStyle w:val="ListParagraph"/>
      </w:pPr>
      <w:r>
        <w:rPr>
          <w:sz w:val="22"/>
        </w:rPr>
        <w:t>C. Học sinh</w:t>
      </w:r>
    </w:p>
    <w:p>
      <w:pPr>
        <w:pStyle w:val="ListParagraph"/>
      </w:pPr>
      <w:r>
        <w:rPr>
          <w:sz w:val="22"/>
        </w:rPr>
        <w:t>D. Tất cả đều có thể</w:t>
      </w:r>
    </w:p>
    <w:p/>
    <w:p>
      <w:r>
        <w:rPr>
          <w:b/>
          <w:sz w:val="24"/>
        </w:rPr>
        <w:t>Câu 5: Trong cuộc thi Rung chuông vàng, khi thí sinh trả lời sai thì?</w:t>
      </w:r>
    </w:p>
    <w:p>
      <w:pPr>
        <w:pStyle w:val="ListParagraph"/>
      </w:pPr>
      <w:r>
        <w:rPr>
          <w:sz w:val="22"/>
        </w:rPr>
        <w:t>A. Bị loại</w:t>
      </w:r>
    </w:p>
    <w:p>
      <w:pPr>
        <w:pStyle w:val="ListParagraph"/>
      </w:pPr>
      <w:r>
        <w:rPr>
          <w:sz w:val="22"/>
        </w:rPr>
        <w:t>B. Được cứu trợ</w:t>
      </w:r>
    </w:p>
    <w:p>
      <w:pPr>
        <w:pStyle w:val="ListParagraph"/>
      </w:pPr>
      <w:r>
        <w:rPr>
          <w:sz w:val="22"/>
        </w:rPr>
        <w:t>C. Tiếp tục thi</w:t>
      </w:r>
    </w:p>
    <w:p>
      <w:pPr>
        <w:pStyle w:val="ListParagraph"/>
      </w:pPr>
      <w:r>
        <w:rPr>
          <w:sz w:val="22"/>
        </w:rPr>
        <w:t>D. Bị trừ điểm</w:t>
      </w:r>
    </w:p>
    <w:p/>
    <w:p>
      <w:r>
        <w:rPr>
          <w:b/>
          <w:sz w:val="24"/>
        </w:rPr>
        <w:t>Câu 6: Rung chuông vàng có nguồn gốc từ đâu?</w:t>
      </w:r>
    </w:p>
    <w:p>
      <w:pPr>
        <w:pStyle w:val="ListParagraph"/>
      </w:pPr>
      <w:r>
        <w:rPr>
          <w:sz w:val="22"/>
        </w:rPr>
        <w:t>A. Việt Nam</w:t>
      </w:r>
    </w:p>
    <w:p>
      <w:pPr>
        <w:pStyle w:val="ListParagraph"/>
      </w:pPr>
      <w:r>
        <w:rPr>
          <w:sz w:val="22"/>
        </w:rPr>
        <w:t>B. Nhật Bản</w:t>
      </w:r>
    </w:p>
    <w:p>
      <w:pPr>
        <w:pStyle w:val="ListParagraph"/>
      </w:pPr>
      <w:r>
        <w:rPr>
          <w:sz w:val="22"/>
        </w:rPr>
        <w:t>C. Hàn Quốc</w:t>
      </w:r>
    </w:p>
    <w:p>
      <w:pPr>
        <w:pStyle w:val="ListParagraph"/>
      </w:pPr>
      <w:r>
        <w:rPr>
          <w:sz w:val="22"/>
        </w:rPr>
        <w:t>D. Trung Quốc</w:t>
      </w:r>
    </w:p>
    <w:p/>
    <w:p>
      <w:r>
        <w:rPr>
          <w:b/>
          <w:sz w:val="24"/>
        </w:rPr>
        <w:t>Câu 7: Trong cuộc thi Rung chuông vàng, thí sinh còn lại cuối cùng nếu trả lời đúng sẽ?</w:t>
      </w:r>
    </w:p>
    <w:p>
      <w:pPr>
        <w:pStyle w:val="ListParagraph"/>
      </w:pPr>
      <w:r>
        <w:rPr>
          <w:sz w:val="22"/>
        </w:rPr>
        <w:t>A. Rung được chuông vàng</w:t>
      </w:r>
    </w:p>
    <w:p>
      <w:pPr>
        <w:pStyle w:val="ListParagraph"/>
      </w:pPr>
      <w:r>
        <w:rPr>
          <w:sz w:val="22"/>
        </w:rPr>
        <w:t>B. Nhận giải nhất</w:t>
      </w:r>
    </w:p>
    <w:p>
      <w:pPr>
        <w:pStyle w:val="ListParagraph"/>
      </w:pPr>
      <w:r>
        <w:rPr>
          <w:sz w:val="22"/>
        </w:rPr>
        <w:t>C. Được cứu trợ</w:t>
      </w:r>
    </w:p>
    <w:p>
      <w:pPr>
        <w:pStyle w:val="ListParagraph"/>
      </w:pPr>
      <w:r>
        <w:rPr>
          <w:sz w:val="22"/>
        </w:rPr>
        <w:t>D. Được quyền trợ giúp</w:t>
      </w:r>
    </w:p>
    <w:p/>
    <w:p>
      <w:r>
        <w:rPr>
          <w:b/>
          <w:sz w:val="24"/>
        </w:rPr>
        <w:t>Câu 8: Điều gì xảy ra khi thí sinh trả lời đúng câu hỏi trong cuộc thi Rung chuông vàng?</w:t>
      </w:r>
    </w:p>
    <w:p>
      <w:pPr>
        <w:pStyle w:val="ListParagraph"/>
      </w:pPr>
      <w:r>
        <w:rPr>
          <w:sz w:val="22"/>
        </w:rPr>
        <w:t>A. Được ở lại thi tiếp</w:t>
      </w:r>
    </w:p>
    <w:p>
      <w:pPr>
        <w:pStyle w:val="ListParagraph"/>
      </w:pPr>
      <w:r>
        <w:rPr>
          <w:sz w:val="22"/>
        </w:rPr>
        <w:t>B. Bị loại</w:t>
      </w:r>
    </w:p>
    <w:p>
      <w:pPr>
        <w:pStyle w:val="ListParagraph"/>
      </w:pPr>
      <w:r>
        <w:rPr>
          <w:sz w:val="22"/>
        </w:rPr>
        <w:t>C. Bị trừ điểm</w:t>
      </w:r>
    </w:p>
    <w:p>
      <w:pPr>
        <w:pStyle w:val="ListParagraph"/>
      </w:pPr>
      <w:r>
        <w:rPr>
          <w:sz w:val="22"/>
        </w:rPr>
        <w:t>D. Phải nhường lượt</w:t>
      </w:r>
    </w:p>
    <w:p/>
    <w:p>
      <w:r>
        <w:rPr>
          <w:b/>
          <w:sz w:val="24"/>
        </w:rPr>
        <w:t>Câu 9: Số lượng thí sinh tham gia Rung chuông vàng thường là?</w:t>
      </w:r>
    </w:p>
    <w:p>
      <w:pPr>
        <w:pStyle w:val="ListParagraph"/>
      </w:pPr>
      <w:r>
        <w:rPr>
          <w:sz w:val="22"/>
        </w:rPr>
        <w:t>A. 10-20</w:t>
      </w:r>
    </w:p>
    <w:p>
      <w:pPr>
        <w:pStyle w:val="ListParagraph"/>
      </w:pPr>
      <w:r>
        <w:rPr>
          <w:sz w:val="22"/>
        </w:rPr>
        <w:t>B. 30-50</w:t>
      </w:r>
    </w:p>
    <w:p>
      <w:pPr>
        <w:pStyle w:val="ListParagraph"/>
      </w:pPr>
      <w:r>
        <w:rPr>
          <w:sz w:val="22"/>
        </w:rPr>
        <w:t>C. 100</w:t>
      </w:r>
    </w:p>
    <w:p>
      <w:pPr>
        <w:pStyle w:val="ListParagraph"/>
      </w:pPr>
      <w:r>
        <w:rPr>
          <w:sz w:val="22"/>
        </w:rPr>
        <w:t>D. Không giới hạn</w:t>
      </w:r>
    </w:p>
    <w:p/>
    <w:p>
      <w:r>
        <w:rPr>
          <w:b/>
          <w:sz w:val="24"/>
        </w:rPr>
        <w:t>Câu 10: Trong cuộc thi Rung chuông vàng, khi thí sinh gặp câu hỏi khó, có thể sử dụng quyền gì?</w:t>
      </w:r>
    </w:p>
    <w:p>
      <w:pPr>
        <w:pStyle w:val="ListParagraph"/>
      </w:pPr>
      <w:r>
        <w:rPr>
          <w:sz w:val="22"/>
        </w:rPr>
        <w:t>A. Quyền trợ giúp</w:t>
      </w:r>
    </w:p>
    <w:p>
      <w:pPr>
        <w:pStyle w:val="ListParagraph"/>
      </w:pPr>
      <w:r>
        <w:rPr>
          <w:sz w:val="22"/>
        </w:rPr>
        <w:t>B. Quyền đổi câu hỏi</w:t>
      </w:r>
    </w:p>
    <w:p>
      <w:pPr>
        <w:pStyle w:val="ListParagraph"/>
      </w:pPr>
      <w:r>
        <w:rPr>
          <w:sz w:val="22"/>
        </w:rPr>
        <w:t>C. Quyền bỏ qua</w:t>
      </w:r>
    </w:p>
    <w:p>
      <w:pPr>
        <w:pStyle w:val="ListParagraph"/>
      </w:pPr>
      <w:r>
        <w:rPr>
          <w:sz w:val="22"/>
        </w:rPr>
        <w:t>D. Quyền nhờ bạn</w:t>
      </w:r>
    </w:p>
    <w:p/>
    <w:p>
      <w:r>
        <w:rPr>
          <w:b/>
          <w:sz w:val="24"/>
        </w:rPr>
        <w:t>Câu 11: Ai thường là người cứu trợ cho thí sinh trong cuộc thi Rung chuông vàng?</w:t>
      </w:r>
    </w:p>
    <w:p>
      <w:pPr>
        <w:pStyle w:val="ListParagraph"/>
      </w:pPr>
      <w:r>
        <w:rPr>
          <w:sz w:val="22"/>
        </w:rPr>
        <w:t>A. Thầy cô giáo</w:t>
      </w:r>
    </w:p>
    <w:p>
      <w:pPr>
        <w:pStyle w:val="ListParagraph"/>
      </w:pPr>
      <w:r>
        <w:rPr>
          <w:sz w:val="22"/>
        </w:rPr>
        <w:t>B. Phụ huynh</w:t>
      </w:r>
    </w:p>
    <w:p>
      <w:pPr>
        <w:pStyle w:val="ListParagraph"/>
      </w:pPr>
      <w:r>
        <w:rPr>
          <w:sz w:val="22"/>
        </w:rPr>
        <w:t>C. Bạn bè</w:t>
      </w:r>
    </w:p>
    <w:p>
      <w:pPr>
        <w:pStyle w:val="ListParagraph"/>
      </w:pPr>
      <w:r>
        <w:rPr>
          <w:sz w:val="22"/>
        </w:rPr>
        <w:t>D. Khán giả</w:t>
      </w:r>
    </w:p>
    <w:p/>
    <w:p>
      <w:r>
        <w:rPr>
          <w:b/>
          <w:sz w:val="24"/>
        </w:rPr>
        <w:t>Câu 12: Trong cuộc thi Rung chuông vàng, thí sinh phải trả lời trong thời gian bao lâu?</w:t>
      </w:r>
    </w:p>
    <w:p>
      <w:pPr>
        <w:pStyle w:val="ListParagraph"/>
      </w:pPr>
      <w:r>
        <w:rPr>
          <w:sz w:val="22"/>
        </w:rPr>
        <w:t>A. 10 giây</w:t>
      </w:r>
    </w:p>
    <w:p>
      <w:pPr>
        <w:pStyle w:val="ListParagraph"/>
      </w:pPr>
      <w:r>
        <w:rPr>
          <w:sz w:val="22"/>
        </w:rPr>
        <w:t>B. 15 giây</w:t>
      </w:r>
    </w:p>
    <w:p>
      <w:pPr>
        <w:pStyle w:val="ListParagraph"/>
      </w:pPr>
      <w:r>
        <w:rPr>
          <w:sz w:val="22"/>
        </w:rPr>
        <w:t>C. 30 giây</w:t>
      </w:r>
    </w:p>
    <w:p>
      <w:pPr>
        <w:pStyle w:val="ListParagraph"/>
      </w:pPr>
      <w:r>
        <w:rPr>
          <w:sz w:val="22"/>
        </w:rPr>
        <w:t>D. 60 giây</w:t>
      </w:r>
    </w:p>
    <w:p/>
    <w:p>
      <w:r>
        <w:rPr>
          <w:b/>
          <w:sz w:val="24"/>
        </w:rPr>
        <w:t>Câu 13: Nếu thí sinh trả lời đúng tất cả câu hỏi và là người cuối cùng trong cuộc thi Rung chuông vàng, họ sẽ nhận được gì?</w:t>
      </w:r>
    </w:p>
    <w:p>
      <w:pPr>
        <w:pStyle w:val="ListParagraph"/>
      </w:pPr>
      <w:r>
        <w:rPr>
          <w:sz w:val="22"/>
        </w:rPr>
        <w:t>A. Giải thưởng</w:t>
      </w:r>
    </w:p>
    <w:p>
      <w:pPr>
        <w:pStyle w:val="ListParagraph"/>
      </w:pPr>
      <w:r>
        <w:rPr>
          <w:sz w:val="22"/>
        </w:rPr>
        <w:t>B. Bằng khen</w:t>
      </w:r>
    </w:p>
    <w:p>
      <w:pPr>
        <w:pStyle w:val="ListParagraph"/>
      </w:pPr>
      <w:r>
        <w:rPr>
          <w:sz w:val="22"/>
        </w:rPr>
        <w:t>C. Huy chương</w:t>
      </w:r>
    </w:p>
    <w:p>
      <w:pPr>
        <w:pStyle w:val="ListParagraph"/>
      </w:pPr>
      <w:r>
        <w:rPr>
          <w:sz w:val="22"/>
        </w:rPr>
        <w:t>D. Tất cả đều đúng</w:t>
      </w:r>
    </w:p>
    <w:p/>
    <w:p>
      <w:r>
        <w:rPr>
          <w:b/>
          <w:sz w:val="24"/>
        </w:rPr>
        <w:t>Câu 14: Cuộc thi Rung chuông vàng thường được tổ chức vào dịp nào?</w:t>
      </w:r>
    </w:p>
    <w:p>
      <w:pPr>
        <w:pStyle w:val="ListParagraph"/>
      </w:pPr>
      <w:r>
        <w:rPr>
          <w:sz w:val="22"/>
        </w:rPr>
        <w:t>A. Khai giảng</w:t>
      </w:r>
    </w:p>
    <w:p>
      <w:pPr>
        <w:pStyle w:val="ListParagraph"/>
      </w:pPr>
      <w:r>
        <w:rPr>
          <w:sz w:val="22"/>
        </w:rPr>
        <w:t>B. 20/11</w:t>
      </w:r>
    </w:p>
    <w:p>
      <w:pPr>
        <w:pStyle w:val="ListParagraph"/>
      </w:pPr>
      <w:r>
        <w:rPr>
          <w:sz w:val="22"/>
        </w:rPr>
        <w:t>C. 26/3</w:t>
      </w:r>
    </w:p>
    <w:p>
      <w:pPr>
        <w:pStyle w:val="ListParagraph"/>
      </w:pPr>
      <w:r>
        <w:rPr>
          <w:sz w:val="22"/>
        </w:rPr>
        <w:t>D. Tất cả</w:t>
      </w:r>
    </w:p>
    <w:p/>
    <w:p>
      <w:r>
        <w:rPr>
          <w:b/>
          <w:sz w:val="24"/>
        </w:rPr>
        <w:t>Câu 15: Trong cuộc thi Rung chuông vàng, ban tổ chức thường chuẩn bị gì cho thí sinh?</w:t>
      </w:r>
    </w:p>
    <w:p>
      <w:pPr>
        <w:pStyle w:val="ListParagraph"/>
      </w:pPr>
      <w:r>
        <w:rPr>
          <w:sz w:val="22"/>
        </w:rPr>
        <w:t>A. Bảng con, phấn</w:t>
      </w:r>
    </w:p>
    <w:p>
      <w:pPr>
        <w:pStyle w:val="ListParagraph"/>
      </w:pPr>
      <w:r>
        <w:rPr>
          <w:sz w:val="22"/>
        </w:rPr>
        <w:t>B. Giấy thi</w:t>
      </w:r>
    </w:p>
    <w:p>
      <w:pPr>
        <w:pStyle w:val="ListParagraph"/>
      </w:pPr>
      <w:r>
        <w:rPr>
          <w:sz w:val="22"/>
        </w:rPr>
        <w:t>C. Máy tính</w:t>
      </w:r>
    </w:p>
    <w:p>
      <w:pPr>
        <w:pStyle w:val="ListParagraph"/>
      </w:pPr>
      <w:r>
        <w:rPr>
          <w:sz w:val="22"/>
        </w:rPr>
        <w:t>D. Sách</w:t>
      </w:r>
    </w:p>
    <w:p/>
    <w:p>
      <w:r>
        <w:rPr>
          <w:b/>
          <w:sz w:val="24"/>
        </w:rPr>
        <w:t>Câu 16: Rung chuông vàng là cuộc thi dành cho đối tượng nào?</w:t>
      </w:r>
    </w:p>
    <w:p>
      <w:pPr>
        <w:pStyle w:val="ListParagraph"/>
      </w:pPr>
      <w:r>
        <w:rPr>
          <w:sz w:val="22"/>
        </w:rPr>
        <w:t>A. Học sinh</w:t>
      </w:r>
    </w:p>
    <w:p>
      <w:pPr>
        <w:pStyle w:val="ListParagraph"/>
      </w:pPr>
      <w:r>
        <w:rPr>
          <w:sz w:val="22"/>
        </w:rPr>
        <w:t>B. Sinh viên</w:t>
      </w:r>
    </w:p>
    <w:p>
      <w:pPr>
        <w:pStyle w:val="ListParagraph"/>
      </w:pPr>
      <w:r>
        <w:rPr>
          <w:sz w:val="22"/>
        </w:rPr>
        <w:t>C. Giáo viên</w:t>
      </w:r>
    </w:p>
    <w:p>
      <w:pPr>
        <w:pStyle w:val="ListParagraph"/>
      </w:pPr>
      <w:r>
        <w:rPr>
          <w:sz w:val="22"/>
        </w:rPr>
        <w:t>D. Công nhân</w:t>
      </w:r>
    </w:p>
    <w:p/>
    <w:p>
      <w:r>
        <w:rPr>
          <w:b/>
          <w:sz w:val="24"/>
        </w:rPr>
        <w:t>Câu 17: Trong cuộc thi Rung chuông vàng, câu hỏi thường thuộc lĩnh vực nào?</w:t>
      </w:r>
    </w:p>
    <w:p>
      <w:pPr>
        <w:pStyle w:val="ListParagraph"/>
      </w:pPr>
      <w:r>
        <w:rPr>
          <w:sz w:val="22"/>
        </w:rPr>
        <w:t>A. Toán, Văn, Anh</w:t>
      </w:r>
    </w:p>
    <w:p>
      <w:pPr>
        <w:pStyle w:val="ListParagraph"/>
      </w:pPr>
      <w:r>
        <w:rPr>
          <w:sz w:val="22"/>
        </w:rPr>
        <w:t>B. Khoa học tự nhiên</w:t>
      </w:r>
    </w:p>
    <w:p>
      <w:pPr>
        <w:pStyle w:val="ListParagraph"/>
      </w:pPr>
      <w:r>
        <w:rPr>
          <w:sz w:val="22"/>
        </w:rPr>
        <w:t>C. Khoa học xã hội</w:t>
      </w:r>
    </w:p>
    <w:p>
      <w:pPr>
        <w:pStyle w:val="ListParagraph"/>
      </w:pPr>
      <w:r>
        <w:rPr>
          <w:sz w:val="22"/>
        </w:rPr>
        <w:t>D. Tất cả các lĩnh vực</w:t>
      </w:r>
    </w:p>
    <w:p/>
    <w:p>
      <w:r>
        <w:rPr>
          <w:b/>
          <w:sz w:val="24"/>
        </w:rPr>
        <w:t>Câu 18: Khi thí sinh trả lời sai trong cuộc thi Rung chuông vàng, họ phải làm gì?</w:t>
      </w:r>
    </w:p>
    <w:p>
      <w:pPr>
        <w:pStyle w:val="ListParagraph"/>
      </w:pPr>
      <w:r>
        <w:rPr>
          <w:sz w:val="22"/>
        </w:rPr>
        <w:t>A. Rời khỏi sàn thi đấu</w:t>
      </w:r>
    </w:p>
    <w:p>
      <w:pPr>
        <w:pStyle w:val="ListParagraph"/>
      </w:pPr>
      <w:r>
        <w:rPr>
          <w:sz w:val="22"/>
        </w:rPr>
        <w:t>B. Tiếp tục ngồi</w:t>
      </w:r>
    </w:p>
    <w:p>
      <w:pPr>
        <w:pStyle w:val="ListParagraph"/>
      </w:pPr>
      <w:r>
        <w:rPr>
          <w:sz w:val="22"/>
        </w:rPr>
        <w:t>C. Đổi chỗ</w:t>
      </w:r>
    </w:p>
    <w:p>
      <w:pPr>
        <w:pStyle w:val="ListParagraph"/>
      </w:pPr>
      <w:r>
        <w:rPr>
          <w:sz w:val="22"/>
        </w:rPr>
        <w:t>D. Giơ tay</w:t>
      </w:r>
    </w:p>
    <w:p/>
    <w:p>
      <w:r>
        <w:rPr>
          <w:b/>
          <w:sz w:val="24"/>
        </w:rPr>
        <w:t>Câu 19: Cuộc thi Rung chuông vàng có mấy vòng thi chính?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20: Ý nghĩa của cuộc thi Rung chuông vàng là gì?</w:t>
      </w:r>
    </w:p>
    <w:p>
      <w:pPr>
        <w:pStyle w:val="ListParagraph"/>
      </w:pPr>
      <w:r>
        <w:rPr>
          <w:sz w:val="22"/>
        </w:rPr>
        <w:t>A. Giải trí</w:t>
      </w:r>
    </w:p>
    <w:p>
      <w:pPr>
        <w:pStyle w:val="ListParagraph"/>
      </w:pPr>
      <w:r>
        <w:rPr>
          <w:sz w:val="22"/>
        </w:rPr>
        <w:t>B. Học tập</w:t>
      </w:r>
    </w:p>
    <w:p>
      <w:pPr>
        <w:pStyle w:val="ListParagraph"/>
      </w:pPr>
      <w:r>
        <w:rPr>
          <w:sz w:val="22"/>
        </w:rPr>
        <w:t>C. Rèn luyện kiến thức, kỹ năng</w:t>
      </w:r>
    </w:p>
    <w:p>
      <w:pPr>
        <w:pStyle w:val="ListParagraph"/>
      </w:pPr>
      <w:r>
        <w:rPr>
          <w:sz w:val="22"/>
        </w:rPr>
        <w:t>D. Tất cả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D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D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