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Tin học - ĐỀ CƯƠNG ÔN TẬP GIỮA HỌC KÌ I NĂM HỌC 2026-2027</w:t>
      </w:r>
    </w:p>
    <w:p>
      <w:pPr>
        <w:jc w:val="center"/>
      </w:pPr>
      <w:r>
        <w:rPr>
          <w:sz w:val="22"/>
        </w:rPr>
        <w:t>Số câu: 28    Thời gian: _____ phút    Họ và tên: _________________________</w:t>
      </w:r>
    </w:p>
    <w:p/>
    <w:p>
      <w:r>
        <w:rPr>
          <w:b/>
          <w:sz w:val="24"/>
        </w:rPr>
        <w:t>Câu 1: Theo em, nghề nghiệp là gì?</w:t>
      </w:r>
    </w:p>
    <w:p>
      <w:pPr>
        <w:pStyle w:val="ListParagraph"/>
      </w:pPr>
      <w:r>
        <w:rPr>
          <w:sz w:val="22"/>
        </w:rPr>
        <w:t>A. Là tập hợp những việc làm, nhiệm vụ mà mình thực hiện.</w:t>
      </w:r>
    </w:p>
    <w:p>
      <w:pPr>
        <w:pStyle w:val="ListParagraph"/>
      </w:pPr>
      <w:r>
        <w:rPr>
          <w:sz w:val="22"/>
        </w:rPr>
        <w:t>B. Là tập hợp những người có năng lực, tri thức.</w:t>
      </w:r>
    </w:p>
    <w:p>
      <w:pPr>
        <w:pStyle w:val="ListParagraph"/>
      </w:pPr>
      <w:r>
        <w:rPr>
          <w:sz w:val="22"/>
        </w:rPr>
        <w:t>C. Là tập hợp các công việc được xã hội công nhận.</w:t>
      </w:r>
    </w:p>
    <w:p>
      <w:pPr>
        <w:pStyle w:val="ListParagraph"/>
      </w:pPr>
      <w:r>
        <w:rPr>
          <w:sz w:val="22"/>
        </w:rPr>
        <w:t>D. Là tập hợp những nhu cầu xã hội, mong cầu đáp ứng việc làm.</w:t>
      </w:r>
    </w:p>
    <w:p/>
    <w:p>
      <w:r>
        <w:rPr>
          <w:b/>
          <w:sz w:val="24"/>
        </w:rPr>
        <w:t>Câu 2: Hệ thống giáo dục quốc dân là gì?</w:t>
      </w:r>
    </w:p>
    <w:p>
      <w:pPr>
        <w:pStyle w:val="ListParagraph"/>
      </w:pPr>
      <w:r>
        <w:rPr>
          <w:sz w:val="22"/>
        </w:rPr>
        <w:t>A. Hệ thống giáo dục đa dạng</w:t>
      </w:r>
    </w:p>
    <w:p>
      <w:pPr>
        <w:pStyle w:val="ListParagraph"/>
      </w:pPr>
      <w:r>
        <w:rPr>
          <w:sz w:val="22"/>
        </w:rPr>
        <w:t>B. Hệ thống giáo dục tư nhân</w:t>
      </w:r>
    </w:p>
    <w:p>
      <w:pPr>
        <w:pStyle w:val="ListParagraph"/>
      </w:pPr>
      <w:r>
        <w:rPr>
          <w:sz w:val="22"/>
        </w:rPr>
        <w:t>C. Hệ thống giáo dục do chính phủ quản lý và kiểm soát</w:t>
      </w:r>
    </w:p>
    <w:p>
      <w:pPr>
        <w:pStyle w:val="ListParagraph"/>
      </w:pPr>
      <w:r>
        <w:rPr>
          <w:sz w:val="22"/>
        </w:rPr>
        <w:t>D. Hệ thống giáo dục tự do</w:t>
      </w:r>
    </w:p>
    <w:p/>
    <w:p>
      <w:r>
        <w:rPr>
          <w:b/>
          <w:sz w:val="24"/>
        </w:rPr>
        <w:t>Câu 3: Ý nào sau đây nói về tính chất của nghề nghiệp?</w:t>
      </w:r>
    </w:p>
    <w:p>
      <w:pPr>
        <w:pStyle w:val="ListParagraph"/>
      </w:pPr>
      <w:r>
        <w:rPr>
          <w:sz w:val="22"/>
        </w:rPr>
        <w:t>A. Ổn định nhanh, thay đổi nhanh.</w:t>
      </w:r>
    </w:p>
    <w:p>
      <w:pPr>
        <w:pStyle w:val="ListParagraph"/>
      </w:pPr>
      <w:r>
        <w:rPr>
          <w:sz w:val="22"/>
        </w:rPr>
        <w:t>B. Thay đổi thất thường, gắn bó lâu dài.</w:t>
      </w:r>
    </w:p>
    <w:p>
      <w:pPr>
        <w:pStyle w:val="ListParagraph"/>
      </w:pPr>
      <w:r>
        <w:rPr>
          <w:sz w:val="22"/>
        </w:rPr>
        <w:t>C. Không ổn định, biến đổi đột ngột.</w:t>
      </w:r>
    </w:p>
    <w:p>
      <w:pPr>
        <w:pStyle w:val="ListParagraph"/>
      </w:pPr>
      <w:r>
        <w:rPr>
          <w:sz w:val="22"/>
        </w:rPr>
        <w:t>D. Ổn định, gắn bó lâu dài.</w:t>
      </w:r>
    </w:p>
    <w:p/>
    <w:p>
      <w:r>
        <w:rPr>
          <w:b/>
          <w:sz w:val="24"/>
        </w:rPr>
        <w:t>Câu 4: Khung cơ cấu hệ thống giáo dục Việt Nam bao gồm hệ thống giáo dục nào?</w:t>
      </w:r>
    </w:p>
    <w:p>
      <w:pPr>
        <w:pStyle w:val="ListParagraph"/>
      </w:pPr>
      <w:r>
        <w:rPr>
          <w:sz w:val="22"/>
        </w:rPr>
        <w:t>A. Giáo dục chính quy và giáo dục thường xuyên.</w:t>
      </w:r>
    </w:p>
    <w:p>
      <w:pPr>
        <w:pStyle w:val="ListParagraph"/>
      </w:pPr>
      <w:r>
        <w:rPr>
          <w:sz w:val="22"/>
        </w:rPr>
        <w:t>B. Giáo dục mầm non và giáo dục phổ thông.</w:t>
      </w:r>
    </w:p>
    <w:p>
      <w:pPr>
        <w:pStyle w:val="ListParagraph"/>
      </w:pPr>
      <w:r>
        <w:rPr>
          <w:sz w:val="22"/>
        </w:rPr>
        <w:t>C. Giáo dục nghề nghiệp và giáo dục đại học.</w:t>
      </w:r>
    </w:p>
    <w:p>
      <w:pPr>
        <w:pStyle w:val="ListParagraph"/>
      </w:pPr>
      <w:r>
        <w:rPr>
          <w:sz w:val="22"/>
        </w:rPr>
        <w:t>D. Giáo dục phổ thông và giáo dục thường xuyên.</w:t>
      </w:r>
    </w:p>
    <w:p/>
    <w:p>
      <w:r>
        <w:rPr>
          <w:b/>
          <w:sz w:val="24"/>
        </w:rPr>
        <w:t>Câu 5: Nghề nghiệp mang lại ý nghĩa gì cho xã hội?</w:t>
      </w:r>
    </w:p>
    <w:p>
      <w:pPr>
        <w:pStyle w:val="ListParagraph"/>
      </w:pPr>
      <w:r>
        <w:rPr>
          <w:sz w:val="22"/>
        </w:rPr>
        <w:t>A. Thu nhập ổn định, bền vững.</w:t>
      </w:r>
    </w:p>
    <w:p>
      <w:pPr>
        <w:pStyle w:val="ListParagraph"/>
      </w:pPr>
      <w:r>
        <w:rPr>
          <w:sz w:val="22"/>
        </w:rPr>
        <w:t>B. Môi trường thuận lợi để phát triển nhân cách.</w:t>
      </w:r>
    </w:p>
    <w:p>
      <w:pPr>
        <w:pStyle w:val="ListParagraph"/>
      </w:pPr>
      <w:r>
        <w:rPr>
          <w:sz w:val="22"/>
        </w:rPr>
        <w:t>C. Thỏa mãn đam mê, khát khao.</w:t>
      </w:r>
    </w:p>
    <w:p>
      <w:pPr>
        <w:pStyle w:val="ListParagraph"/>
      </w:pPr>
      <w:r>
        <w:rPr>
          <w:sz w:val="22"/>
        </w:rPr>
        <w:t>D. Thúc đẩy phát triển kinh tế, đem lại phồn vinh cho xã hội.</w:t>
      </w:r>
    </w:p>
    <w:p/>
    <w:p>
      <w:r>
        <w:rPr>
          <w:b/>
          <w:sz w:val="24"/>
        </w:rPr>
        <w:t>Câu 6: Theo em, chọn đúng nghề nghiệp có ý nghĩa như thế nào đối với gia đình?</w:t>
      </w:r>
    </w:p>
    <w:p>
      <w:pPr>
        <w:pStyle w:val="ListParagraph"/>
      </w:pPr>
      <w:r>
        <w:rPr>
          <w:sz w:val="22"/>
        </w:rPr>
        <w:t>A. Có động lực học tập, nghiên cứu, sáng tạo.</w:t>
      </w:r>
    </w:p>
    <w:p>
      <w:pPr>
        <w:pStyle w:val="ListParagraph"/>
      </w:pPr>
      <w:r>
        <w:rPr>
          <w:sz w:val="22"/>
        </w:rPr>
        <w:t>B. Gánh vác một phần chi phí cho gia đình.</w:t>
      </w:r>
    </w:p>
    <w:p>
      <w:pPr>
        <w:pStyle w:val="ListParagraph"/>
      </w:pPr>
      <w:r>
        <w:rPr>
          <w:sz w:val="22"/>
        </w:rPr>
        <w:t>C. Có chỗ đứng vững chắc trong xã hội.</w:t>
      </w:r>
    </w:p>
    <w:p>
      <w:pPr>
        <w:pStyle w:val="ListParagraph"/>
      </w:pPr>
      <w:r>
        <w:rPr>
          <w:sz w:val="22"/>
        </w:rPr>
        <w:t>D. Phát triển kinh tế, xã hội của đất nước.</w:t>
      </w:r>
    </w:p>
    <w:p/>
    <w:p>
      <w:r>
        <w:rPr>
          <w:b/>
          <w:sz w:val="24"/>
        </w:rPr>
        <w:t>Câu 7: Giáo dục phổ thông có bao nhiêu thời điểm phân luồng?</w:t>
      </w:r>
    </w:p>
    <w:p>
      <w:pPr>
        <w:pStyle w:val="ListParagraph"/>
      </w:pPr>
      <w:r>
        <w:rPr>
          <w:sz w:val="22"/>
        </w:rPr>
        <w:t>A. Một thời điểm</w:t>
      </w:r>
    </w:p>
    <w:p>
      <w:pPr>
        <w:pStyle w:val="ListParagraph"/>
      </w:pPr>
      <w:r>
        <w:rPr>
          <w:sz w:val="22"/>
        </w:rPr>
        <w:t>B. Hai thời điểm</w:t>
      </w:r>
    </w:p>
    <w:p>
      <w:pPr>
        <w:pStyle w:val="ListParagraph"/>
      </w:pPr>
      <w:r>
        <w:rPr>
          <w:sz w:val="22"/>
        </w:rPr>
        <w:t>C. Ba thời điểm</w:t>
      </w:r>
    </w:p>
    <w:p>
      <w:pPr>
        <w:pStyle w:val="ListParagraph"/>
      </w:pPr>
      <w:r>
        <w:rPr>
          <w:sz w:val="22"/>
        </w:rPr>
        <w:t>D. Bốn thời điểm</w:t>
      </w:r>
    </w:p>
    <w:p/>
    <w:p>
      <w:r>
        <w:rPr>
          <w:b/>
          <w:sz w:val="24"/>
        </w:rPr>
        <w:t>Câu 8: Đâu là sản phẩm của nghề nghiệp thuộc lĩnh vực kĩ thuật, công nghệ?</w:t>
      </w:r>
    </w:p>
    <w:p>
      <w:pPr>
        <w:pStyle w:val="ListParagraph"/>
      </w:pPr>
      <w:r>
        <w:rPr>
          <w:sz w:val="22"/>
        </w:rPr>
        <w:t>A. Thiết bị tự động hóa.</w:t>
      </w:r>
    </w:p>
    <w:p>
      <w:pPr>
        <w:pStyle w:val="ListParagraph"/>
      </w:pPr>
      <w:r>
        <w:rPr>
          <w:sz w:val="22"/>
        </w:rPr>
        <w:t>B. Sản phẩm thủ công.</w:t>
      </w:r>
    </w:p>
    <w:p>
      <w:pPr>
        <w:pStyle w:val="ListParagraph"/>
      </w:pPr>
      <w:r>
        <w:rPr>
          <w:sz w:val="22"/>
        </w:rPr>
        <w:t>C. Tri thức, kinh nghiệm.</w:t>
      </w:r>
    </w:p>
    <w:p>
      <w:pPr>
        <w:pStyle w:val="ListParagraph"/>
      </w:pPr>
      <w:r>
        <w:rPr>
          <w:sz w:val="22"/>
        </w:rPr>
        <w:t>D. Công nghệ cao lừa đảo chiếm đoạt tiền.</w:t>
      </w:r>
    </w:p>
    <w:p/>
    <w:p>
      <w:r>
        <w:rPr>
          <w:b/>
          <w:sz w:val="24"/>
        </w:rPr>
        <w:t>Câu 9: Theo em, yêu cầu trình độ chuyên môn của ngành nghề trong lĩnh vực kĩ thuật, công nghệ như thế nào?</w:t>
      </w:r>
    </w:p>
    <w:p>
      <w:pPr>
        <w:pStyle w:val="ListParagraph"/>
      </w:pPr>
      <w:r>
        <w:rPr>
          <w:sz w:val="22"/>
        </w:rPr>
        <w:t>A. Hiểu biết về các môn xã hội, giao tiếp, ngôn ngữ.</w:t>
      </w:r>
    </w:p>
    <w:p>
      <w:pPr>
        <w:pStyle w:val="ListParagraph"/>
      </w:pPr>
      <w:r>
        <w:rPr>
          <w:sz w:val="22"/>
        </w:rPr>
        <w:t>B. Có khả năng sử dụng các thiết bị công nghệ.</w:t>
      </w:r>
    </w:p>
    <w:p>
      <w:pPr>
        <w:pStyle w:val="ListParagraph"/>
      </w:pPr>
      <w:r>
        <w:rPr>
          <w:sz w:val="22"/>
        </w:rPr>
        <w:t>C. Hiểu biết về các nguyên lí cơ bản của ngành kĩ thuật, công nghệ.</w:t>
      </w:r>
    </w:p>
    <w:p>
      <w:pPr>
        <w:pStyle w:val="ListParagraph"/>
      </w:pPr>
      <w:r>
        <w:rPr>
          <w:sz w:val="22"/>
        </w:rPr>
        <w:t>D. Khả năng tự học, tự nghiên cứu.</w:t>
      </w:r>
    </w:p>
    <w:p/>
    <w:p>
      <w:r>
        <w:rPr>
          <w:b/>
          <w:sz w:val="24"/>
        </w:rPr>
        <w:t>Câu 10: Theo em, sau khi tốt nghiệp trung học cơ sở, học sinh có thể đi theo hướng nào?</w:t>
      </w:r>
    </w:p>
    <w:p>
      <w:pPr>
        <w:pStyle w:val="ListParagraph"/>
      </w:pPr>
      <w:r>
        <w:rPr>
          <w:sz w:val="22"/>
        </w:rPr>
        <w:t>A. Vào học các trường đại học, cao đẳng.</w:t>
      </w:r>
    </w:p>
    <w:p>
      <w:pPr>
        <w:pStyle w:val="ListParagraph"/>
      </w:pPr>
      <w:r>
        <w:rPr>
          <w:sz w:val="22"/>
        </w:rPr>
        <w:t>B. Vào học các nghề nghiệp trình độ sơ cấp, trung cấp.</w:t>
      </w:r>
    </w:p>
    <w:p>
      <w:pPr>
        <w:pStyle w:val="ListParagraph"/>
      </w:pPr>
      <w:r>
        <w:rPr>
          <w:sz w:val="22"/>
        </w:rPr>
        <w:t>C. Đi làm lao động chân tay.</w:t>
      </w:r>
    </w:p>
    <w:p>
      <w:pPr>
        <w:pStyle w:val="ListParagraph"/>
      </w:pPr>
      <w:r>
        <w:rPr>
          <w:sz w:val="22"/>
        </w:rPr>
        <w:t>D. Không đi làm, bố mẹ nuôi.</w:t>
      </w:r>
    </w:p>
    <w:p/>
    <w:p>
      <w:r>
        <w:rPr>
          <w:b/>
          <w:sz w:val="24"/>
        </w:rPr>
        <w:t>Câu 11: Việc chọn đúng nghề nghiệp không mang lại ý nghĩa nào sau đây cho xã hội?</w:t>
      </w:r>
    </w:p>
    <w:p>
      <w:pPr>
        <w:pStyle w:val="ListParagraph"/>
      </w:pPr>
      <w:r>
        <w:rPr>
          <w:sz w:val="22"/>
        </w:rPr>
        <w:t>A. Xây dựng kế hoạch gia đình trong tương lai.</w:t>
      </w:r>
    </w:p>
    <w:p>
      <w:pPr>
        <w:pStyle w:val="ListParagraph"/>
      </w:pPr>
      <w:r>
        <w:rPr>
          <w:sz w:val="22"/>
        </w:rPr>
        <w:t>B. Tránh được các tệ nạn xã hội.</w:t>
      </w:r>
    </w:p>
    <w:p>
      <w:pPr>
        <w:pStyle w:val="ListParagraph"/>
      </w:pPr>
      <w:r>
        <w:rPr>
          <w:sz w:val="22"/>
        </w:rPr>
        <w:t>C. Giảm thiểu tình trạng thất nghiệp.</w:t>
      </w:r>
    </w:p>
    <w:p>
      <w:pPr>
        <w:pStyle w:val="ListParagraph"/>
      </w:pPr>
      <w:r>
        <w:rPr>
          <w:sz w:val="22"/>
        </w:rPr>
        <w:t>D. Tạo ra nguồn nhân lực chất lượng cao, đáp ứng nhu cầu của đất nước.</w:t>
      </w:r>
    </w:p>
    <w:p/>
    <w:p>
      <w:r>
        <w:rPr>
          <w:b/>
          <w:sz w:val="24"/>
        </w:rPr>
        <w:t>Câu 12: Hệ thống giáo dục nào gồm giáo dục tiểu học, giáo dục trung học cơ sở và giáo dục trung học phổ thông?</w:t>
      </w:r>
    </w:p>
    <w:p>
      <w:pPr>
        <w:pStyle w:val="ListParagraph"/>
      </w:pPr>
      <w:r>
        <w:rPr>
          <w:sz w:val="22"/>
        </w:rPr>
        <w:t>A. Giáo dục thường xuyên</w:t>
      </w:r>
    </w:p>
    <w:p>
      <w:pPr>
        <w:pStyle w:val="ListParagraph"/>
      </w:pPr>
      <w:r>
        <w:rPr>
          <w:sz w:val="22"/>
        </w:rPr>
        <w:t>B. Giáo dục cao đẳng</w:t>
      </w:r>
    </w:p>
    <w:p>
      <w:pPr>
        <w:pStyle w:val="ListParagraph"/>
      </w:pPr>
      <w:r>
        <w:rPr>
          <w:sz w:val="22"/>
        </w:rPr>
        <w:t>C. Giáo dục đại học</w:t>
      </w:r>
    </w:p>
    <w:p>
      <w:pPr>
        <w:pStyle w:val="ListParagraph"/>
      </w:pPr>
      <w:r>
        <w:rPr>
          <w:sz w:val="22"/>
        </w:rPr>
        <w:t>D. Giáo dục phổ thông</w:t>
      </w:r>
    </w:p>
    <w:p/>
    <w:p>
      <w:r>
        <w:rPr>
          <w:b/>
          <w:sz w:val="24"/>
        </w:rPr>
        <w:t>Câu 13: Nhu cầu lao động trong lĩnh vực kĩ thuật, công nghệ hiện nay ra sao?</w:t>
      </w:r>
    </w:p>
    <w:p>
      <w:pPr>
        <w:pStyle w:val="ListParagraph"/>
      </w:pPr>
      <w:r>
        <w:rPr>
          <w:sz w:val="22"/>
        </w:rPr>
        <w:t>A. Ổn định</w:t>
      </w:r>
    </w:p>
    <w:p>
      <w:pPr>
        <w:pStyle w:val="ListParagraph"/>
      </w:pPr>
      <w:r>
        <w:rPr>
          <w:sz w:val="22"/>
        </w:rPr>
        <w:t>B. Ngày càng lớn</w:t>
      </w:r>
    </w:p>
    <w:p>
      <w:pPr>
        <w:pStyle w:val="ListParagraph"/>
      </w:pPr>
      <w:r>
        <w:rPr>
          <w:sz w:val="22"/>
        </w:rPr>
        <w:t>C. Ngày càng giảm</w:t>
      </w:r>
    </w:p>
    <w:p>
      <w:pPr>
        <w:pStyle w:val="ListParagraph"/>
      </w:pPr>
      <w:r>
        <w:rPr>
          <w:sz w:val="22"/>
        </w:rPr>
        <w:t>D. Không xác định</w:t>
      </w:r>
    </w:p>
    <w:p/>
    <w:p>
      <w:r>
        <w:rPr>
          <w:b/>
          <w:sz w:val="24"/>
        </w:rPr>
        <w:t>Câu 14: Mục tiêu chính của hệ thống giáo dục quốc dân là gì?</w:t>
      </w:r>
    </w:p>
    <w:p>
      <w:pPr>
        <w:pStyle w:val="ListParagraph"/>
      </w:pPr>
      <w:r>
        <w:rPr>
          <w:sz w:val="22"/>
        </w:rPr>
        <w:t>A. Phát triển kỹ năng nghề nghiệp cho học sinh</w:t>
      </w:r>
    </w:p>
    <w:p>
      <w:pPr>
        <w:pStyle w:val="ListParagraph"/>
      </w:pPr>
      <w:r>
        <w:rPr>
          <w:sz w:val="22"/>
        </w:rPr>
        <w:t>B. Nâng cao trình độ tri thức và văn hóa của cộng đồng</w:t>
      </w:r>
    </w:p>
    <w:p>
      <w:pPr>
        <w:pStyle w:val="ListParagraph"/>
      </w:pPr>
      <w:r>
        <w:rPr>
          <w:sz w:val="22"/>
        </w:rPr>
        <w:t>C. Cung cấp giáo dục miễn phí cho tất cả học sinh</w:t>
      </w:r>
    </w:p>
    <w:p>
      <w:pPr>
        <w:pStyle w:val="ListParagraph"/>
      </w:pPr>
      <w:r>
        <w:rPr>
          <w:sz w:val="22"/>
        </w:rPr>
        <w:t>D. Xóa đói, giảm nghèo cho người dân</w:t>
      </w:r>
    </w:p>
    <w:p/>
    <w:p>
      <w:r>
        <w:rPr>
          <w:b/>
          <w:sz w:val="24"/>
        </w:rPr>
        <w:t>Câu 15: Hiện nay, người lao động được đào tạo có sự thay đổi về mặt nào?</w:t>
      </w:r>
    </w:p>
    <w:p>
      <w:pPr>
        <w:pStyle w:val="ListParagraph"/>
      </w:pPr>
      <w:r>
        <w:rPr>
          <w:sz w:val="22"/>
        </w:rPr>
        <w:t>A. Tăng về số lượng</w:t>
      </w:r>
    </w:p>
    <w:p>
      <w:pPr>
        <w:pStyle w:val="ListParagraph"/>
      </w:pPr>
      <w:r>
        <w:rPr>
          <w:sz w:val="22"/>
        </w:rPr>
        <w:t>B. Tăng về chất lượng</w:t>
      </w:r>
    </w:p>
    <w:p>
      <w:pPr>
        <w:pStyle w:val="ListParagraph"/>
      </w:pPr>
      <w:r>
        <w:rPr>
          <w:sz w:val="22"/>
        </w:rPr>
        <w:t>C. Tăng về số lượng và chất lượng</w:t>
      </w:r>
    </w:p>
    <w:p>
      <w:pPr>
        <w:pStyle w:val="ListParagraph"/>
      </w:pPr>
      <w:r>
        <w:rPr>
          <w:sz w:val="22"/>
        </w:rPr>
        <w:t>D. Không có sự thay đổi</w:t>
      </w:r>
    </w:p>
    <w:p/>
    <w:p>
      <w:r>
        <w:rPr>
          <w:b/>
          <w:sz w:val="24"/>
        </w:rPr>
        <w:t>Câu 16: Đâu không phải môi trường làm việc của ngành nghề trong lĩnh vực kĩ thuật, công nghệ?</w:t>
      </w:r>
    </w:p>
    <w:p>
      <w:pPr>
        <w:pStyle w:val="ListParagraph"/>
      </w:pPr>
      <w:r>
        <w:rPr>
          <w:sz w:val="22"/>
        </w:rPr>
        <w:t>A. Môi trường năng động, hiện đại.</w:t>
      </w:r>
    </w:p>
    <w:p>
      <w:pPr>
        <w:pStyle w:val="ListParagraph"/>
      </w:pPr>
      <w:r>
        <w:rPr>
          <w:sz w:val="22"/>
        </w:rPr>
        <w:t>B. Môi trường ổn định, không áp lực.</w:t>
      </w:r>
    </w:p>
    <w:p>
      <w:pPr>
        <w:pStyle w:val="ListParagraph"/>
      </w:pPr>
      <w:r>
        <w:rPr>
          <w:sz w:val="22"/>
        </w:rPr>
        <w:t>C. Môi trường làm việc tiềm ẩn nguy cơ tai nạn cao.</w:t>
      </w:r>
    </w:p>
    <w:p>
      <w:pPr>
        <w:pStyle w:val="ListParagraph"/>
      </w:pPr>
      <w:r>
        <w:rPr>
          <w:sz w:val="22"/>
        </w:rPr>
        <w:t>D. Môi trường phải đối mặt với áp lực công việc lớn.</w:t>
      </w:r>
    </w:p>
    <w:p/>
    <w:p>
      <w:r>
        <w:rPr>
          <w:b/>
          <w:sz w:val="24"/>
        </w:rPr>
        <w:t>Câu 17: Đâu không phải là hướng mà học sinh sau khi tốt nghiệp trung học phổ thông lựa chọn?</w:t>
      </w:r>
    </w:p>
    <w:p>
      <w:pPr>
        <w:pStyle w:val="ListParagraph"/>
      </w:pPr>
      <w:r>
        <w:rPr>
          <w:sz w:val="22"/>
        </w:rPr>
        <w:t>A. Học nghề nghiệp trong lĩnh vực kĩ thuật, công nghệ ở các cơ sở giáo dục.</w:t>
      </w:r>
    </w:p>
    <w:p>
      <w:pPr>
        <w:pStyle w:val="ListParagraph"/>
      </w:pPr>
      <w:r>
        <w:rPr>
          <w:sz w:val="22"/>
        </w:rPr>
        <w:t>B. Học nghề nghiệp tại các cơ sở giáo dục trình độ đại học.</w:t>
      </w:r>
    </w:p>
    <w:p>
      <w:pPr>
        <w:pStyle w:val="ListParagraph"/>
      </w:pPr>
      <w:r>
        <w:rPr>
          <w:sz w:val="22"/>
        </w:rPr>
        <w:t>C. Học Tiến sĩ về ngành công nghệ cơ khí.</w:t>
      </w:r>
    </w:p>
    <w:p>
      <w:pPr>
        <w:pStyle w:val="ListParagraph"/>
      </w:pPr>
      <w:r>
        <w:rPr>
          <w:sz w:val="22"/>
        </w:rPr>
        <w:t>D. Học ngành công nghệ thông tin ở các trường đại học, cao đẳng.</w:t>
      </w:r>
    </w:p>
    <w:p/>
    <w:p>
      <w:r>
        <w:rPr>
          <w:b/>
          <w:sz w:val="24"/>
        </w:rPr>
        <w:t>Câu 18: Ngành nghề trong lĩnh vực kĩ thuật, công nghệ không yêu cầu năng lực nào sau đây?</w:t>
      </w:r>
    </w:p>
    <w:p>
      <w:pPr>
        <w:pStyle w:val="ListParagraph"/>
      </w:pPr>
      <w:r>
        <w:rPr>
          <w:sz w:val="22"/>
        </w:rPr>
        <w:t>A. Trình độ chuyên môn tốt.</w:t>
      </w:r>
    </w:p>
    <w:p>
      <w:pPr>
        <w:pStyle w:val="ListParagraph"/>
      </w:pPr>
      <w:r>
        <w:rPr>
          <w:sz w:val="22"/>
        </w:rPr>
        <w:t>B. Có khả năng quản lí con người.</w:t>
      </w:r>
    </w:p>
    <w:p>
      <w:pPr>
        <w:pStyle w:val="ListParagraph"/>
      </w:pPr>
      <w:r>
        <w:rPr>
          <w:sz w:val="22"/>
        </w:rPr>
        <w:t>C. Đủ sức khỏe để làm việc lâu dài.</w:t>
      </w:r>
    </w:p>
    <w:p>
      <w:pPr>
        <w:pStyle w:val="ListParagraph"/>
      </w:pPr>
      <w:r>
        <w:rPr>
          <w:sz w:val="22"/>
        </w:rPr>
        <w:t>D. Có năng lực tự học, tự nghiên cứu, đổi mới sáng tạo.</w:t>
      </w:r>
    </w:p>
    <w:p/>
    <w:p>
      <w:r>
        <w:rPr>
          <w:b/>
          <w:sz w:val="24"/>
        </w:rPr>
        <w:t>Câu 19: Vì sao các nghề trong lĩnh vực kĩ thuật, công nghệ yêu cầu người lao động cần chịu được áp lực lớn?</w:t>
      </w:r>
    </w:p>
    <w:p>
      <w:pPr>
        <w:pStyle w:val="ListParagraph"/>
      </w:pPr>
      <w:r>
        <w:rPr>
          <w:sz w:val="22"/>
        </w:rPr>
        <w:t>A. Vì công việc có nhiều thiết bị nặng, môi trường làm việc bí bách.</w:t>
      </w:r>
    </w:p>
    <w:p>
      <w:pPr>
        <w:pStyle w:val="ListParagraph"/>
      </w:pPr>
      <w:r>
        <w:rPr>
          <w:sz w:val="22"/>
        </w:rPr>
        <w:t>B. Vì công việc phải tiếp xúc với nhiều người giỏi.</w:t>
      </w:r>
    </w:p>
    <w:p>
      <w:pPr>
        <w:pStyle w:val="ListParagraph"/>
      </w:pPr>
      <w:r>
        <w:rPr>
          <w:sz w:val="22"/>
        </w:rPr>
        <w:t>C. Vì ngành nghề nào cũng yêu cầu như thế.</w:t>
      </w:r>
    </w:p>
    <w:p>
      <w:pPr>
        <w:pStyle w:val="ListParagraph"/>
      </w:pPr>
      <w:r>
        <w:rPr>
          <w:sz w:val="22"/>
        </w:rPr>
        <w:t>D. Vì công việc phải tiếp xúc với nhiều nguy cơ tiềm ẩn tai nạn cao, môi trường biến đổi, thử thách.</w:t>
      </w:r>
    </w:p>
    <w:p/>
    <w:p>
      <w:r>
        <w:rPr>
          <w:b/>
          <w:sz w:val="24"/>
        </w:rPr>
        <w:t>Câu 20: Bạn em muốn theo học nghề sửa chữa, lắp ráp máy tính sau khi tốt nghiệp trung học cơ sở. Em hãy lựa chọn phương án được cho là khả thi đối với mong muốn của bạn đó.</w:t>
      </w:r>
    </w:p>
    <w:p>
      <w:pPr>
        <w:pStyle w:val="ListParagraph"/>
      </w:pPr>
      <w:r>
        <w:rPr>
          <w:sz w:val="22"/>
        </w:rPr>
        <w:t>A. Học ngành kĩ thuật sửa chữa, lắp ráp máy tính trong các trường trung học phổ thông.</w:t>
      </w:r>
    </w:p>
    <w:p>
      <w:pPr>
        <w:pStyle w:val="ListParagraph"/>
      </w:pPr>
      <w:r>
        <w:rPr>
          <w:sz w:val="22"/>
        </w:rPr>
        <w:t>B. Học ngành kĩ thuật sửa chữa, lắp ráp máy tính tại các cơ sở giáo dục nghề nghiệp có đào tạo trình độ sơ cấp và trung cấp.</w:t>
      </w:r>
    </w:p>
    <w:p>
      <w:pPr>
        <w:pStyle w:val="ListParagraph"/>
      </w:pPr>
      <w:r>
        <w:rPr>
          <w:sz w:val="22"/>
        </w:rPr>
        <w:t>C. Học ngành kĩ thuật sửa chữa, lắp ráp máy tính tại các trường cao đẳng có đào tạo ngành nghề này sau khi hoàn thành chương trình giáo dục trung học phổ thông.</w:t>
      </w:r>
    </w:p>
    <w:p>
      <w:pPr>
        <w:pStyle w:val="ListParagraph"/>
      </w:pPr>
      <w:r>
        <w:rPr>
          <w:sz w:val="22"/>
        </w:rPr>
        <w:t>D. Học ngành kĩ thuật sửa chữa, lắp ráp máy tính tại các cơ sở giáo dục nghề nghiệp đào tạo trình độ cao đẳng.</w:t>
      </w:r>
    </w:p>
    <w:p/>
    <w:p>
      <w:r>
        <w:rPr>
          <w:b/>
          <w:sz w:val="24"/>
        </w:rPr>
        <w:t>Câu 21: Công nghệ nào đang đóng góp mạnh mẽ vào sự phát triển kinh tế và xã hội của đất nước?</w:t>
      </w:r>
    </w:p>
    <w:p>
      <w:pPr>
        <w:pStyle w:val="ListParagraph"/>
      </w:pPr>
      <w:r>
        <w:rPr>
          <w:sz w:val="22"/>
        </w:rPr>
        <w:t>A. Công nghệ điện tử</w:t>
      </w:r>
    </w:p>
    <w:p>
      <w:pPr>
        <w:pStyle w:val="ListParagraph"/>
      </w:pPr>
      <w:r>
        <w:rPr>
          <w:sz w:val="22"/>
        </w:rPr>
        <w:t>B. Công nghệ điện toán đám mây</w:t>
      </w:r>
    </w:p>
    <w:p>
      <w:pPr>
        <w:pStyle w:val="ListParagraph"/>
      </w:pPr>
      <w:r>
        <w:rPr>
          <w:sz w:val="22"/>
        </w:rPr>
        <w:t>C. Công nghệ AI</w:t>
      </w:r>
    </w:p>
    <w:p>
      <w:pPr>
        <w:pStyle w:val="ListParagraph"/>
      </w:pPr>
      <w:r>
        <w:rPr>
          <w:sz w:val="22"/>
        </w:rPr>
        <w:t>D. Công nghệ vận hành máy</w:t>
      </w:r>
    </w:p>
    <w:p/>
    <w:p>
      <w:r>
        <w:rPr>
          <w:b/>
          <w:sz w:val="24"/>
        </w:rPr>
        <w:t>Câu 22: Hệ thống giáo dục quốc dân có thể ảnh hưởng đến sự đa dạng văn hóa như thế nào?</w:t>
      </w:r>
    </w:p>
    <w:p>
      <w:pPr>
        <w:pStyle w:val="ListParagraph"/>
      </w:pPr>
      <w:r>
        <w:rPr>
          <w:sz w:val="22"/>
        </w:rPr>
        <w:t>A. Góp phần tăng cường sự đa dạng văn hóa.</w:t>
      </w:r>
    </w:p>
    <w:p>
      <w:pPr>
        <w:pStyle w:val="ListParagraph"/>
      </w:pPr>
      <w:r>
        <w:rPr>
          <w:sz w:val="22"/>
        </w:rPr>
        <w:t>B. Làm giảm sự đa dạng văn hóa.</w:t>
      </w:r>
    </w:p>
    <w:p>
      <w:pPr>
        <w:pStyle w:val="ListParagraph"/>
      </w:pPr>
      <w:r>
        <w:rPr>
          <w:sz w:val="22"/>
        </w:rPr>
        <w:t>C. Không ảnh hướng tới sự đa dạng văn hóa.</w:t>
      </w:r>
    </w:p>
    <w:p>
      <w:pPr>
        <w:pStyle w:val="ListParagraph"/>
      </w:pPr>
      <w:r>
        <w:rPr>
          <w:sz w:val="22"/>
        </w:rPr>
        <w:t>D. Bị phá nhiễu bởi các nền giáo dục khác, phai mờ bản sắc văn hóa dân tộc.</w:t>
      </w:r>
    </w:p>
    <w:p/>
    <w:p>
      <w:r>
        <w:rPr>
          <w:b/>
          <w:sz w:val="24"/>
        </w:rPr>
        <w:t>Câu 23: Tuấn mới tốt nghiệp trung học cơ sở nhưng có đam mê ngành quản trị dữ liệu và mạng máy tính. Tuy nhiên, gia đình Tuấn không có đủ điều kiện cho Tuấn đi học tiếp. Nếu em là người thân của Tuấn, em sẽ khuyên Tuấn đi theo hướng nào?</w:t>
      </w:r>
    </w:p>
    <w:p>
      <w:pPr>
        <w:pStyle w:val="ListParagraph"/>
      </w:pPr>
      <w:r>
        <w:rPr>
          <w:sz w:val="22"/>
        </w:rPr>
        <w:t>A. Khuyên Tuấn nên đi làm những công việc tay chân để có thể kiếm thêm thu nhập đi học.</w:t>
      </w:r>
    </w:p>
    <w:p>
      <w:pPr>
        <w:pStyle w:val="ListParagraph"/>
      </w:pPr>
      <w:r>
        <w:rPr>
          <w:sz w:val="22"/>
        </w:rPr>
        <w:t>B. Khuyên Tuấn nên đi học trường trung cấp kĩ thuật công nghệ để theo đuổi đam mê.</w:t>
      </w:r>
    </w:p>
    <w:p>
      <w:pPr>
        <w:pStyle w:val="ListParagraph"/>
      </w:pPr>
      <w:r>
        <w:rPr>
          <w:sz w:val="22"/>
        </w:rPr>
        <w:t>C. Khuyên Tuấn nên bỏ học, đi làm kiếm tiền cho gia đình.</w:t>
      </w:r>
    </w:p>
    <w:p>
      <w:pPr>
        <w:pStyle w:val="ListParagraph"/>
      </w:pPr>
      <w:r>
        <w:rPr>
          <w:sz w:val="22"/>
        </w:rPr>
        <w:t>D. Khuyên Tuấn có thể làm gì mình thích, tùy vào năng lực.</w:t>
      </w:r>
    </w:p>
    <w:p/>
    <w:p>
      <w:r>
        <w:rPr>
          <w:b/>
          <w:sz w:val="24"/>
        </w:rPr>
        <w:t>Câu 24: Hoa có đam mê với các thiết bị điện tử thông minh và thích tạo ra sản phẩm phần mềm, ứng dụng. Hoa đang phân vân không biết đăng kí ngành nghề gì để học. Nếu em là bạn của Hoa, em sẽ khuyên Hoa đăng kí ngành nghề nào?</w:t>
      </w:r>
    </w:p>
    <w:p>
      <w:pPr>
        <w:pStyle w:val="ListParagraph"/>
      </w:pPr>
      <w:r>
        <w:rPr>
          <w:sz w:val="22"/>
        </w:rPr>
        <w:t>A. Khoa học máy tính và lập trình</w:t>
      </w:r>
    </w:p>
    <w:p>
      <w:pPr>
        <w:pStyle w:val="ListParagraph"/>
      </w:pPr>
      <w:r>
        <w:rPr>
          <w:sz w:val="22"/>
        </w:rPr>
        <w:t>B. Khoa học xây dựng</w:t>
      </w:r>
    </w:p>
    <w:p>
      <w:pPr>
        <w:pStyle w:val="ListParagraph"/>
      </w:pPr>
      <w:r>
        <w:rPr>
          <w:sz w:val="22"/>
        </w:rPr>
        <w:t>C. Sửa chữa điện tử</w:t>
      </w:r>
    </w:p>
    <w:p>
      <w:pPr>
        <w:pStyle w:val="ListParagraph"/>
      </w:pPr>
      <w:r>
        <w:rPr>
          <w:sz w:val="22"/>
        </w:rPr>
        <w:t>D. Nghiên cứu kĩ thuật</w:t>
      </w:r>
    </w:p>
    <w:p/>
    <w:p>
      <w:r>
        <w:rPr>
          <w:b/>
          <w:sz w:val="24"/>
        </w:rPr>
        <w:t>Câu 25: Theo em, phân luồng trong giáo dục là gì?</w:t>
      </w:r>
    </w:p>
    <w:p/>
    <w:p>
      <w:r>
        <w:rPr>
          <w:b/>
          <w:sz w:val="24"/>
        </w:rPr>
        <w:t>Câu 26: Em hãy cho biết các cơ hội lựa chọn nghề nghiệp trong lĩnh vực kĩ thuật, công nghệ trong hệ thống giáo dục.</w:t>
      </w:r>
    </w:p>
    <w:p/>
    <w:p>
      <w:r>
        <w:rPr>
          <w:b/>
          <w:sz w:val="24"/>
        </w:rPr>
        <w:t>Câu 27: Em hãy nêu khái niệm về thị trường lao động?</w:t>
      </w:r>
    </w:p>
    <w:p/>
    <w:p>
      <w:r>
        <w:rPr>
          <w:b/>
          <w:sz w:val="24"/>
        </w:rPr>
        <w:t>Câu 28: Em hãy nói về một ngành nghề kĩ thuật mà em thích và những đánh giá khả năng thích ứng của bản thân.</w:t>
      </w:r>
    </w:p>
    <w:p/>
    <w:p>
      <w:r>
        <w:t>──────────────────────────────────────────────────</w:t>
      </w:r>
    </w:p>
    <w:p>
      <w:r>
        <w:rPr>
          <w:b/>
        </w:rPr>
        <w:t>BẢNG ĐÁP ÁN &amp; LỜI GIẢI CHI TIẾT</w:t>
      </w:r>
    </w:p>
    <w:p>
      <w:r>
        <w:rPr>
          <w:b/>
        </w:rPr>
        <w:t>Câu 1: Đáp án đúng: C</w:t>
      </w:r>
    </w:p>
    <w:p>
      <w:r>
        <w:rPr>
          <w:b/>
        </w:rPr>
        <w:t>Câu 2: Đáp án đúng: C</w:t>
      </w:r>
    </w:p>
    <w:p>
      <w:r>
        <w:rPr>
          <w:b/>
        </w:rPr>
        <w:t>Câu 3: Đáp án đúng: D</w:t>
      </w:r>
    </w:p>
    <w:p>
      <w:r>
        <w:rPr>
          <w:b/>
        </w:rPr>
        <w:t>Câu 4: Đáp án đúng: A</w:t>
      </w:r>
    </w:p>
    <w:p>
      <w:r>
        <w:rPr>
          <w:b/>
        </w:rPr>
        <w:t>Câu 5: Đáp án đúng: D</w:t>
      </w:r>
    </w:p>
    <w:p>
      <w:r>
        <w:rPr>
          <w:b/>
        </w:rPr>
        <w:t>Câu 6: Đáp án đúng: B</w:t>
      </w:r>
    </w:p>
    <w:p>
      <w:r>
        <w:rPr>
          <w:b/>
        </w:rPr>
        <w:t>Câu 7: Đáp án đúng: B</w:t>
      </w:r>
    </w:p>
    <w:p>
      <w:r>
        <w:rPr>
          <w:b/>
        </w:rPr>
        <w:t>Câu 8: Đáp án đúng: A</w:t>
      </w:r>
    </w:p>
    <w:p>
      <w:r>
        <w:rPr>
          <w:b/>
        </w:rPr>
        <w:t>Câu 9: Đáp án đúng: C</w:t>
      </w:r>
    </w:p>
    <w:p>
      <w:r>
        <w:rPr>
          <w:b/>
        </w:rPr>
        <w:t>Câu 10: Đáp án đúng: B</w:t>
      </w:r>
    </w:p>
    <w:p>
      <w:r>
        <w:rPr>
          <w:b/>
        </w:rPr>
        <w:t>Câu 11: Đáp án đúng: A</w:t>
      </w:r>
    </w:p>
    <w:p>
      <w:r>
        <w:rPr>
          <w:b/>
        </w:rPr>
        <w:t>Câu 12: Đáp án đúng: D</w:t>
      </w:r>
    </w:p>
    <w:p>
      <w:r>
        <w:rPr>
          <w:b/>
        </w:rPr>
        <w:t>Câu 13: Đáp án đúng: B</w:t>
      </w:r>
    </w:p>
    <w:p>
      <w:r>
        <w:rPr>
          <w:b/>
        </w:rPr>
        <w:t>Câu 14: Đáp án đúng: B</w:t>
      </w:r>
    </w:p>
    <w:p>
      <w:r>
        <w:rPr>
          <w:b/>
        </w:rPr>
        <w:t>Câu 15: Đáp án đúng: C</w:t>
      </w:r>
    </w:p>
    <w:p>
      <w:r>
        <w:rPr>
          <w:b/>
        </w:rPr>
        <w:t>Câu 16: Đáp án đúng: B</w:t>
      </w:r>
    </w:p>
    <w:p>
      <w:r>
        <w:rPr>
          <w:b/>
        </w:rPr>
        <w:t>Câu 17: Đáp án đúng: C</w:t>
      </w:r>
    </w:p>
    <w:p>
      <w:r>
        <w:rPr>
          <w:b/>
        </w:rPr>
        <w:t>Câu 18: Đáp án đúng: B</w:t>
      </w:r>
    </w:p>
    <w:p>
      <w:r>
        <w:rPr>
          <w:b/>
        </w:rPr>
        <w:t>Câu 19: Đáp án đúng: D</w:t>
      </w:r>
    </w:p>
    <w:p>
      <w:r>
        <w:rPr>
          <w:b/>
        </w:rPr>
        <w:t>Câu 20: Đáp án đúng: B</w:t>
      </w:r>
    </w:p>
    <w:p>
      <w:r>
        <w:rPr>
          <w:b/>
        </w:rPr>
        <w:t>Câu 21: Đáp án đúng: C</w:t>
      </w:r>
    </w:p>
    <w:p>
      <w:r>
        <w:rPr>
          <w:b/>
        </w:rPr>
        <w:t>Câu 22: Đáp án đúng: A</w:t>
      </w:r>
    </w:p>
    <w:p>
      <w:r>
        <w:rPr>
          <w:b/>
        </w:rPr>
        <w:t>Câu 23: Đáp án đúng: B</w:t>
      </w:r>
    </w:p>
    <w:p>
      <w:r>
        <w:rPr>
          <w:b/>
        </w:rPr>
        <w:t>Câu 24: Đáp án đúng: A</w:t>
      </w:r>
    </w:p>
    <w:p>
      <w:r>
        <w:rPr>
          <w:b/>
        </w:rPr>
        <w:t>Câu 25: Đáp án đúng: None</w:t>
      </w:r>
    </w:p>
    <w:p>
      <w:r>
        <w:rPr>
          <w:b/>
        </w:rPr>
        <w:t>Câu 26: Đáp án đúng: None</w:t>
      </w:r>
    </w:p>
    <w:p>
      <w:r>
        <w:rPr>
          <w:b/>
        </w:rPr>
        <w:t>Câu 27: Đáp án đúng: None</w:t>
      </w:r>
    </w:p>
    <w:p>
      <w:r>
        <w:rPr>
          <w:b/>
        </w:rPr>
        <w:t>Câu 28: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