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tạo các câu hỏi trắc nghiệm ôn tập về môn lịch sử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Chiến tranh thế giới thứ hai kết thúc ở châu Âu vào thời gian nào?</w:t>
      </w:r>
    </w:p>
    <w:p>
      <w:pPr>
        <w:pStyle w:val="ListParagraph"/>
      </w:pPr>
      <w:r>
        <w:rPr>
          <w:sz w:val="22"/>
        </w:rPr>
        <w:t>A. Tháng 5/1945</w:t>
      </w:r>
    </w:p>
    <w:p>
      <w:pPr>
        <w:pStyle w:val="ListParagraph"/>
      </w:pPr>
      <w:r>
        <w:rPr>
          <w:sz w:val="22"/>
        </w:rPr>
        <w:t>B. Tháng 8/1945</w:t>
      </w:r>
    </w:p>
    <w:p>
      <w:pPr>
        <w:pStyle w:val="ListParagraph"/>
      </w:pPr>
      <w:r>
        <w:rPr>
          <w:sz w:val="22"/>
        </w:rPr>
        <w:t>C. Tháng 9/1945</w:t>
      </w:r>
    </w:p>
    <w:p>
      <w:pPr>
        <w:pStyle w:val="ListParagraph"/>
      </w:pPr>
      <w:r>
        <w:rPr>
          <w:sz w:val="22"/>
        </w:rPr>
        <w:t>D. Tháng 4/1945</w:t>
      </w:r>
    </w:p>
    <w:p/>
    <w:p>
      <w:r>
        <w:rPr>
          <w:b/>
          <w:sz w:val="24"/>
        </w:rPr>
        <w:t>Câu 2: Tổ chức Liên hợp quốc được thành lập vào năm nào?</w:t>
      </w:r>
    </w:p>
    <w:p>
      <w:pPr>
        <w:pStyle w:val="ListParagraph"/>
      </w:pPr>
      <w:r>
        <w:rPr>
          <w:sz w:val="22"/>
        </w:rPr>
        <w:t>A. 1943</w:t>
      </w:r>
    </w:p>
    <w:p>
      <w:pPr>
        <w:pStyle w:val="ListParagraph"/>
      </w:pPr>
      <w:r>
        <w:rPr>
          <w:sz w:val="22"/>
        </w:rPr>
        <w:t>B. 1945</w:t>
      </w:r>
    </w:p>
    <w:p>
      <w:pPr>
        <w:pStyle w:val="ListParagraph"/>
      </w:pPr>
      <w:r>
        <w:rPr>
          <w:sz w:val="22"/>
        </w:rPr>
        <w:t>C. 1947</w:t>
      </w:r>
    </w:p>
    <w:p>
      <w:pPr>
        <w:pStyle w:val="ListParagraph"/>
      </w:pPr>
      <w:r>
        <w:rPr>
          <w:sz w:val="22"/>
        </w:rPr>
        <w:t>D. 1950</w:t>
      </w:r>
    </w:p>
    <w:p/>
    <w:p>
      <w:r>
        <w:rPr>
          <w:b/>
          <w:sz w:val="24"/>
        </w:rPr>
        <w:t>Câu 3: Việt Nam gia nhập ASEAN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1997</w:t>
      </w:r>
    </w:p>
    <w:p>
      <w:pPr>
        <w:pStyle w:val="ListParagraph"/>
      </w:pPr>
      <w:r>
        <w:rPr>
          <w:sz w:val="22"/>
        </w:rPr>
        <w:t>C. 1999</w:t>
      </w:r>
    </w:p>
    <w:p>
      <w:pPr>
        <w:pStyle w:val="ListParagraph"/>
      </w:pPr>
      <w:r>
        <w:rPr>
          <w:sz w:val="22"/>
        </w:rPr>
        <w:t>D. 2000</w:t>
      </w:r>
    </w:p>
    <w:p/>
    <w:p>
      <w:r>
        <w:rPr>
          <w:b/>
          <w:sz w:val="24"/>
        </w:rPr>
        <w:t>Câu 4: Đặc điểm nào sau đây không đúng với khí hậu nhiệt đới gió mùa ở nước ta?</w:t>
      </w:r>
    </w:p>
    <w:p>
      <w:pPr>
        <w:pStyle w:val="ListParagraph"/>
      </w:pPr>
      <w:r>
        <w:rPr>
          <w:sz w:val="22"/>
        </w:rPr>
        <w:t>A. Nhiệt độ trung bình năm cao</w:t>
      </w:r>
    </w:p>
    <w:p>
      <w:pPr>
        <w:pStyle w:val="ListParagraph"/>
      </w:pPr>
      <w:r>
        <w:rPr>
          <w:sz w:val="22"/>
        </w:rPr>
        <w:t>B. Có hai mùa rõ rệt: mùa mưa và mùa khô</w:t>
      </w:r>
    </w:p>
    <w:p>
      <w:pPr>
        <w:pStyle w:val="ListParagraph"/>
      </w:pPr>
      <w:r>
        <w:rPr>
          <w:sz w:val="22"/>
        </w:rPr>
        <w:t>C. Mưa tập trung vào mùa hạ</w:t>
      </w:r>
    </w:p>
    <w:p>
      <w:pPr>
        <w:pStyle w:val="ListParagraph"/>
      </w:pPr>
      <w:r>
        <w:rPr>
          <w:sz w:val="22"/>
        </w:rPr>
        <w:t>D. Biên độ nhiệt năm lớn</w:t>
      </w:r>
    </w:p>
    <w:p/>
    <w:p>
      <w:r>
        <w:rPr>
          <w:b/>
          <w:sz w:val="24"/>
        </w:rPr>
        <w:t>Câu 5: Dân số nước ta năm 2023 khoảng bao nhiêu triệu người?</w:t>
      </w:r>
    </w:p>
    <w:p>
      <w:pPr>
        <w:pStyle w:val="ListParagraph"/>
      </w:pPr>
      <w:r>
        <w:rPr>
          <w:sz w:val="22"/>
        </w:rPr>
        <w:t>A. 90 triệu</w:t>
      </w:r>
    </w:p>
    <w:p>
      <w:pPr>
        <w:pStyle w:val="ListParagraph"/>
      </w:pPr>
      <w:r>
        <w:rPr>
          <w:sz w:val="22"/>
        </w:rPr>
        <w:t>B. 95 triệu</w:t>
      </w:r>
    </w:p>
    <w:p>
      <w:pPr>
        <w:pStyle w:val="ListParagraph"/>
      </w:pPr>
      <w:r>
        <w:rPr>
          <w:sz w:val="22"/>
        </w:rPr>
        <w:t>C. 100 triệu</w:t>
      </w:r>
    </w:p>
    <w:p>
      <w:pPr>
        <w:pStyle w:val="ListParagraph"/>
      </w:pPr>
      <w:r>
        <w:rPr>
          <w:sz w:val="22"/>
        </w:rPr>
        <w:t>D. 105 triệu</w:t>
      </w:r>
    </w:p>
    <w:p/>
    <w:p>
      <w:r>
        <w:rPr>
          <w:b/>
          <w:sz w:val="24"/>
        </w:rPr>
        <w:t>Câu 6: Ngành công nghiệp nào sau đây là ngành công nghiệp trọng điểm của nước ta?</w:t>
      </w:r>
    </w:p>
    <w:p>
      <w:pPr>
        <w:pStyle w:val="ListParagraph"/>
      </w:pPr>
      <w:r>
        <w:rPr>
          <w:sz w:val="22"/>
        </w:rPr>
        <w:t>A. Công nghiệp khai thác than</w:t>
      </w:r>
    </w:p>
    <w:p>
      <w:pPr>
        <w:pStyle w:val="ListParagraph"/>
      </w:pPr>
      <w:r>
        <w:rPr>
          <w:sz w:val="22"/>
        </w:rPr>
        <w:t>B. Công nghiệp chế biến lương thực, thực phẩm</w:t>
      </w:r>
    </w:p>
    <w:p>
      <w:pPr>
        <w:pStyle w:val="ListParagraph"/>
      </w:pPr>
      <w:r>
        <w:rPr>
          <w:sz w:val="22"/>
        </w:rPr>
        <w:t>C. Công nghiệp sản xuất xi măng</w:t>
      </w:r>
    </w:p>
    <w:p>
      <w:pPr>
        <w:pStyle w:val="ListParagraph"/>
      </w:pPr>
      <w:r>
        <w:rPr>
          <w:sz w:val="22"/>
        </w:rPr>
        <w:t>D. Công nghiệp đóng tàu</w:t>
      </w:r>
    </w:p>
    <w:p/>
    <w:p>
      <w:r>
        <w:rPr>
          <w:b/>
          <w:sz w:val="24"/>
        </w:rPr>
        <w:t>Câu 7: Trong giai đoạn 1945-1954, chiến thắng nào của quân dân ta đã làm phá sản kế hoạch Na-va của Pháp?</w:t>
      </w:r>
    </w:p>
    <w:p>
      <w:pPr>
        <w:pStyle w:val="ListParagraph"/>
      </w:pPr>
      <w:r>
        <w:rPr>
          <w:sz w:val="22"/>
        </w:rPr>
        <w:t>A. Chiến thắng Việt Bắc thu - đông 1947</w:t>
      </w:r>
    </w:p>
    <w:p>
      <w:pPr>
        <w:pStyle w:val="ListParagraph"/>
      </w:pPr>
      <w:r>
        <w:rPr>
          <w:sz w:val="22"/>
        </w:rPr>
        <w:t>B. Chiến thắng Biên giới thu - đông 1950</w:t>
      </w:r>
    </w:p>
    <w:p>
      <w:pPr>
        <w:pStyle w:val="ListParagraph"/>
      </w:pPr>
      <w:r>
        <w:rPr>
          <w:sz w:val="22"/>
        </w:rPr>
        <w:t>C. Chiến thắng Điện Biên Phủ 1954</w:t>
      </w:r>
    </w:p>
    <w:p>
      <w:pPr>
        <w:pStyle w:val="ListParagraph"/>
      </w:pPr>
      <w:r>
        <w:rPr>
          <w:sz w:val="22"/>
        </w:rPr>
        <w:t>D. Chiến thắng Tây Bắc 1952</w:t>
      </w:r>
    </w:p>
    <w:p/>
    <w:p>
      <w:r>
        <w:rPr>
          <w:b/>
          <w:sz w:val="24"/>
        </w:rPr>
        <w:t>Câu 8: Đặc điểm nào sau đây không đúng với vị trí địa lí của nước ta?</w:t>
      </w:r>
    </w:p>
    <w:p>
      <w:pPr>
        <w:pStyle w:val="ListParagraph"/>
      </w:pPr>
      <w:r>
        <w:rPr>
          <w:sz w:val="22"/>
        </w:rPr>
        <w:t>A. Nằm ở rìa phía đông bán đảo Đông Dương</w:t>
      </w:r>
    </w:p>
    <w:p>
      <w:pPr>
        <w:pStyle w:val="ListParagraph"/>
      </w:pPr>
      <w:r>
        <w:rPr>
          <w:sz w:val="22"/>
        </w:rPr>
        <w:t>B. Gần trung tâm khu vực Đông Nam Á</w:t>
      </w:r>
    </w:p>
    <w:p>
      <w:pPr>
        <w:pStyle w:val="ListParagraph"/>
      </w:pPr>
      <w:r>
        <w:rPr>
          <w:sz w:val="22"/>
        </w:rPr>
        <w:t>C. Nằm trong vùng nội chí tuyến</w:t>
      </w:r>
    </w:p>
    <w:p>
      <w:pPr>
        <w:pStyle w:val="ListParagraph"/>
      </w:pPr>
      <w:r>
        <w:rPr>
          <w:sz w:val="22"/>
        </w:rPr>
        <w:t>D. Tiếp giáp với Ấn Độ Dương</w:t>
      </w:r>
    </w:p>
    <w:p/>
    <w:p>
      <w:r>
        <w:rPr>
          <w:b/>
          <w:sz w:val="24"/>
        </w:rPr>
        <w:t>Câu 9: Sự kiện nào đánh dấu bước ngoặt của cuộc kháng chiến chống Pháp (1945-1954)?</w:t>
      </w:r>
    </w:p>
    <w:p>
      <w:pPr>
        <w:pStyle w:val="ListParagraph"/>
      </w:pPr>
      <w:r>
        <w:rPr>
          <w:sz w:val="22"/>
        </w:rPr>
        <w:t>A. Chiến thắng Việt Bắc thu - đông 1947</w:t>
      </w:r>
    </w:p>
    <w:p>
      <w:pPr>
        <w:pStyle w:val="ListParagraph"/>
      </w:pPr>
      <w:r>
        <w:rPr>
          <w:sz w:val="22"/>
        </w:rPr>
        <w:t>B. Chiến thắng Biên giới thu - đông 1950</w:t>
      </w:r>
    </w:p>
    <w:p>
      <w:pPr>
        <w:pStyle w:val="ListParagraph"/>
      </w:pPr>
      <w:r>
        <w:rPr>
          <w:sz w:val="22"/>
        </w:rPr>
        <w:t>C. Chiến thắng Điện Biên Phủ 1954</w:t>
      </w:r>
    </w:p>
    <w:p>
      <w:pPr>
        <w:pStyle w:val="ListParagraph"/>
      </w:pPr>
      <w:r>
        <w:rPr>
          <w:sz w:val="22"/>
        </w:rPr>
        <w:t>D. Hiệp định Giơ-ne-vơ 1954</w:t>
      </w:r>
    </w:p>
    <w:p/>
    <w:p>
      <w:r>
        <w:rPr>
          <w:b/>
          <w:sz w:val="24"/>
        </w:rPr>
        <w:t>Câu 10: Loại đất nào sau đây chiếm diện tích lớn nhất ở nước ta?</w:t>
      </w:r>
    </w:p>
    <w:p>
      <w:pPr>
        <w:pStyle w:val="ListParagraph"/>
      </w:pPr>
      <w:r>
        <w:rPr>
          <w:sz w:val="22"/>
        </w:rPr>
        <w:t>A. Đất phù sa</w:t>
      </w:r>
    </w:p>
    <w:p>
      <w:pPr>
        <w:pStyle w:val="ListParagraph"/>
      </w:pPr>
      <w:r>
        <w:rPr>
          <w:sz w:val="22"/>
        </w:rPr>
        <w:t>B. Đất feralit</w:t>
      </w:r>
    </w:p>
    <w:p>
      <w:pPr>
        <w:pStyle w:val="ListParagraph"/>
      </w:pPr>
      <w:r>
        <w:rPr>
          <w:sz w:val="22"/>
        </w:rPr>
        <w:t>C. Đất mùn núi cao</w:t>
      </w:r>
    </w:p>
    <w:p>
      <w:pPr>
        <w:pStyle w:val="ListParagraph"/>
      </w:pPr>
      <w:r>
        <w:rPr>
          <w:sz w:val="22"/>
        </w:rPr>
        <w:t>D. Đất cát biển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