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ĐỀ ÔN TẬP LỊCH SỬ 12 – MÃ ĐỀ 101</w:t>
      </w:r>
    </w:p>
    <w:p>
      <w:pPr>
        <w:jc w:val="center"/>
      </w:pPr>
      <w:r>
        <w:rPr>
          <w:sz w:val="22"/>
        </w:rPr>
        <w:t>Số câu: 28    Thời gian: _____ phút    Họ và tên: _________________________</w:t>
      </w:r>
    </w:p>
    <w:p/>
    <w:p>
      <w:r>
        <w:rPr>
          <w:b/>
          <w:sz w:val="24"/>
        </w:rPr>
        <w:t>Câu 1: Nội dung nào sau đây là mục tiêu hướng tới của các nước Đông Nam Á khi xây dựng Cộng đồng Văn hóa – Xã hội ASEAN?</w:t>
      </w:r>
    </w:p>
    <w:p>
      <w:pPr>
        <w:pStyle w:val="ListParagraph"/>
      </w:pPr>
      <w:r>
        <w:rPr>
          <w:sz w:val="22"/>
        </w:rPr>
        <w:t>A. Xây dựng một ASEAN giàu có, không có vũ khí hạt nhân.</w:t>
      </w:r>
    </w:p>
    <w:p>
      <w:pPr>
        <w:pStyle w:val="ListParagraph"/>
      </w:pPr>
      <w:r>
        <w:rPr>
          <w:sz w:val="22"/>
        </w:rPr>
        <w:t>B. Xây dựng tình đoàn kết, hữu nghị giữa các nước ASEAN.</w:t>
      </w:r>
    </w:p>
    <w:p>
      <w:pPr>
        <w:pStyle w:val="ListParagraph"/>
      </w:pPr>
      <w:r>
        <w:rPr>
          <w:sz w:val="22"/>
        </w:rPr>
        <w:t>C. Thu hẹp khoảng cách giữa các nước ASEAN về dân trí.</w:t>
      </w:r>
    </w:p>
    <w:p>
      <w:pPr>
        <w:pStyle w:val="ListParagraph"/>
      </w:pPr>
      <w:r>
        <w:rPr>
          <w:sz w:val="22"/>
        </w:rPr>
        <w:t>D. Đưa ASEAN trở thành tổ chức liên kết lớn nhất thế giới.</w:t>
      </w:r>
    </w:p>
    <w:p/>
    <w:p>
      <w:r>
        <w:rPr>
          <w:b/>
          <w:sz w:val="24"/>
        </w:rPr>
        <w:t>Câu 2: Đâu không phải là một trong những trụ cột của Cộng đồng ASEAN?</w:t>
      </w:r>
    </w:p>
    <w:p>
      <w:pPr>
        <w:pStyle w:val="ListParagraph"/>
      </w:pPr>
      <w:r>
        <w:rPr>
          <w:sz w:val="22"/>
        </w:rPr>
        <w:t>A. Cộng đồng Kinh tế.</w:t>
      </w:r>
    </w:p>
    <w:p>
      <w:pPr>
        <w:pStyle w:val="ListParagraph"/>
      </w:pPr>
      <w:r>
        <w:rPr>
          <w:sz w:val="22"/>
        </w:rPr>
        <w:t>B. Cộng đồng Chính trị – An ninh.</w:t>
      </w:r>
    </w:p>
    <w:p>
      <w:pPr>
        <w:pStyle w:val="ListParagraph"/>
      </w:pPr>
      <w:r>
        <w:rPr>
          <w:sz w:val="22"/>
        </w:rPr>
        <w:t>C. Cộng đồng An ninh – Quốc phòng.</w:t>
      </w:r>
    </w:p>
    <w:p>
      <w:pPr>
        <w:pStyle w:val="ListParagraph"/>
      </w:pPr>
      <w:r>
        <w:rPr>
          <w:sz w:val="22"/>
        </w:rPr>
        <w:t>D. Cộng đồng Văn hóa – Xã hội.</w:t>
      </w:r>
    </w:p>
    <w:p/>
    <w:p>
      <w:r>
        <w:rPr>
          <w:b/>
          <w:sz w:val="24"/>
        </w:rPr>
        <w:t>Câu 3: Trong quá trình hoạt động, Liên hợp quốc đã thực hiện được vai trò quan trọng nào sau đây?</w:t>
      </w:r>
    </w:p>
    <w:p>
      <w:pPr>
        <w:pStyle w:val="ListParagraph"/>
      </w:pPr>
      <w:r>
        <w:rPr>
          <w:sz w:val="22"/>
        </w:rPr>
        <w:t>A. Ngăn chặn được mọi cuộc chiến tranh ở các khu vực.</w:t>
      </w:r>
    </w:p>
    <w:p>
      <w:pPr>
        <w:pStyle w:val="ListParagraph"/>
      </w:pPr>
      <w:r>
        <w:rPr>
          <w:sz w:val="22"/>
        </w:rPr>
        <w:t>B. Ngăn chặn không để xảy ra cuộc chiến tranh thế giới mới.</w:t>
      </w:r>
    </w:p>
    <w:p>
      <w:pPr>
        <w:pStyle w:val="ListParagraph"/>
      </w:pPr>
      <w:r>
        <w:rPr>
          <w:sz w:val="22"/>
        </w:rPr>
        <w:t>C. Góp phần chấm dứt tình trạng đói nghèo ở châu Phi.</w:t>
      </w:r>
    </w:p>
    <w:p>
      <w:pPr>
        <w:pStyle w:val="ListParagraph"/>
      </w:pPr>
      <w:r>
        <w:rPr>
          <w:sz w:val="22"/>
        </w:rPr>
        <w:t>D. Góp phần chấm dứt nạn khủng bố trên toàn cầu.</w:t>
      </w:r>
    </w:p>
    <w:p/>
    <w:p>
      <w:r>
        <w:rPr>
          <w:b/>
          <w:sz w:val="24"/>
        </w:rPr>
        <w:t>Câu 4: Cộng đồng Văn hóa – Xã hội ASEAN không bao gồm nội dung cơ bản nào sau đây?</w:t>
      </w:r>
    </w:p>
    <w:p>
      <w:pPr>
        <w:pStyle w:val="ListParagraph"/>
      </w:pPr>
      <w:r>
        <w:rPr>
          <w:sz w:val="22"/>
        </w:rPr>
        <w:t>A. Đảm bảo môi trường bền vững, tạo dựng bản sắc ASEAN.</w:t>
      </w:r>
    </w:p>
    <w:p>
      <w:pPr>
        <w:pStyle w:val="ListParagraph"/>
      </w:pPr>
      <w:r>
        <w:rPr>
          <w:sz w:val="22"/>
        </w:rPr>
        <w:t>B. Thu hẹp khoảng cách phát triển, xây dựng bình đẳng xã hội.</w:t>
      </w:r>
    </w:p>
    <w:p>
      <w:pPr>
        <w:pStyle w:val="ListParagraph"/>
      </w:pPr>
      <w:r>
        <w:rPr>
          <w:sz w:val="22"/>
        </w:rPr>
        <w:t>C. Hội nhập đầy đủ, sâu sắc vào nền kinh tế chung của toàn cầu.</w:t>
      </w:r>
    </w:p>
    <w:p>
      <w:pPr>
        <w:pStyle w:val="ListParagraph"/>
      </w:pPr>
      <w:r>
        <w:rPr>
          <w:sz w:val="22"/>
        </w:rPr>
        <w:t>D. Phát triển con người, đảm bảo phúc lợi và bảo hiểm xã hội.</w:t>
      </w:r>
    </w:p>
    <w:p/>
    <w:p>
      <w:r>
        <w:rPr>
          <w:b/>
          <w:sz w:val="24"/>
        </w:rPr>
        <w:t>Câu 5: Một trong những nguyên tắc hoạt động quan trọng của tổ chức Liên hợp quốc nhằm duy trì hòa bình và an ninh quốc tế là</w:t>
      </w:r>
    </w:p>
    <w:p>
      <w:pPr>
        <w:pStyle w:val="ListParagraph"/>
      </w:pPr>
      <w:r>
        <w:rPr>
          <w:sz w:val="22"/>
        </w:rPr>
        <w:t>A. Ưu tiên tuyệt đối quyền lợi của các nước lớn trong mọi quyết định.</w:t>
      </w:r>
    </w:p>
    <w:p>
      <w:pPr>
        <w:pStyle w:val="ListParagraph"/>
      </w:pPr>
      <w:r>
        <w:rPr>
          <w:sz w:val="22"/>
        </w:rPr>
        <w:t>B. Không hợp tác với các quốc gia có chế độ chính trị khác biệt.</w:t>
      </w:r>
    </w:p>
    <w:p>
      <w:pPr>
        <w:pStyle w:val="ListParagraph"/>
      </w:pPr>
      <w:r>
        <w:rPr>
          <w:sz w:val="22"/>
        </w:rPr>
        <w:t>C. Giải quyết các tranh chấp quốc tế bằng biện pháp hòa bình.</w:t>
      </w:r>
    </w:p>
    <w:p>
      <w:pPr>
        <w:pStyle w:val="ListParagraph"/>
      </w:pPr>
      <w:r>
        <w:rPr>
          <w:sz w:val="22"/>
        </w:rPr>
        <w:t>D. Can thiệp vào công việc nội bộ của các quốc gia thành viên.</w:t>
      </w:r>
    </w:p>
    <w:p/>
    <w:p>
      <w:r>
        <w:rPr>
          <w:b/>
          <w:sz w:val="24"/>
        </w:rPr>
        <w:t>Câu 6: Việc ký kết văn kiện nào sau đây đã đặt nền móng đầu tiên cho sự ra đời và phát triển của tổ chức ASEAN?</w:t>
      </w:r>
    </w:p>
    <w:p>
      <w:pPr>
        <w:pStyle w:val="ListParagraph"/>
      </w:pPr>
      <w:r>
        <w:rPr>
          <w:sz w:val="22"/>
        </w:rPr>
        <w:t>A. Hiến chương ASEAN (2007).</w:t>
      </w:r>
    </w:p>
    <w:p>
      <w:pPr>
        <w:pStyle w:val="ListParagraph"/>
      </w:pPr>
      <w:r>
        <w:rPr>
          <w:sz w:val="22"/>
        </w:rPr>
        <w:t>B. Tuyên bố Băng Cốc (1967).</w:t>
      </w:r>
    </w:p>
    <w:p>
      <w:pPr>
        <w:pStyle w:val="ListParagraph"/>
      </w:pPr>
      <w:r>
        <w:rPr>
          <w:sz w:val="22"/>
        </w:rPr>
        <w:t>C. Tuyên bố về Khu vực Hòa bình, Tự do và Trung lập (1971).</w:t>
      </w:r>
    </w:p>
    <w:p>
      <w:pPr>
        <w:pStyle w:val="ListParagraph"/>
      </w:pPr>
      <w:r>
        <w:rPr>
          <w:sz w:val="22"/>
        </w:rPr>
        <w:t>D. Tuyên bố Ba-li I (1976).</w:t>
      </w:r>
    </w:p>
    <w:p/>
    <w:p>
      <w:r>
        <w:rPr>
          <w:b/>
          <w:sz w:val="24"/>
        </w:rPr>
        <w:t>Câu 7: Trong quá trình hoạt động, một trong những hạn chế lớn nhất mà Liên hợp quốc chưa thực hiện được là gì?</w:t>
      </w:r>
    </w:p>
    <w:p>
      <w:pPr>
        <w:pStyle w:val="ListParagraph"/>
      </w:pPr>
      <w:r>
        <w:rPr>
          <w:sz w:val="22"/>
        </w:rPr>
        <w:t>A. Giải quyết các vấn đề mang tính toàn cầu như dịch bệnh, thiên tai.</w:t>
      </w:r>
    </w:p>
    <w:p>
      <w:pPr>
        <w:pStyle w:val="ListParagraph"/>
      </w:pPr>
      <w:r>
        <w:rPr>
          <w:sz w:val="22"/>
        </w:rPr>
        <w:t>B. Thúc đẩy các mối quan hệ giao lưu và hợp tác quốc tế.</w:t>
      </w:r>
    </w:p>
    <w:p>
      <w:pPr>
        <w:pStyle w:val="ListParagraph"/>
      </w:pPr>
      <w:r>
        <w:rPr>
          <w:sz w:val="22"/>
        </w:rPr>
        <w:t>C. Ngăn chặn triệt để mọi cuộc xung đột cục bộ và nội chiến.</w:t>
      </w:r>
    </w:p>
    <w:p>
      <w:pPr>
        <w:pStyle w:val="ListParagraph"/>
      </w:pPr>
      <w:r>
        <w:rPr>
          <w:sz w:val="22"/>
        </w:rPr>
        <w:t>D. Giúp đỡ các nước nghèo phát triển kinh tế, giáo dục và y tế.</w:t>
      </w:r>
    </w:p>
    <w:p/>
    <w:p>
      <w:r>
        <w:rPr>
          <w:b/>
          <w:sz w:val="24"/>
        </w:rPr>
        <w:t>Câu 8: Trong Tổng khởi nghĩa tháng Tám năm 1945, thắng lợi ở Hà Nội, Huế, Sài Gòn có ý nghĩa</w:t>
      </w:r>
    </w:p>
    <w:p>
      <w:pPr>
        <w:pStyle w:val="ListParagraph"/>
      </w:pPr>
      <w:r>
        <w:rPr>
          <w:sz w:val="22"/>
        </w:rPr>
        <w:t>A. Ảnh hưởng lớn và quyết định đến các địa phương trong cả nước.</w:t>
      </w:r>
    </w:p>
    <w:p>
      <w:pPr>
        <w:pStyle w:val="ListParagraph"/>
      </w:pPr>
      <w:r>
        <w:rPr>
          <w:sz w:val="22"/>
        </w:rPr>
        <w:t>B. Tổng khởi nghĩa giành chính quyền được thắng lợi trong cả nước.</w:t>
      </w:r>
    </w:p>
    <w:p>
      <w:pPr>
        <w:pStyle w:val="ListParagraph"/>
      </w:pPr>
      <w:r>
        <w:rPr>
          <w:sz w:val="22"/>
        </w:rPr>
        <w:t>C. Đánh dấu Cách mạng tháng Tám giành được thắng lợi hoàn toàn.</w:t>
      </w:r>
    </w:p>
    <w:p>
      <w:pPr>
        <w:pStyle w:val="ListParagraph"/>
      </w:pPr>
      <w:r>
        <w:rPr>
          <w:sz w:val="22"/>
        </w:rPr>
        <w:t>D. Đó là các cuộc khởi nghĩa hình mẫu trong Cách mạng tháng Tám.</w:t>
      </w:r>
    </w:p>
    <w:p/>
    <w:p>
      <w:r>
        <w:rPr>
          <w:b/>
          <w:sz w:val="24"/>
        </w:rPr>
        <w:t>Câu 9: Việc xây dựng Cộng đồng ASEAN không nhằm mục tiêu nào sau đây?</w:t>
      </w:r>
    </w:p>
    <w:p>
      <w:pPr>
        <w:pStyle w:val="ListParagraph"/>
      </w:pPr>
      <w:r>
        <w:rPr>
          <w:sz w:val="22"/>
        </w:rPr>
        <w:t>A. Mở rộng quan hệ hợp tác với bên ngoài thông qua nhiều khuôn khổ.</w:t>
      </w:r>
    </w:p>
    <w:p>
      <w:pPr>
        <w:pStyle w:val="ListParagraph"/>
      </w:pPr>
      <w:r>
        <w:rPr>
          <w:sz w:val="22"/>
        </w:rPr>
        <w:t>B. Xóa bỏ khoảng cách và sự chênh lệch trình độ phát triển giữa các nước.</w:t>
      </w:r>
    </w:p>
    <w:p>
      <w:pPr>
        <w:pStyle w:val="ListParagraph"/>
      </w:pPr>
      <w:r>
        <w:rPr>
          <w:sz w:val="22"/>
        </w:rPr>
        <w:t>C. Đưa ASEAN thành tổ chức hợp tác liên chính phủ có liên kết sâu rộng.</w:t>
      </w:r>
    </w:p>
    <w:p>
      <w:pPr>
        <w:pStyle w:val="ListParagraph"/>
      </w:pPr>
      <w:r>
        <w:rPr>
          <w:sz w:val="22"/>
        </w:rPr>
        <w:t>D. Khiến các nước thành viên có sự ràng buộc hơn trên cơ sở pháp lý.</w:t>
      </w:r>
    </w:p>
    <w:p/>
    <w:p>
      <w:r>
        <w:rPr>
          <w:b/>
          <w:sz w:val="24"/>
        </w:rPr>
        <w:t>Câu 10: Văn kiện Lộ trình xây dựng Cộng đồng ASEAN (2009–2015) đã</w:t>
      </w:r>
    </w:p>
    <w:p>
      <w:pPr>
        <w:pStyle w:val="ListParagraph"/>
      </w:pPr>
      <w:r>
        <w:rPr>
          <w:sz w:val="22"/>
        </w:rPr>
        <w:t>A. Vạch ra kế hoạch để xây dựng Cộng đồng ASEAN.</w:t>
      </w:r>
    </w:p>
    <w:p>
      <w:pPr>
        <w:pStyle w:val="ListParagraph"/>
      </w:pPr>
      <w:r>
        <w:rPr>
          <w:sz w:val="22"/>
        </w:rPr>
        <w:t>B. Đánh dấu Cộng đồng ASEAN chính thức có hiệu lực.</w:t>
      </w:r>
    </w:p>
    <w:p>
      <w:pPr>
        <w:pStyle w:val="ListParagraph"/>
      </w:pPr>
      <w:r>
        <w:rPr>
          <w:sz w:val="22"/>
        </w:rPr>
        <w:t>C. Xác định nguyên tắc trong quan hệ giữa các nước.</w:t>
      </w:r>
    </w:p>
    <w:p>
      <w:pPr>
        <w:pStyle w:val="ListParagraph"/>
      </w:pPr>
      <w:r>
        <w:rPr>
          <w:sz w:val="22"/>
        </w:rPr>
        <w:t>D. Tạo hành lang pháp lý cho xây dựng Cộng đồng ASEAN.</w:t>
      </w:r>
    </w:p>
    <w:p/>
    <w:p>
      <w:r>
        <w:rPr>
          <w:b/>
          <w:sz w:val="24"/>
        </w:rPr>
        <w:t>Câu 11: Một trong những mục tiêu hoạt động của tổ chức Liên hợp quốc được quy định trong Hiến chương là</w:t>
      </w:r>
    </w:p>
    <w:p>
      <w:pPr>
        <w:pStyle w:val="ListParagraph"/>
      </w:pPr>
      <w:r>
        <w:rPr>
          <w:sz w:val="22"/>
        </w:rPr>
        <w:t>A. Thành lập các khối liên minh quân sự để bảo vệ các nước thành viên.</w:t>
      </w:r>
    </w:p>
    <w:p>
      <w:pPr>
        <w:pStyle w:val="ListParagraph"/>
      </w:pPr>
      <w:r>
        <w:rPr>
          <w:sz w:val="22"/>
        </w:rPr>
        <w:t>B. Xóa bỏ hoàn toàn sự chênh lệch giàu nghèo giữa tất cả các quốc gia.</w:t>
      </w:r>
    </w:p>
    <w:p>
      <w:pPr>
        <w:pStyle w:val="ListParagraph"/>
      </w:pPr>
      <w:r>
        <w:rPr>
          <w:sz w:val="22"/>
        </w:rPr>
        <w:t>C. Phát triển mối quan hệ hữu nghị giữa các dân tộc trên cơ sở tôn trọng quyền bình đẳng.</w:t>
      </w:r>
    </w:p>
    <w:p>
      <w:pPr>
        <w:pStyle w:val="ListParagraph"/>
      </w:pPr>
      <w:r>
        <w:rPr>
          <w:sz w:val="22"/>
        </w:rPr>
        <w:t>D. Duy trì sự áp đặt và ảnh hưởng của khối Đồng minh đối với thế giới.</w:t>
      </w:r>
    </w:p>
    <w:p/>
    <w:p>
      <w:r>
        <w:rPr>
          <w:b/>
          <w:sz w:val="24"/>
        </w:rPr>
        <w:t>Câu 12: Thời cơ khách quan thuận lợi của Cách mạng tháng Tám là sự kiện nào sau đây?</w:t>
      </w:r>
    </w:p>
    <w:p>
      <w:pPr>
        <w:pStyle w:val="ListParagraph"/>
      </w:pPr>
      <w:r>
        <w:rPr>
          <w:sz w:val="22"/>
        </w:rPr>
        <w:t>A. Đức đã đầu hàng quân Đồng minh vô điều kiện (9/5/1945).</w:t>
      </w:r>
    </w:p>
    <w:p>
      <w:pPr>
        <w:pStyle w:val="ListParagraph"/>
      </w:pPr>
      <w:r>
        <w:rPr>
          <w:sz w:val="22"/>
        </w:rPr>
        <w:t>B. Nhật đảo chính lật đổ Pháp trên toàn Đông Dương (9/3/1945).</w:t>
      </w:r>
    </w:p>
    <w:p>
      <w:pPr>
        <w:pStyle w:val="ListParagraph"/>
      </w:pPr>
      <w:r>
        <w:rPr>
          <w:sz w:val="22"/>
        </w:rPr>
        <w:t>C. Mỹ ném hai quả bom nguyên tử xuống Nhật (6, 9/8/1945).</w:t>
      </w:r>
    </w:p>
    <w:p>
      <w:pPr>
        <w:pStyle w:val="ListParagraph"/>
      </w:pPr>
      <w:r>
        <w:rPr>
          <w:sz w:val="22"/>
        </w:rPr>
        <w:t>D. Phát xít Nhật đầu hàng Đồng minh vô điều kiện (15/8/1945).</w:t>
      </w:r>
    </w:p>
    <w:p/>
    <w:p>
      <w:r>
        <w:rPr>
          <w:b/>
          <w:sz w:val="24"/>
        </w:rPr>
        <w:t>Câu 13: Nội dung nào sau đây là thách thức của Cộng đồng ASEAN đến từ bên ngoài?</w:t>
      </w:r>
    </w:p>
    <w:p>
      <w:pPr>
        <w:pStyle w:val="ListParagraph"/>
      </w:pPr>
      <w:r>
        <w:rPr>
          <w:sz w:val="22"/>
        </w:rPr>
        <w:t>A. Sự khác biệt trong hệ thống chính trị và tôn giáo giữa các quốc gia trong Cộng đồng.</w:t>
      </w:r>
    </w:p>
    <w:p>
      <w:pPr>
        <w:pStyle w:val="ListParagraph"/>
      </w:pPr>
      <w:r>
        <w:rPr>
          <w:sz w:val="22"/>
        </w:rPr>
        <w:t>B. Sự chênh lệch đáng kể về thu nhập và trình độ phát triển giữa các quốc gia thành viên.</w:t>
      </w:r>
    </w:p>
    <w:p>
      <w:pPr>
        <w:pStyle w:val="ListParagraph"/>
      </w:pPr>
      <w:r>
        <w:rPr>
          <w:sz w:val="22"/>
        </w:rPr>
        <w:t>C. Sự tương đồng trong sản xuất một số ngành nghề tạo sự cạnh tranh trong xuất khẩu.</w:t>
      </w:r>
    </w:p>
    <w:p>
      <w:pPr>
        <w:pStyle w:val="ListParagraph"/>
      </w:pPr>
      <w:r>
        <w:rPr>
          <w:sz w:val="22"/>
        </w:rPr>
        <w:t>D. Sự cạnh tranh chiến lược giữa các nước lớn tại khu vực châu Á – Thái Bình Dương.</w:t>
      </w:r>
    </w:p>
    <w:p/>
    <w:p>
      <w:r>
        <w:rPr>
          <w:b/>
          <w:sz w:val="24"/>
        </w:rPr>
        <w:t>Câu 14: Nội dung nào sau đây phản ánh đúng bối cảnh lịch sử dẫn đến sự thành lập tổ chức Liên hợp quốc?</w:t>
      </w:r>
    </w:p>
    <w:p>
      <w:pPr>
        <w:pStyle w:val="ListParagraph"/>
      </w:pPr>
      <w:r>
        <w:rPr>
          <w:sz w:val="22"/>
        </w:rPr>
        <w:t>A. Chiến tranh thế giới thứ hai bước vào giai đoạn kết thúc.</w:t>
      </w:r>
    </w:p>
    <w:p>
      <w:pPr>
        <w:pStyle w:val="ListParagraph"/>
      </w:pPr>
      <w:r>
        <w:rPr>
          <w:sz w:val="22"/>
        </w:rPr>
        <w:t>B. Xu thế toàn cầu hóa trở thành xu thế khách quan trên thế giới.</w:t>
      </w:r>
    </w:p>
    <w:p>
      <w:pPr>
        <w:pStyle w:val="ListParagraph"/>
      </w:pPr>
      <w:r>
        <w:rPr>
          <w:sz w:val="22"/>
        </w:rPr>
        <w:t>C. Các nước thực dân phương Tây đồng loạt trao trả độc lập cho thuộc địa.</w:t>
      </w:r>
    </w:p>
    <w:p>
      <w:pPr>
        <w:pStyle w:val="ListParagraph"/>
      </w:pPr>
      <w:r>
        <w:rPr>
          <w:sz w:val="22"/>
        </w:rPr>
        <w:t>D. Trật tự thế giới hai cực I-an-ta đã hoàn toàn sụp đổ.</w:t>
      </w:r>
    </w:p>
    <w:p/>
    <w:p>
      <w:r>
        <w:rPr>
          <w:b/>
          <w:sz w:val="24"/>
        </w:rPr>
        <w:t>Câu 15: Nội dung nào sau đây phản ánh đúng vai trò của Liên hợp quốc trong việc thúc đẩy kinh tế, tài chính, thương mại quốc tế?</w:t>
      </w:r>
    </w:p>
    <w:p>
      <w:pPr>
        <w:pStyle w:val="ListParagraph"/>
      </w:pPr>
      <w:r>
        <w:rPr>
          <w:sz w:val="22"/>
        </w:rPr>
        <w:t>A. Hỗ trợ các nước trong quá trình phát triển văn hóa, xã hội, giáo dục, y tế.</w:t>
      </w:r>
    </w:p>
    <w:p>
      <w:pPr>
        <w:pStyle w:val="ListParagraph"/>
      </w:pPr>
      <w:r>
        <w:rPr>
          <w:sz w:val="22"/>
        </w:rPr>
        <w:t>B. Giải quyết các cuộc tranh chấp, xung đột ở nhiều quốc gia và khu vực.</w:t>
      </w:r>
    </w:p>
    <w:p>
      <w:pPr>
        <w:pStyle w:val="ListParagraph"/>
      </w:pPr>
      <w:r>
        <w:rPr>
          <w:sz w:val="22"/>
        </w:rPr>
        <w:t>C. Thúc đẩy quá trình giành độc lập của các nước thuộc địa và phụ thuộc.</w:t>
      </w:r>
    </w:p>
    <w:p>
      <w:pPr>
        <w:pStyle w:val="ListParagraph"/>
      </w:pPr>
      <w:r>
        <w:rPr>
          <w:sz w:val="22"/>
        </w:rPr>
        <w:t>D. Tạo môi trường kinh tế bình đẳng, hỗ trợ các nền kinh tế kém phát triển.</w:t>
      </w:r>
    </w:p>
    <w:p/>
    <w:p>
      <w:r>
        <w:rPr>
          <w:b/>
          <w:sz w:val="24"/>
        </w:rPr>
        <w:t>Câu 16: Những địa phương giành chính quyền cuối cùng trong Cách mạng tháng Tám năm 1945 ở Việt Nam là</w:t>
      </w:r>
    </w:p>
    <w:p>
      <w:pPr>
        <w:pStyle w:val="ListParagraph"/>
      </w:pPr>
      <w:r>
        <w:rPr>
          <w:sz w:val="22"/>
        </w:rPr>
        <w:t>A. Hà Nội và Huế.</w:t>
      </w:r>
    </w:p>
    <w:p>
      <w:pPr>
        <w:pStyle w:val="ListParagraph"/>
      </w:pPr>
      <w:r>
        <w:rPr>
          <w:sz w:val="22"/>
        </w:rPr>
        <w:t>B. Hà Tiên và Đồng Nai Thượng.</w:t>
      </w:r>
    </w:p>
    <w:p>
      <w:pPr>
        <w:pStyle w:val="ListParagraph"/>
      </w:pPr>
      <w:r>
        <w:rPr>
          <w:sz w:val="22"/>
        </w:rPr>
        <w:t>C. Huế và Sài Gòn.</w:t>
      </w:r>
    </w:p>
    <w:p>
      <w:pPr>
        <w:pStyle w:val="ListParagraph"/>
      </w:pPr>
      <w:r>
        <w:rPr>
          <w:sz w:val="22"/>
        </w:rPr>
        <w:t>D. Bắc Giang và Hà Tĩnh.</w:t>
      </w:r>
    </w:p>
    <w:p/>
    <w:p>
      <w:r>
        <w:rPr>
          <w:b/>
          <w:sz w:val="24"/>
        </w:rPr>
        <w:t>Câu 17: Việc xây dựng Cộng đồng ASEAN không dựa trên trụ cột nào sau đây?</w:t>
      </w:r>
    </w:p>
    <w:p>
      <w:pPr>
        <w:pStyle w:val="ListParagraph"/>
      </w:pPr>
      <w:r>
        <w:rPr>
          <w:sz w:val="22"/>
        </w:rPr>
        <w:t>A. Cộng đồng Kinh tế ASEAN.</w:t>
      </w:r>
    </w:p>
    <w:p>
      <w:pPr>
        <w:pStyle w:val="ListParagraph"/>
      </w:pPr>
      <w:r>
        <w:rPr>
          <w:sz w:val="22"/>
        </w:rPr>
        <w:t>B. Cộng đồng Quân sự – Quốc phòng ASEAN.</w:t>
      </w:r>
    </w:p>
    <w:p>
      <w:pPr>
        <w:pStyle w:val="ListParagraph"/>
      </w:pPr>
      <w:r>
        <w:rPr>
          <w:sz w:val="22"/>
        </w:rPr>
        <w:t>C. Cộng đồng Văn hóa – Xã hội ASEAN.</w:t>
      </w:r>
    </w:p>
    <w:p>
      <w:pPr>
        <w:pStyle w:val="ListParagraph"/>
      </w:pPr>
      <w:r>
        <w:rPr>
          <w:sz w:val="22"/>
        </w:rPr>
        <w:t>D. Cộng đồng Chính trị – An ninh ASEAN.</w:t>
      </w:r>
    </w:p>
    <w:p/>
    <w:p>
      <w:r>
        <w:rPr>
          <w:b/>
          <w:sz w:val="24"/>
        </w:rPr>
        <w:t>Câu 18: Nội dung nào sau đây không phản ánh đúng bối cảnh lịch sử hình thành tổ chức Liên hợp quốc?</w:t>
      </w:r>
    </w:p>
    <w:p>
      <w:pPr>
        <w:pStyle w:val="ListParagraph"/>
      </w:pPr>
      <w:r>
        <w:rPr>
          <w:sz w:val="22"/>
        </w:rPr>
        <w:t>A. Nhu cầu thành lập tổ chức quốc tế mới thay thế tổ chức cũ.</w:t>
      </w:r>
    </w:p>
    <w:p>
      <w:pPr>
        <w:pStyle w:val="ListParagraph"/>
      </w:pPr>
      <w:r>
        <w:rPr>
          <w:sz w:val="22"/>
        </w:rPr>
        <w:t>B. Nhân dân thế giới có khát vọng được chung sống hòa bình.</w:t>
      </w:r>
    </w:p>
    <w:p>
      <w:pPr>
        <w:pStyle w:val="ListParagraph"/>
      </w:pPr>
      <w:r>
        <w:rPr>
          <w:sz w:val="22"/>
        </w:rPr>
        <w:t>C. Ý thức của các nước Đồng minh về việc tổ chức thế giới.</w:t>
      </w:r>
    </w:p>
    <w:p>
      <w:pPr>
        <w:pStyle w:val="ListParagraph"/>
      </w:pPr>
      <w:r>
        <w:rPr>
          <w:sz w:val="22"/>
        </w:rPr>
        <w:t>D. Chủ nghĩa phát xít xuất hiện và cầm quyền ở nhiều nước.</w:t>
      </w:r>
    </w:p>
    <w:p/>
    <w:p>
      <w:r>
        <w:rPr>
          <w:b/>
          <w:sz w:val="24"/>
        </w:rPr>
        <w:t>Câu 19: Nội dung nào sau đây là điều kiện khách quan thuận lợi cho Cách mạng tháng Tám nổ ra?</w:t>
      </w:r>
    </w:p>
    <w:p>
      <w:pPr>
        <w:pStyle w:val="ListParagraph"/>
      </w:pPr>
      <w:r>
        <w:rPr>
          <w:sz w:val="22"/>
        </w:rPr>
        <w:t>A. Phát xít Đức đầu hàng quân Đồng minh.</w:t>
      </w:r>
    </w:p>
    <w:p>
      <w:pPr>
        <w:pStyle w:val="ListParagraph"/>
      </w:pPr>
      <w:r>
        <w:rPr>
          <w:sz w:val="22"/>
        </w:rPr>
        <w:t>B. Chiến tranh thế giới thứ hai đã bùng nổ.</w:t>
      </w:r>
    </w:p>
    <w:p>
      <w:pPr>
        <w:pStyle w:val="ListParagraph"/>
      </w:pPr>
      <w:r>
        <w:rPr>
          <w:sz w:val="22"/>
        </w:rPr>
        <w:t>C. Nhật đầu hàng Đồng minh không điều kiện.</w:t>
      </w:r>
    </w:p>
    <w:p>
      <w:pPr>
        <w:pStyle w:val="ListParagraph"/>
      </w:pPr>
      <w:r>
        <w:rPr>
          <w:sz w:val="22"/>
        </w:rPr>
        <w:t>D. Mỹ ném bom nguyên tử xuống Nhật Bản.</w:t>
      </w:r>
    </w:p>
    <w:p/>
    <w:p>
      <w:r>
        <w:rPr>
          <w:b/>
          <w:sz w:val="24"/>
        </w:rPr>
        <w:t>Câu 20: Nội dung nào sau đây không phải là nguyên tắc hoạt động của Liên hợp quốc?</w:t>
      </w:r>
    </w:p>
    <w:p>
      <w:pPr>
        <w:pStyle w:val="ListParagraph"/>
      </w:pPr>
      <w:r>
        <w:rPr>
          <w:sz w:val="22"/>
        </w:rPr>
        <w:t>A. Không can thiệp vào công việc nội bộ của bất kì nước nào.</w:t>
      </w:r>
    </w:p>
    <w:p>
      <w:pPr>
        <w:pStyle w:val="ListParagraph"/>
      </w:pPr>
      <w:r>
        <w:rPr>
          <w:sz w:val="22"/>
        </w:rPr>
        <w:t>B. Giải quyết các tranh chấp quốc tế bằng biện pháp hòa bình.</w:t>
      </w:r>
    </w:p>
    <w:p>
      <w:pPr>
        <w:pStyle w:val="ListParagraph"/>
      </w:pPr>
      <w:r>
        <w:rPr>
          <w:sz w:val="22"/>
        </w:rPr>
        <w:t>C. Tôn trọng các nghĩa vụ quốc tế và luật pháp quốc tế.</w:t>
      </w:r>
    </w:p>
    <w:p>
      <w:pPr>
        <w:pStyle w:val="ListParagraph"/>
      </w:pPr>
      <w:r>
        <w:rPr>
          <w:sz w:val="22"/>
        </w:rPr>
        <w:t>D. Hợp tác quốc tế để giải quyết các vấn đề kinh tế, xã hội.</w:t>
      </w:r>
    </w:p>
    <w:p/>
    <w:p>
      <w:r>
        <w:rPr>
          <w:b/>
          <w:sz w:val="24"/>
        </w:rPr>
        <w:t>Câu 21: Nội dung nào sau đây phản ánh đúng vai trò của Liên hợp quốc trong việc duy trì nền hòa bình, an ninh quốc tế?</w:t>
      </w:r>
    </w:p>
    <w:p>
      <w:pPr>
        <w:pStyle w:val="ListParagraph"/>
      </w:pPr>
      <w:r>
        <w:rPr>
          <w:sz w:val="22"/>
        </w:rPr>
        <w:t>A. Hòa giải các cuộc xung đột và khủng hoảng quốc tế tại nhiều khu vực.</w:t>
      </w:r>
    </w:p>
    <w:p>
      <w:pPr>
        <w:pStyle w:val="ListParagraph"/>
      </w:pPr>
      <w:r>
        <w:rPr>
          <w:sz w:val="22"/>
        </w:rPr>
        <w:t>B. Xây dựng nhiều văn bản, điều ước đảm bảo quyền cơ bản của con người.</w:t>
      </w:r>
    </w:p>
    <w:p>
      <w:pPr>
        <w:pStyle w:val="ListParagraph"/>
      </w:pPr>
      <w:r>
        <w:rPr>
          <w:sz w:val="22"/>
        </w:rPr>
        <w:t>C. Có nhiều chương trình hỗ trợ các nước về vốn, tri thức, kĩ thuật, nhân lực.</w:t>
      </w:r>
    </w:p>
    <w:p>
      <w:pPr>
        <w:pStyle w:val="ListParagraph"/>
      </w:pPr>
      <w:r>
        <w:rPr>
          <w:sz w:val="22"/>
        </w:rPr>
        <w:t>D. Hỗ trợ các nước trong quá trình phát triển văn hóa, xã hội, giáo dục, y tế.</w:t>
      </w:r>
    </w:p>
    <w:p/>
    <w:p>
      <w:r>
        <w:rPr>
          <w:b/>
          <w:sz w:val="24"/>
        </w:rPr>
        <w:t>Câu 22: Một trong những thách thức về kinh tế mà Cộng đồng ASEAN phải đối mặt trong quá trình xây dựng và phát triển là</w:t>
      </w:r>
    </w:p>
    <w:p>
      <w:pPr>
        <w:pStyle w:val="ListParagraph"/>
      </w:pPr>
      <w:r>
        <w:rPr>
          <w:sz w:val="22"/>
        </w:rPr>
        <w:t>A. Sự đa dạng về chế độ chính trị.</w:t>
      </w:r>
    </w:p>
    <w:p>
      <w:pPr>
        <w:pStyle w:val="ListParagraph"/>
      </w:pPr>
      <w:r>
        <w:rPr>
          <w:sz w:val="22"/>
        </w:rPr>
        <w:t>B. Sự xung đột lãnh thổ, biên giới.</w:t>
      </w:r>
    </w:p>
    <w:p>
      <w:pPr>
        <w:pStyle w:val="ListParagraph"/>
      </w:pPr>
      <w:r>
        <w:rPr>
          <w:sz w:val="22"/>
        </w:rPr>
        <w:t>C. Những vấn đề lịch sử sâu xa.</w:t>
      </w:r>
    </w:p>
    <w:p>
      <w:pPr>
        <w:pStyle w:val="ListParagraph"/>
      </w:pPr>
      <w:r>
        <w:rPr>
          <w:sz w:val="22"/>
        </w:rPr>
        <w:t>D. Chênh lệch trình độ phát triển.</w:t>
      </w:r>
    </w:p>
    <w:p/>
    <w:p>
      <w:r>
        <w:rPr>
          <w:b/>
          <w:sz w:val="24"/>
        </w:rPr>
        <w:t>Câu 23: Nội dung nào sau đây phản ánh đúng vai trò của Liên hợp quốc trong việc đảm bảo các quyền con người?</w:t>
      </w:r>
    </w:p>
    <w:p>
      <w:pPr>
        <w:pStyle w:val="ListParagraph"/>
      </w:pPr>
      <w:r>
        <w:rPr>
          <w:sz w:val="22"/>
        </w:rPr>
        <w:t>A. Thông qua nhiều văn bản tạo cơ hội phát triển cho tất cả mọi người.</w:t>
      </w:r>
    </w:p>
    <w:p>
      <w:pPr>
        <w:pStyle w:val="ListParagraph"/>
      </w:pPr>
      <w:r>
        <w:rPr>
          <w:sz w:val="22"/>
        </w:rPr>
        <w:t>B. Thúc đẩy quá trình phi thực dân hóa và hạn chế vũ khí hạt nhân.</w:t>
      </w:r>
    </w:p>
    <w:p>
      <w:pPr>
        <w:pStyle w:val="ListParagraph"/>
      </w:pPr>
      <w:r>
        <w:rPr>
          <w:sz w:val="22"/>
        </w:rPr>
        <w:t>C. Ngăn chặn nguy cơ bùng nổ một cuộc chiến tranh thế giới mới.</w:t>
      </w:r>
    </w:p>
    <w:p>
      <w:pPr>
        <w:pStyle w:val="ListParagraph"/>
      </w:pPr>
      <w:r>
        <w:rPr>
          <w:sz w:val="22"/>
        </w:rPr>
        <w:t>D. Tạo môi trường thuận lợi để phát triển kinh tế, tài chính quốc tế.</w:t>
      </w:r>
    </w:p>
    <w:p/>
    <w:p>
      <w:r>
        <w:rPr>
          <w:b/>
          <w:sz w:val="24"/>
        </w:rPr>
        <w:t>Câu 24: Văn kiện nào sau đây đã tạo cơ sở pháp lý để xây dựng Cộng đồng ASEAN?</w:t>
      </w:r>
    </w:p>
    <w:p>
      <w:pPr>
        <w:pStyle w:val="ListParagraph"/>
      </w:pPr>
      <w:r>
        <w:rPr>
          <w:sz w:val="22"/>
        </w:rPr>
        <w:t>A. Hiến chương ASEAN.</w:t>
      </w:r>
    </w:p>
    <w:p>
      <w:pPr>
        <w:pStyle w:val="ListParagraph"/>
      </w:pPr>
      <w:r>
        <w:rPr>
          <w:sz w:val="22"/>
        </w:rPr>
        <w:t>B. Tầm nhìn ASEAN 2020.</w:t>
      </w:r>
    </w:p>
    <w:p>
      <w:pPr>
        <w:pStyle w:val="ListParagraph"/>
      </w:pPr>
      <w:r>
        <w:rPr>
          <w:sz w:val="22"/>
        </w:rPr>
        <w:t>C. Tuyên bố Ba-li I.</w:t>
      </w:r>
    </w:p>
    <w:p>
      <w:pPr>
        <w:pStyle w:val="ListParagraph"/>
      </w:pPr>
      <w:r>
        <w:rPr>
          <w:sz w:val="22"/>
        </w:rPr>
        <w:t>D. Tuyên bố về Khu vực Hòa bình, Tự do và Trung lập.</w:t>
      </w:r>
    </w:p>
    <w:p/>
    <w:p>
      <w:r>
        <w:rPr>
          <w:b/>
          <w:sz w:val="24"/>
        </w:rPr>
        <w:t>Câu 25: Một trong những mục tiêu của tổ chức Liên hợp quốc trong việc đảm bảo quyền con người là</w:t>
      </w:r>
    </w:p>
    <w:p>
      <w:pPr>
        <w:pStyle w:val="ListParagraph"/>
      </w:pPr>
      <w:r>
        <w:rPr>
          <w:sz w:val="22"/>
        </w:rPr>
        <w:t>A. Chống biến đổi khí hậu.</w:t>
      </w:r>
    </w:p>
    <w:p>
      <w:pPr>
        <w:pStyle w:val="ListParagraph"/>
      </w:pPr>
      <w:r>
        <w:rPr>
          <w:sz w:val="22"/>
        </w:rPr>
        <w:t>B. Cấm vũ khí hạt nhân.</w:t>
      </w:r>
    </w:p>
    <w:p>
      <w:pPr>
        <w:pStyle w:val="ListParagraph"/>
      </w:pPr>
      <w:r>
        <w:rPr>
          <w:sz w:val="22"/>
        </w:rPr>
        <w:t>C. Tăng cường bình đẳng giới.</w:t>
      </w:r>
    </w:p>
    <w:p>
      <w:pPr>
        <w:pStyle w:val="ListParagraph"/>
      </w:pPr>
      <w:r>
        <w:rPr>
          <w:sz w:val="22"/>
        </w:rPr>
        <w:t>D. Phòng chống các dịch bệnh.</w:t>
      </w:r>
    </w:p>
    <w:p/>
    <w:p>
      <w:r>
        <w:rPr>
          <w:b/>
          <w:sz w:val="24"/>
        </w:rPr>
        <w:t>Câu 26: Nội dung nào sau đây không phản ánh đúng mục tiêu hoạt động của tổ chức Liên hợp quốc?</w:t>
      </w:r>
    </w:p>
    <w:p>
      <w:pPr>
        <w:pStyle w:val="ListParagraph"/>
      </w:pPr>
      <w:r>
        <w:rPr>
          <w:sz w:val="22"/>
        </w:rPr>
        <w:t>A. Giải quyết các tranh chấp quốc tế bằng biện pháp hòa bình.</w:t>
      </w:r>
    </w:p>
    <w:p>
      <w:pPr>
        <w:pStyle w:val="ListParagraph"/>
      </w:pPr>
      <w:r>
        <w:rPr>
          <w:sz w:val="22"/>
        </w:rPr>
        <w:t>B. Trung tâm điều hòa các nỗ lực quốc tế vì mục tiêu chung.</w:t>
      </w:r>
    </w:p>
    <w:p>
      <w:pPr>
        <w:pStyle w:val="ListParagraph"/>
      </w:pPr>
      <w:r>
        <w:rPr>
          <w:sz w:val="22"/>
        </w:rPr>
        <w:t>C. Thúc đẩy quan hệ hữu nghị giữa các dân tộc trên thế giới.</w:t>
      </w:r>
    </w:p>
    <w:p>
      <w:pPr>
        <w:pStyle w:val="ListParagraph"/>
      </w:pPr>
      <w:r>
        <w:rPr>
          <w:sz w:val="22"/>
        </w:rPr>
        <w:t>D. Hợp tác quốc tế để giải quyết các vấn đề kinh tế, xã hội.</w:t>
      </w:r>
    </w:p>
    <w:p/>
    <w:p>
      <w:r>
        <w:rPr>
          <w:b/>
          <w:sz w:val="24"/>
        </w:rPr>
        <w:t>Câu 27: Vì sao việc giành được chính quyền ở Hà Nội, Huế, Sài Gòn có tác động quan trọng đến thắng lợi của Cách mạng tháng Tám (1945)?</w:t>
      </w:r>
    </w:p>
    <w:p>
      <w:pPr>
        <w:pStyle w:val="ListParagraph"/>
      </w:pPr>
      <w:r>
        <w:rPr>
          <w:sz w:val="22"/>
        </w:rPr>
        <w:t>A. Đây là nơi đặt cơ quan đầu não của địch.</w:t>
      </w:r>
    </w:p>
    <w:p>
      <w:pPr>
        <w:pStyle w:val="ListParagraph"/>
      </w:pPr>
      <w:r>
        <w:rPr>
          <w:sz w:val="22"/>
        </w:rPr>
        <w:t>B. Đã tiêu diệt hết lực lượng của quân Nhật.</w:t>
      </w:r>
    </w:p>
    <w:p>
      <w:pPr>
        <w:pStyle w:val="ListParagraph"/>
      </w:pPr>
      <w:r>
        <w:rPr>
          <w:sz w:val="22"/>
        </w:rPr>
        <w:t>C. Những tỉnh này giàu có, nhiều tài nguyên.</w:t>
      </w:r>
    </w:p>
    <w:p>
      <w:pPr>
        <w:pStyle w:val="ListParagraph"/>
      </w:pPr>
      <w:r>
        <w:rPr>
          <w:sz w:val="22"/>
        </w:rPr>
        <w:t>D. Lực lượng địch ở đây bố trí mỏng và yếu.</w:t>
      </w:r>
    </w:p>
    <w:p/>
    <w:p>
      <w:r>
        <w:rPr>
          <w:b/>
          <w:sz w:val="24"/>
        </w:rPr>
        <w:t>Câu 28: Những địa phương nào sau đây giành chính quyền ở tỉnh lị sớm nhất trong Cách mạng tháng Tám năm 1945 ở Việt Nam?</w:t>
      </w:r>
    </w:p>
    <w:p>
      <w:pPr>
        <w:pStyle w:val="ListParagraph"/>
      </w:pPr>
      <w:r>
        <w:rPr>
          <w:sz w:val="22"/>
        </w:rPr>
        <w:t>A. Thủ đô Hà Nội, Hải Phòng, Huế và Quảng Nam.</w:t>
      </w:r>
    </w:p>
    <w:p>
      <w:pPr>
        <w:pStyle w:val="ListParagraph"/>
      </w:pPr>
      <w:r>
        <w:rPr>
          <w:sz w:val="22"/>
        </w:rPr>
        <w:t>B. Bắc Giang, Hải Dương, Hải Phòng và Thanh Hóa.</w:t>
      </w:r>
    </w:p>
    <w:p>
      <w:pPr>
        <w:pStyle w:val="ListParagraph"/>
      </w:pPr>
      <w:r>
        <w:rPr>
          <w:sz w:val="22"/>
        </w:rPr>
        <w:t>C. Thủ đô Hà Nội, Huế, Sài Gòn và Đồng Nai Thượng.</w:t>
      </w:r>
    </w:p>
    <w:p>
      <w:pPr>
        <w:pStyle w:val="ListParagraph"/>
      </w:pPr>
      <w:r>
        <w:rPr>
          <w:sz w:val="22"/>
        </w:rPr>
        <w:t>D. Bắc Giang, Hải Dương, Hà Tĩnh và Quảng Nam.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