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Sinh học Lớp 11 - Giới thiệu thế giới sống và các giới sinh vật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Phương thức trao đổi chất và chuyển hóa năng lượng ở sinh vật bao gồm những hình thức nào?</w:t>
      </w:r>
    </w:p>
    <w:p>
      <w:pPr>
        <w:pStyle w:val="ListParagraph"/>
      </w:pPr>
      <w:r>
        <w:rPr>
          <w:sz w:val="22"/>
        </w:rPr>
        <w:t>A. Tự dưỡng và dị dưỡng.</w:t>
      </w:r>
    </w:p>
    <w:p>
      <w:pPr>
        <w:pStyle w:val="ListParagraph"/>
      </w:pPr>
      <w:r>
        <w:rPr>
          <w:sz w:val="22"/>
        </w:rPr>
        <w:t>B. Quang tự dưỡng và hóa dị dưỡng.</w:t>
      </w:r>
    </w:p>
    <w:p>
      <w:pPr>
        <w:pStyle w:val="ListParagraph"/>
      </w:pPr>
      <w:r>
        <w:rPr>
          <w:sz w:val="22"/>
        </w:rPr>
        <w:t>C. Quang hợp và hô hấp.</w:t>
      </w:r>
    </w:p>
    <w:p>
      <w:pPr>
        <w:pStyle w:val="ListParagraph"/>
      </w:pPr>
      <w:r>
        <w:rPr>
          <w:sz w:val="22"/>
        </w:rPr>
        <w:t>D. Đồng hóa và dị hóa.</w:t>
      </w:r>
    </w:p>
    <w:p/>
    <w:p>
      <w:r>
        <w:rPr>
          <w:b/>
          <w:sz w:val="24"/>
        </w:rPr>
        <w:t>Câu 2: Sinh vật quang tự dưỡng sử dụng nguồn năng lượng và nguồn carbon nào để tổng hợp chất hữu cơ?</w:t>
      </w:r>
    </w:p>
    <w:p>
      <w:pPr>
        <w:pStyle w:val="ListParagraph"/>
      </w:pPr>
      <w:r>
        <w:rPr>
          <w:sz w:val="22"/>
        </w:rPr>
        <w:t>A. Năng lượng ánh sáng và CO2.</w:t>
      </w:r>
    </w:p>
    <w:p>
      <w:pPr>
        <w:pStyle w:val="ListParagraph"/>
      </w:pPr>
      <w:r>
        <w:rPr>
          <w:sz w:val="22"/>
        </w:rPr>
        <w:t>B. Năng lượng hóa học và chất hữu cơ.</w:t>
      </w:r>
    </w:p>
    <w:p>
      <w:pPr>
        <w:pStyle w:val="ListParagraph"/>
      </w:pPr>
      <w:r>
        <w:rPr>
          <w:sz w:val="22"/>
        </w:rPr>
        <w:t>C. Năng lượng ánh sáng và glucose.</w:t>
      </w:r>
    </w:p>
    <w:p>
      <w:pPr>
        <w:pStyle w:val="ListParagraph"/>
      </w:pPr>
      <w:r>
        <w:rPr>
          <w:sz w:val="22"/>
        </w:rPr>
        <w:t>D. Năng lượng nhiệt và H2S.</w:t>
      </w:r>
    </w:p>
    <w:p/>
    <w:p>
      <w:r>
        <w:rPr>
          <w:b/>
          <w:sz w:val="24"/>
        </w:rPr>
        <w:t>Câu 3: Nhóm sinh vật nào sau đây là sinh vật quang tự dưỡng điển hình?</w:t>
      </w:r>
    </w:p>
    <w:p>
      <w:pPr>
        <w:pStyle w:val="ListParagraph"/>
      </w:pPr>
      <w:r>
        <w:rPr>
          <w:sz w:val="22"/>
        </w:rPr>
        <w:t>A. Động vật.</w:t>
      </w:r>
    </w:p>
    <w:p>
      <w:pPr>
        <w:pStyle w:val="ListParagraph"/>
      </w:pPr>
      <w:r>
        <w:rPr>
          <w:sz w:val="22"/>
        </w:rPr>
        <w:t>B. Nấm.</w:t>
      </w:r>
    </w:p>
    <w:p>
      <w:pPr>
        <w:pStyle w:val="ListParagraph"/>
      </w:pPr>
      <w:r>
        <w:rPr>
          <w:sz w:val="22"/>
        </w:rPr>
        <w:t>C. Thực vật.</w:t>
      </w:r>
    </w:p>
    <w:p>
      <w:pPr>
        <w:pStyle w:val="ListParagraph"/>
      </w:pPr>
      <w:r>
        <w:rPr>
          <w:sz w:val="22"/>
        </w:rPr>
        <w:t>D. Vi khuẩn cố định đạm.</w:t>
      </w:r>
    </w:p>
    <w:p/>
    <w:p>
      <w:r>
        <w:rPr>
          <w:b/>
          <w:sz w:val="24"/>
        </w:rPr>
        <w:t>Câu 4: Phương thức hóa tự dưỡng thường gặp ở nhóm sinh vật nào?</w:t>
      </w:r>
    </w:p>
    <w:p>
      <w:pPr>
        <w:pStyle w:val="ListParagraph"/>
      </w:pPr>
      <w:r>
        <w:rPr>
          <w:sz w:val="22"/>
        </w:rPr>
        <w:t>A. Thực vật C3.</w:t>
      </w:r>
    </w:p>
    <w:p>
      <w:pPr>
        <w:pStyle w:val="ListParagraph"/>
      </w:pPr>
      <w:r>
        <w:rPr>
          <w:sz w:val="22"/>
        </w:rPr>
        <w:t>B. Một số vi khuẩn.</w:t>
      </w:r>
    </w:p>
    <w:p>
      <w:pPr>
        <w:pStyle w:val="ListParagraph"/>
      </w:pPr>
      <w:r>
        <w:rPr>
          <w:sz w:val="22"/>
        </w:rPr>
        <w:t>C. Động vật ăn thịt.</w:t>
      </w:r>
    </w:p>
    <w:p>
      <w:pPr>
        <w:pStyle w:val="ListParagraph"/>
      </w:pPr>
      <w:r>
        <w:rPr>
          <w:sz w:val="22"/>
        </w:rPr>
        <w:t>D. Nấm mốc.</w:t>
      </w:r>
    </w:p>
    <w:p/>
    <w:p>
      <w:r>
        <w:rPr>
          <w:b/>
          <w:sz w:val="24"/>
        </w:rPr>
        <w:t>Câu 5: Sinh vật hóa tự dưỡng sử dụng nguồn năng lượng nào để tổng hợp chất hữu cơ?</w:t>
      </w:r>
    </w:p>
    <w:p>
      <w:pPr>
        <w:pStyle w:val="ListParagraph"/>
      </w:pPr>
      <w:r>
        <w:rPr>
          <w:sz w:val="22"/>
        </w:rPr>
        <w:t>A. Năng lượng ánh sáng mặt trời.</w:t>
      </w:r>
    </w:p>
    <w:p>
      <w:pPr>
        <w:pStyle w:val="ListParagraph"/>
      </w:pPr>
      <w:r>
        <w:rPr>
          <w:sz w:val="22"/>
        </w:rPr>
        <w:t>B. Năng lượng từ các phản ứng oxy hóa các chất vô cơ (H2S, NO2-, NH4+...).</w:t>
      </w:r>
    </w:p>
    <w:p>
      <w:pPr>
        <w:pStyle w:val="ListParagraph"/>
      </w:pPr>
      <w:r>
        <w:rPr>
          <w:sz w:val="22"/>
        </w:rPr>
        <w:t>C. Năng lượng từ việc phân giải ATP có sẵn.</w:t>
      </w:r>
    </w:p>
    <w:p>
      <w:pPr>
        <w:pStyle w:val="ListParagraph"/>
      </w:pPr>
      <w:r>
        <w:rPr>
          <w:sz w:val="22"/>
        </w:rPr>
        <w:t>D. Năng lượng nhiệt từ môi trường đất.</w:t>
      </w:r>
    </w:p>
    <w:p/>
    <w:p>
      <w:r>
        <w:rPr>
          <w:b/>
          <w:sz w:val="24"/>
        </w:rPr>
        <w:t>Câu 6: Vai trò nào sau đây KHÔNG phải là vai trò của sinh vật tự dưỡng trong sinh giới?</w:t>
      </w:r>
    </w:p>
    <w:p>
      <w:pPr>
        <w:pStyle w:val="ListParagraph"/>
      </w:pPr>
      <w:r>
        <w:rPr>
          <w:sz w:val="22"/>
        </w:rPr>
        <w:t>A. Cung cấp O2 đảm bảo cho sự sống của sinh vật hiếu khí.</w:t>
      </w:r>
    </w:p>
    <w:p>
      <w:pPr>
        <w:pStyle w:val="ListParagraph"/>
      </w:pPr>
      <w:r>
        <w:rPr>
          <w:sz w:val="22"/>
        </w:rPr>
        <w:t>B. Cung cấp thức ăn, nơi ở cho động vật.</w:t>
      </w:r>
    </w:p>
    <w:p>
      <w:pPr>
        <w:pStyle w:val="ListParagraph"/>
      </w:pPr>
      <w:r>
        <w:rPr>
          <w:sz w:val="22"/>
        </w:rPr>
        <w:t>C. Điều hòa khí hậu môi trường.</w:t>
      </w:r>
    </w:p>
    <w:p>
      <w:pPr>
        <w:pStyle w:val="ListParagraph"/>
      </w:pPr>
      <w:r>
        <w:rPr>
          <w:sz w:val="22"/>
        </w:rPr>
        <w:t>D. Phân giải chất hữu cơ thành chất vô cơ cho đất.</w:t>
      </w:r>
    </w:p>
    <w:p/>
    <w:p>
      <w:r>
        <w:rPr>
          <w:b/>
          <w:sz w:val="24"/>
        </w:rPr>
        <w:t>Câu 7: Phương thức dinh dưỡng của động vật là gì?</w:t>
      </w:r>
    </w:p>
    <w:p>
      <w:pPr>
        <w:pStyle w:val="ListParagraph"/>
      </w:pPr>
      <w:r>
        <w:rPr>
          <w:sz w:val="22"/>
        </w:rPr>
        <w:t>A. Quang tự dưỡng.</w:t>
      </w:r>
    </w:p>
    <w:p>
      <w:pPr>
        <w:pStyle w:val="ListParagraph"/>
      </w:pPr>
      <w:r>
        <w:rPr>
          <w:sz w:val="22"/>
        </w:rPr>
        <w:t>B. Hóa tự dưỡng.</w:t>
      </w:r>
    </w:p>
    <w:p>
      <w:pPr>
        <w:pStyle w:val="ListParagraph"/>
      </w:pPr>
      <w:r>
        <w:rPr>
          <w:sz w:val="22"/>
        </w:rPr>
        <w:t>C. Dị dưỡng.</w:t>
      </w:r>
    </w:p>
    <w:p>
      <w:pPr>
        <w:pStyle w:val="ListParagraph"/>
      </w:pPr>
      <w:r>
        <w:rPr>
          <w:sz w:val="22"/>
        </w:rPr>
        <w:t>D. Tự dưỡng hoàn toàn.</w:t>
      </w:r>
    </w:p>
    <w:p/>
    <w:p>
      <w:r>
        <w:rPr>
          <w:b/>
          <w:sz w:val="24"/>
        </w:rPr>
        <w:t>Câu 8: Sinh vật dị dưỡng lấy chất hữu cơ từ đâu để xây dựng cơ thể và tích lũy năng lượng?</w:t>
      </w:r>
    </w:p>
    <w:p>
      <w:pPr>
        <w:pStyle w:val="ListParagraph"/>
      </w:pPr>
      <w:r>
        <w:rPr>
          <w:sz w:val="22"/>
        </w:rPr>
        <w:t>A. Hấp thụ trực tiếp ánh sáng mặt trời.</w:t>
      </w:r>
    </w:p>
    <w:p>
      <w:pPr>
        <w:pStyle w:val="ListParagraph"/>
      </w:pPr>
      <w:r>
        <w:rPr>
          <w:sz w:val="22"/>
        </w:rPr>
        <w:t>B. Trực tiếp từ sinh vật tự dưỡng hoặc từ động vật khác.</w:t>
      </w:r>
    </w:p>
    <w:p>
      <w:pPr>
        <w:pStyle w:val="ListParagraph"/>
      </w:pPr>
      <w:r>
        <w:rPr>
          <w:sz w:val="22"/>
        </w:rPr>
        <w:t>C. Tổng hợp từ CO2 và H2O.</w:t>
      </w:r>
    </w:p>
    <w:p>
      <w:pPr>
        <w:pStyle w:val="ListParagraph"/>
      </w:pPr>
      <w:r>
        <w:rPr>
          <w:sz w:val="22"/>
        </w:rPr>
        <w:t>D. Lấy từ các chất vô cơ trong đất.</w:t>
      </w:r>
    </w:p>
    <w:p/>
    <w:p>
      <w:r>
        <w:rPr>
          <w:b/>
          <w:sz w:val="24"/>
        </w:rPr>
        <w:t>Câu 9: Dấu hiệu đặc trưng của trao đổi chất và chuyển hóa năng lượng ở sinh vật thể hiện qua mấy quá trình chính?</w:t>
      </w:r>
    </w:p>
    <w:p>
      <w:pPr>
        <w:pStyle w:val="ListParagraph"/>
      </w:pPr>
      <w:r>
        <w:rPr>
          <w:sz w:val="22"/>
        </w:rPr>
        <w:t>A. 2 quá trình.</w:t>
      </w:r>
    </w:p>
    <w:p>
      <w:pPr>
        <w:pStyle w:val="ListParagraph"/>
      </w:pPr>
      <w:r>
        <w:rPr>
          <w:sz w:val="22"/>
        </w:rPr>
        <w:t>B. 3 quá trình.</w:t>
      </w:r>
    </w:p>
    <w:p>
      <w:pPr>
        <w:pStyle w:val="ListParagraph"/>
      </w:pPr>
      <w:r>
        <w:rPr>
          <w:sz w:val="22"/>
        </w:rPr>
        <w:t>C. 4 quá trình.</w:t>
      </w:r>
    </w:p>
    <w:p>
      <w:pPr>
        <w:pStyle w:val="ListParagraph"/>
      </w:pPr>
      <w:r>
        <w:rPr>
          <w:sz w:val="22"/>
        </w:rPr>
        <w:t>D. 5 quá trình.</w:t>
      </w:r>
    </w:p>
    <w:p/>
    <w:p>
      <w:r>
        <w:rPr>
          <w:b/>
          <w:sz w:val="24"/>
        </w:rPr>
        <w:t>Câu 10: Đầu vào của quá trình trao đổi chất ở thực vật bao gồm những yếu tố nào?</w:t>
      </w:r>
    </w:p>
    <w:p>
      <w:pPr>
        <w:pStyle w:val="ListParagraph"/>
      </w:pPr>
      <w:r>
        <w:rPr>
          <w:sz w:val="22"/>
        </w:rPr>
        <w:t>A. O2, thức ăn hữu cơ, nhiệt độ.</w:t>
      </w:r>
    </w:p>
    <w:p>
      <w:pPr>
        <w:pStyle w:val="ListParagraph"/>
      </w:pPr>
      <w:r>
        <w:rPr>
          <w:sz w:val="22"/>
        </w:rPr>
        <w:t>B. Chất khoáng, H2O, CO2, năng lượng ánh sáng.</w:t>
      </w:r>
    </w:p>
    <w:p>
      <w:pPr>
        <w:pStyle w:val="ListParagraph"/>
      </w:pPr>
      <w:r>
        <w:rPr>
          <w:sz w:val="22"/>
        </w:rPr>
        <w:t>C. Glucose, O2, chất khoáng.</w:t>
      </w:r>
    </w:p>
    <w:p>
      <w:pPr>
        <w:pStyle w:val="ListParagraph"/>
      </w:pPr>
      <w:r>
        <w:rPr>
          <w:sz w:val="22"/>
        </w:rPr>
        <w:t>D. CO2, O2, amino acid.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