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Tiếng Anh lớp 3 - Hành vi nào sau đây có hiện tượng tham nhũng?</w:t>
      </w:r>
    </w:p>
    <w:p>
      <w:pPr>
        <w:jc w:val="center"/>
      </w:pPr>
      <w:r>
        <w:rPr>
          <w:sz w:val="22"/>
        </w:rPr>
        <w:t>Số câu: 15    Thời gian: _____ phút    Họ và tên: _________________________</w:t>
      </w:r>
    </w:p>
    <w:p/>
    <w:p>
      <w:r>
        <w:rPr>
          <w:b/>
          <w:sz w:val="24"/>
        </w:rPr>
        <w:t>Câu 1: Hành vi nào sau đây có hiện tượng tham nhũng?</w:t>
      </w:r>
    </w:p>
    <w:p>
      <w:pPr>
        <w:pStyle w:val="ListParagraph"/>
      </w:pPr>
      <w:r>
        <w:rPr>
          <w:sz w:val="22"/>
        </w:rPr>
        <w:t>A. Cô A lạm dụng chức vụ là chủ hụi để lấy tiền chị B</w:t>
      </w:r>
    </w:p>
    <w:p>
      <w:pPr>
        <w:pStyle w:val="ListParagraph"/>
      </w:pPr>
      <w:r>
        <w:rPr>
          <w:sz w:val="22"/>
        </w:rPr>
        <w:t>B. Chủ tịch quận A, nhận 200 triệu quận B, để Công Ty B trúng thầu gây thất thoát tài sản của nhà nước</w:t>
      </w:r>
    </w:p>
    <w:p>
      <w:pPr>
        <w:pStyle w:val="ListParagraph"/>
      </w:pPr>
      <w:r>
        <w:rPr>
          <w:sz w:val="22"/>
        </w:rPr>
        <w:t>C. Bạn học sinh A lấy tiền của bạn học sinh B</w:t>
      </w:r>
    </w:p>
    <w:p>
      <w:pPr>
        <w:pStyle w:val="ListParagraph"/>
      </w:pPr>
      <w:r>
        <w:rPr>
          <w:sz w:val="22"/>
        </w:rPr>
        <w:t>D. Các đáp án trên</w:t>
      </w:r>
    </w:p>
    <w:p/>
    <w:p>
      <w:r>
        <w:rPr>
          <w:b/>
          <w:sz w:val="24"/>
        </w:rPr>
        <w:t>Câu 2: Nhận định nào sau đây đúng</w:t>
      </w:r>
    </w:p>
    <w:p>
      <w:pPr>
        <w:pStyle w:val="ListParagraph"/>
      </w:pPr>
      <w:r>
        <w:rPr>
          <w:sz w:val="22"/>
        </w:rPr>
        <w:t>A. Tham nhũng là hành vi của người chủ lao động bóc lột sức lao động của người khác</w:t>
      </w:r>
    </w:p>
    <w:p>
      <w:pPr>
        <w:pStyle w:val="ListParagraph"/>
      </w:pPr>
      <w:r>
        <w:rPr>
          <w:sz w:val="22"/>
        </w:rPr>
        <w:t>B. Tham nhũng là hành vi của người có chức vụ, quyền hạn lợi dụng chức vụ, quyền hạn đó vì vụ lợi</w:t>
      </w:r>
    </w:p>
    <w:p>
      <w:pPr>
        <w:pStyle w:val="ListParagraph"/>
      </w:pPr>
      <w:r>
        <w:rPr>
          <w:sz w:val="22"/>
        </w:rPr>
        <w:t>C. Cả hai đều đúng</w:t>
      </w:r>
    </w:p>
    <w:p>
      <w:pPr>
        <w:pStyle w:val="ListParagraph"/>
      </w:pPr>
      <w:r>
        <w:rPr>
          <w:sz w:val="22"/>
        </w:rPr>
        <w:t>D. Cả hai đều sai</w:t>
      </w:r>
    </w:p>
    <w:p/>
    <w:p>
      <w:r>
        <w:rPr>
          <w:b/>
          <w:sz w:val="24"/>
        </w:rPr>
        <w:t>Câu 3: Việc kết hôn phải được đăng ký với cơ quan nào?</w:t>
      </w:r>
    </w:p>
    <w:p>
      <w:pPr>
        <w:pStyle w:val="ListParagraph"/>
      </w:pPr>
      <w:r>
        <w:rPr>
          <w:sz w:val="22"/>
        </w:rPr>
        <w:t>A. thôn, bản, khối phố</w:t>
      </w:r>
    </w:p>
    <w:p>
      <w:pPr>
        <w:pStyle w:val="ListParagraph"/>
      </w:pPr>
      <w:r>
        <w:rPr>
          <w:sz w:val="22"/>
        </w:rPr>
        <w:t>B. UBND cấp xã của 01 trong hai bên nam, nữ</w:t>
      </w:r>
    </w:p>
    <w:p>
      <w:pPr>
        <w:pStyle w:val="ListParagraph"/>
      </w:pPr>
      <w:r>
        <w:rPr>
          <w:sz w:val="22"/>
        </w:rPr>
        <w:t>C. UBND cấp huyện của 01 trong hai bên nam, nữ</w:t>
      </w:r>
    </w:p>
    <w:p>
      <w:pPr>
        <w:pStyle w:val="ListParagraph"/>
      </w:pPr>
      <w:r>
        <w:rPr>
          <w:sz w:val="22"/>
        </w:rPr>
        <w:t>D. Nhà thờ</w:t>
      </w:r>
    </w:p>
    <w:p/>
    <w:p>
      <w:r>
        <w:rPr>
          <w:b/>
          <w:sz w:val="24"/>
        </w:rPr>
        <w:t>Câu 4: tuổi chịu hình sự về mọi tội phạm là?</w:t>
      </w:r>
    </w:p>
    <w:p>
      <w:pPr>
        <w:pStyle w:val="ListParagraph"/>
      </w:pPr>
      <w:r>
        <w:rPr>
          <w:sz w:val="22"/>
        </w:rPr>
        <w:t>A. Người đã 14 tuổi trở lên</w:t>
      </w:r>
    </w:p>
    <w:p>
      <w:pPr>
        <w:pStyle w:val="ListParagraph"/>
      </w:pPr>
      <w:r>
        <w:rPr>
          <w:sz w:val="22"/>
        </w:rPr>
        <w:t>B. Người đủ 16 tuổi trở lên</w:t>
      </w:r>
    </w:p>
    <w:p>
      <w:pPr>
        <w:pStyle w:val="ListParagraph"/>
      </w:pPr>
      <w:r>
        <w:rPr>
          <w:sz w:val="22"/>
        </w:rPr>
        <w:t>C. Người 16 tuổi trở lên</w:t>
      </w:r>
    </w:p>
    <w:p>
      <w:pPr>
        <w:pStyle w:val="ListParagraph"/>
      </w:pPr>
      <w:r>
        <w:rPr>
          <w:sz w:val="22"/>
        </w:rPr>
        <w:t>D. Các đáp án trên sai</w:t>
      </w:r>
    </w:p>
    <w:p/>
    <w:p>
      <w:r>
        <w:rPr>
          <w:b/>
          <w:sz w:val="24"/>
        </w:rPr>
        <w:t>Câu 5: Người lao động có quyền nào dưới đây?</w:t>
      </w:r>
    </w:p>
    <w:p>
      <w:pPr>
        <w:pStyle w:val="ListParagraph"/>
      </w:pPr>
      <w:r>
        <w:rPr>
          <w:sz w:val="22"/>
        </w:rPr>
        <w:t>A. Đình công</w:t>
      </w:r>
    </w:p>
    <w:p>
      <w:pPr>
        <w:pStyle w:val="ListParagraph"/>
      </w:pPr>
      <w:r>
        <w:rPr>
          <w:sz w:val="22"/>
        </w:rPr>
        <w:t>B. Đơn phương chấm dứt hợp đồng lao động</w:t>
      </w:r>
    </w:p>
    <w:p>
      <w:pPr>
        <w:pStyle w:val="ListParagraph"/>
      </w:pPr>
      <w:r>
        <w:rPr>
          <w:sz w:val="22"/>
        </w:rPr>
        <w:t>C. Từ chối làm việc nếu có nguy cơ rõ ràng đe dọa trực tiếp đến tính mạng, sức khỏe trong quá trình thực hiện công việc</w:t>
      </w:r>
    </w:p>
    <w:p>
      <w:pPr>
        <w:pStyle w:val="ListParagraph"/>
      </w:pPr>
      <w:r>
        <w:rPr>
          <w:sz w:val="22"/>
        </w:rPr>
        <w:t>D. Tất cả các đáp án trên</w:t>
      </w:r>
    </w:p>
    <w:p/>
    <w:p>
      <w:r>
        <w:rPr>
          <w:b/>
          <w:sz w:val="24"/>
        </w:rPr>
        <w:t>Câu 6: Luật hôn nhân gia đình 2014 quy định nam nữ kết hôn khi đạt đến độ tuổi nào?</w:t>
      </w:r>
    </w:p>
    <w:p>
      <w:pPr>
        <w:pStyle w:val="ListParagraph"/>
      </w:pPr>
      <w:r>
        <w:rPr>
          <w:sz w:val="22"/>
        </w:rPr>
        <w:t>A. Nam từ đủ 19 tuổi, nữ từ đủ 17 tuổi</w:t>
      </w:r>
    </w:p>
    <w:p>
      <w:pPr>
        <w:pStyle w:val="ListParagraph"/>
      </w:pPr>
      <w:r>
        <w:rPr>
          <w:sz w:val="22"/>
        </w:rPr>
        <w:t>B. Nam từ 20 tuổi, nữ từ 18 tuổi</w:t>
      </w:r>
    </w:p>
    <w:p>
      <w:pPr>
        <w:pStyle w:val="ListParagraph"/>
      </w:pPr>
      <w:r>
        <w:rPr>
          <w:sz w:val="22"/>
        </w:rPr>
        <w:t>C. Nam từ đủ 20 tuổi, nữ từ đủ 18 tuổi</w:t>
      </w:r>
    </w:p>
    <w:p>
      <w:pPr>
        <w:pStyle w:val="ListParagraph"/>
      </w:pPr>
      <w:r>
        <w:rPr>
          <w:sz w:val="22"/>
        </w:rPr>
        <w:t>D. Cả 3 đáp án trên đều sai</w:t>
      </w:r>
    </w:p>
    <w:p/>
    <w:p>
      <w:r>
        <w:rPr>
          <w:b/>
          <w:sz w:val="24"/>
        </w:rPr>
        <w:t>Câu 7: Có mấy loại hợp đồng lao động</w:t>
      </w:r>
    </w:p>
    <w:p>
      <w:pPr>
        <w:pStyle w:val="ListParagraph"/>
      </w:pPr>
      <w:r>
        <w:rPr>
          <w:sz w:val="22"/>
        </w:rPr>
        <w:t>A. 2 loại</w:t>
      </w:r>
    </w:p>
    <w:p>
      <w:pPr>
        <w:pStyle w:val="ListParagraph"/>
      </w:pPr>
      <w:r>
        <w:rPr>
          <w:sz w:val="22"/>
        </w:rPr>
        <w:t>B. 3 loại</w:t>
      </w:r>
    </w:p>
    <w:p>
      <w:pPr>
        <w:pStyle w:val="ListParagraph"/>
      </w:pPr>
      <w:r>
        <w:rPr>
          <w:sz w:val="22"/>
        </w:rPr>
        <w:t>C. 4 loại</w:t>
      </w:r>
    </w:p>
    <w:p>
      <w:pPr>
        <w:pStyle w:val="ListParagraph"/>
      </w:pPr>
      <w:r>
        <w:rPr>
          <w:sz w:val="22"/>
        </w:rPr>
        <w:t>D. 1 loại</w:t>
      </w:r>
    </w:p>
    <w:p/>
    <w:p>
      <w:r>
        <w:rPr>
          <w:b/>
          <w:sz w:val="24"/>
        </w:rPr>
        <w:t>Câu 8: Đối với hợp đồng lao động xác định thời hạn có thời hạn dưới 12 tháng người lao động có quyền đơn phương chấm dứt hợp đồng lao động nhưng phải báo trước cho người sử dụng lao động bao nhiêu ngày?</w:t>
      </w:r>
    </w:p>
    <w:p>
      <w:pPr>
        <w:pStyle w:val="ListParagraph"/>
      </w:pPr>
      <w:r>
        <w:rPr>
          <w:sz w:val="22"/>
        </w:rPr>
        <w:t>A. Ít nhất 10 ngày làm việc</w:t>
      </w:r>
    </w:p>
    <w:p>
      <w:pPr>
        <w:pStyle w:val="ListParagraph"/>
      </w:pPr>
      <w:r>
        <w:rPr>
          <w:sz w:val="22"/>
        </w:rPr>
        <w:t>B. Ít nhất 5 ngày làm việc</w:t>
      </w:r>
    </w:p>
    <w:p>
      <w:pPr>
        <w:pStyle w:val="ListParagraph"/>
      </w:pPr>
      <w:r>
        <w:rPr>
          <w:sz w:val="22"/>
        </w:rPr>
        <w:t>C. Ít nhất 3 ngày làm việc</w:t>
      </w:r>
    </w:p>
    <w:p>
      <w:pPr>
        <w:pStyle w:val="ListParagraph"/>
      </w:pPr>
      <w:r>
        <w:rPr>
          <w:sz w:val="22"/>
        </w:rPr>
        <w:t>D. Ít nhất 15 ngày làm việc</w:t>
      </w:r>
    </w:p>
    <w:p/>
    <w:p>
      <w:r>
        <w:rPr>
          <w:b/>
          <w:sz w:val="24"/>
        </w:rPr>
        <w:t>Câu 9: Nhận định nào sau đây đúng?</w:t>
      </w:r>
    </w:p>
    <w:p>
      <w:pPr>
        <w:pStyle w:val="ListParagraph"/>
      </w:pPr>
      <w:r>
        <w:rPr>
          <w:sz w:val="22"/>
        </w:rPr>
        <w:t>A. Tất cả những người thanh niên đều có năng lực hành vi dân sự đầy đủ</w:t>
      </w:r>
    </w:p>
    <w:p>
      <w:pPr>
        <w:pStyle w:val="ListParagraph"/>
      </w:pPr>
      <w:r>
        <w:rPr>
          <w:sz w:val="22"/>
        </w:rPr>
        <w:t>B. Cứ 18 tuổi là người thành niên</w:t>
      </w:r>
    </w:p>
    <w:p>
      <w:pPr>
        <w:pStyle w:val="ListParagraph"/>
      </w:pPr>
      <w:r>
        <w:rPr>
          <w:sz w:val="22"/>
        </w:rPr>
        <w:t>C. Người thành niên là người đủ 18 tuổi trở lên</w:t>
      </w:r>
    </w:p>
    <w:p>
      <w:pPr>
        <w:pStyle w:val="ListParagraph"/>
      </w:pPr>
      <w:r>
        <w:rPr>
          <w:sz w:val="22"/>
        </w:rPr>
        <w:t>D. Tất cả đều sai</w:t>
      </w:r>
    </w:p>
    <w:p/>
    <w:p>
      <w:r>
        <w:rPr>
          <w:b/>
          <w:sz w:val="24"/>
        </w:rPr>
        <w:t>Câu 10: Trong hợp đồng lao động bao gồm có nội dung sau:</w:t>
      </w:r>
    </w:p>
    <w:p>
      <w:pPr>
        <w:pStyle w:val="ListParagraph"/>
      </w:pPr>
      <w:r>
        <w:rPr>
          <w:sz w:val="22"/>
        </w:rPr>
        <w:t>A. Tiền lương, địa điểm làm việc, thời hạn hợp đồng</w:t>
      </w:r>
    </w:p>
    <w:p>
      <w:pPr>
        <w:pStyle w:val="ListParagraph"/>
      </w:pPr>
      <w:r>
        <w:rPr>
          <w:sz w:val="22"/>
        </w:rPr>
        <w:t>B. Điều kiện an toàn lao động, vệ sinh lao động, bảo hiểm xã hội</w:t>
      </w:r>
    </w:p>
    <w:p>
      <w:pPr>
        <w:pStyle w:val="ListParagraph"/>
      </w:pPr>
      <w:r>
        <w:rPr>
          <w:sz w:val="22"/>
        </w:rPr>
        <w:t>C. Công việc phải làm, thời gian làm việc, thời gian nghỉ ngơi</w:t>
      </w:r>
    </w:p>
    <w:p>
      <w:pPr>
        <w:pStyle w:val="ListParagraph"/>
      </w:pPr>
      <w:r>
        <w:rPr>
          <w:sz w:val="22"/>
        </w:rPr>
        <w:t>D. Các đáp án trên đều đúng</w:t>
      </w:r>
    </w:p>
    <w:p/>
    <w:p>
      <w:r>
        <w:rPr>
          <w:b/>
          <w:sz w:val="24"/>
        </w:rPr>
        <w:t>Câu 11: Nước ta đổi tên nước thành cộng hòa xã hội chủ nghĩa Việt Nam vào ngày tháng năm nào?</w:t>
      </w:r>
    </w:p>
    <w:p>
      <w:pPr>
        <w:pStyle w:val="ListParagraph"/>
      </w:pPr>
      <w:r>
        <w:rPr>
          <w:sz w:val="22"/>
        </w:rPr>
        <w:t>A. 30/4/1975</w:t>
      </w:r>
    </w:p>
    <w:p>
      <w:pPr>
        <w:pStyle w:val="ListParagraph"/>
      </w:pPr>
      <w:r>
        <w:rPr>
          <w:sz w:val="22"/>
        </w:rPr>
        <w:t>B. 2/7/1976</w:t>
      </w:r>
    </w:p>
    <w:p>
      <w:pPr>
        <w:pStyle w:val="ListParagraph"/>
      </w:pPr>
      <w:r>
        <w:rPr>
          <w:sz w:val="22"/>
        </w:rPr>
        <w:t>C. 2/9/1945</w:t>
      </w:r>
    </w:p>
    <w:p>
      <w:pPr>
        <w:pStyle w:val="ListParagraph"/>
      </w:pPr>
      <w:r>
        <w:rPr>
          <w:sz w:val="22"/>
        </w:rPr>
        <w:t>D. Các đáp án trên</w:t>
      </w:r>
    </w:p>
    <w:p/>
    <w:p>
      <w:r>
        <w:rPr>
          <w:b/>
          <w:sz w:val="24"/>
        </w:rPr>
        <w:t>Câu 12: pháp luật cấm kết hôn trong những trường hợp nào sau đây?</w:t>
      </w:r>
    </w:p>
    <w:p>
      <w:pPr>
        <w:pStyle w:val="ListParagraph"/>
      </w:pPr>
      <w:r>
        <w:rPr>
          <w:sz w:val="22"/>
        </w:rPr>
        <w:t>A. Giữa người đang có vợ và đang có chồng</w:t>
      </w:r>
    </w:p>
    <w:p>
      <w:pPr>
        <w:pStyle w:val="ListParagraph"/>
      </w:pPr>
      <w:r>
        <w:rPr>
          <w:sz w:val="22"/>
        </w:rPr>
        <w:t>B. Người mất năng lực hành vi dân sự</w:t>
      </w:r>
    </w:p>
    <w:p>
      <w:pPr>
        <w:pStyle w:val="ListParagraph"/>
      </w:pPr>
      <w:r>
        <w:rPr>
          <w:sz w:val="22"/>
        </w:rPr>
        <w:t>C. Người có dòng máu về trực hệ, có họ trong phạm vi ba đời</w:t>
      </w:r>
    </w:p>
    <w:p>
      <w:pPr>
        <w:pStyle w:val="ListParagraph"/>
      </w:pPr>
      <w:r>
        <w:rPr>
          <w:sz w:val="22"/>
        </w:rPr>
        <w:t>D. Tất cả các trường hợp trên đều bị cấm</w:t>
      </w:r>
    </w:p>
    <w:p/>
    <w:p>
      <w:r>
        <w:rPr>
          <w:b/>
          <w:sz w:val="24"/>
        </w:rPr>
        <w:t>Câu 13: thời gian làm việc bình thường không quá?</w:t>
      </w:r>
    </w:p>
    <w:p>
      <w:pPr>
        <w:pStyle w:val="ListParagraph"/>
      </w:pPr>
      <w:r>
        <w:rPr>
          <w:sz w:val="22"/>
        </w:rPr>
        <w:t>A. 8 giờ trong một ngày và không quá 40 giờ trong 1 tuần</w:t>
      </w:r>
    </w:p>
    <w:p>
      <w:pPr>
        <w:pStyle w:val="ListParagraph"/>
      </w:pPr>
      <w:r>
        <w:rPr>
          <w:sz w:val="22"/>
        </w:rPr>
        <w:t>B. 8 giờ trong 1 ngày và không quá 48 giờ trong một tuần</w:t>
      </w:r>
    </w:p>
    <w:p>
      <w:pPr>
        <w:pStyle w:val="ListParagraph"/>
      </w:pPr>
      <w:r>
        <w:rPr>
          <w:sz w:val="22"/>
        </w:rPr>
        <w:t>C. 8 giờ trong 1 ngày và không quá 50 giờ trong một tuần</w:t>
      </w:r>
    </w:p>
    <w:p>
      <w:pPr>
        <w:pStyle w:val="ListParagraph"/>
      </w:pPr>
      <w:r>
        <w:rPr>
          <w:sz w:val="22"/>
        </w:rPr>
        <w:t>D. 8 giờ trong một ngày và không quá 56 giờ trong 1 tuần</w:t>
      </w:r>
    </w:p>
    <w:p/>
    <w:p>
      <w:r>
        <w:rPr>
          <w:b/>
          <w:sz w:val="24"/>
        </w:rPr>
        <w:t>Câu 14: đâu không phải là hệ thống chính trị Việt Nam</w:t>
      </w:r>
    </w:p>
    <w:p>
      <w:pPr>
        <w:pStyle w:val="ListParagraph"/>
      </w:pPr>
      <w:r>
        <w:rPr>
          <w:sz w:val="22"/>
        </w:rPr>
        <w:t>A. Phòng khám tư nhân</w:t>
      </w:r>
    </w:p>
    <w:p>
      <w:pPr>
        <w:pStyle w:val="ListParagraph"/>
      </w:pPr>
      <w:r>
        <w:rPr>
          <w:sz w:val="22"/>
        </w:rPr>
        <w:t>B. Hội liên hiệp phụ nữ Việt Nam</w:t>
      </w:r>
    </w:p>
    <w:p>
      <w:pPr>
        <w:pStyle w:val="ListParagraph"/>
      </w:pPr>
      <w:r>
        <w:rPr>
          <w:sz w:val="22"/>
        </w:rPr>
        <w:t>C. Mặt trận tổ quốc Việt Nam</w:t>
      </w:r>
    </w:p>
    <w:p>
      <w:pPr>
        <w:pStyle w:val="ListParagraph"/>
      </w:pPr>
      <w:r>
        <w:rPr>
          <w:sz w:val="22"/>
        </w:rPr>
        <w:t>D. Công dân Việt Nam</w:t>
      </w:r>
    </w:p>
    <w:p/>
    <w:p>
      <w:r>
        <w:rPr>
          <w:b/>
          <w:sz w:val="24"/>
        </w:rPr>
        <w:t>Câu 15: con sinh ra trong thời kì nào sau đây thì được coi là con chung của vợ chồng?</w:t>
      </w:r>
    </w:p>
    <w:p>
      <w:pPr>
        <w:pStyle w:val="ListParagraph"/>
      </w:pPr>
      <w:r>
        <w:rPr>
          <w:sz w:val="22"/>
        </w:rPr>
        <w:t>A. Con sinh ra trước ngày đăng kí kết hôn và được cha mẹ thừa nhận</w:t>
      </w:r>
    </w:p>
    <w:p>
      <w:pPr>
        <w:pStyle w:val="ListParagraph"/>
      </w:pPr>
      <w:r>
        <w:rPr>
          <w:sz w:val="22"/>
        </w:rPr>
        <w:t>B. Con sinh ra trong thời kì hôn nhân hoặc vợ đã có thai trong thời kì đó</w:t>
      </w:r>
    </w:p>
    <w:p>
      <w:pPr>
        <w:pStyle w:val="ListParagraph"/>
      </w:pPr>
      <w:r>
        <w:rPr>
          <w:sz w:val="22"/>
        </w:rPr>
        <w:t>C. Con của vợ chồng mang thai hộ</w:t>
      </w:r>
    </w:p>
    <w:p>
      <w:pPr>
        <w:pStyle w:val="ListParagraph"/>
      </w:pPr>
      <w:r>
        <w:rPr>
          <w:sz w:val="22"/>
        </w:rPr>
        <w:t>D. Tất cả các đáp án trên</w:t>
      </w:r>
    </w:p>
    <w:p/>
    <w:p>
      <w:r>
        <w:t>──────────────────────────────────────────────────</w:t>
      </w:r>
    </w:p>
    <w:p>
      <w:r>
        <w:rPr>
          <w:b/>
        </w:rPr>
        <w:t>BẢNG ĐÁP ÁN &amp; LỜI GIẢI CHI TIẾT</w:t>
      </w:r>
    </w:p>
    <w:p>
      <w:r>
        <w:rPr>
          <w:b/>
        </w:rPr>
        <w:t>Câu 1: Đáp án đúng: B</w:t>
      </w:r>
    </w:p>
    <w:p>
      <w:r>
        <w:rPr>
          <w:b/>
        </w:rPr>
        <w:t>Câu 2: Đáp án đúng: B</w:t>
      </w:r>
    </w:p>
    <w:p>
      <w:r>
        <w:rPr>
          <w:b/>
        </w:rPr>
        <w:t>Câu 3: Đáp án đúng: B</w:t>
      </w:r>
    </w:p>
    <w:p>
      <w:r>
        <w:rPr>
          <w:b/>
        </w:rPr>
        <w:t>Câu 4: Đáp án đúng: B</w:t>
      </w:r>
    </w:p>
    <w:p>
      <w:r>
        <w:rPr>
          <w:b/>
        </w:rPr>
        <w:t>Câu 5: Đáp án đúng: D</w:t>
      </w:r>
    </w:p>
    <w:p>
      <w:r>
        <w:rPr>
          <w:b/>
        </w:rPr>
        <w:t>Câu 6: Đáp án đúng: C</w:t>
      </w:r>
    </w:p>
    <w:p>
      <w:r>
        <w:rPr>
          <w:b/>
        </w:rPr>
        <w:t>Câu 7: Đáp án đúng: A</w:t>
      </w:r>
    </w:p>
    <w:p>
      <w:r>
        <w:rPr>
          <w:b/>
        </w:rPr>
        <w:t>Câu 8: Đáp án đúng: C</w:t>
      </w:r>
    </w:p>
    <w:p>
      <w:r>
        <w:rPr>
          <w:b/>
        </w:rPr>
        <w:t>Câu 9: Đáp án đúng: C</w:t>
      </w:r>
    </w:p>
    <w:p>
      <w:r>
        <w:rPr>
          <w:b/>
        </w:rPr>
        <w:t>Câu 10: Đáp án đúng: D</w:t>
      </w:r>
    </w:p>
    <w:p>
      <w:r>
        <w:rPr>
          <w:b/>
        </w:rPr>
        <w:t>Câu 11: Đáp án đúng: B</w:t>
      </w:r>
    </w:p>
    <w:p>
      <w:r>
        <w:rPr>
          <w:b/>
        </w:rPr>
        <w:t>Câu 12: Đáp án đúng: D</w:t>
      </w:r>
    </w:p>
    <w:p>
      <w:r>
        <w:rPr>
          <w:b/>
        </w:rPr>
        <w:t>Câu 13: Đáp án đúng: B</w:t>
      </w:r>
    </w:p>
    <w:p>
      <w:r>
        <w:rPr>
          <w:b/>
        </w:rPr>
        <w:t>Câu 14: Đáp án đúng: A</w:t>
      </w:r>
    </w:p>
    <w:p>
      <w:r>
        <w:rPr>
          <w:b/>
        </w:rPr>
        <w:t>Câu 15: Đáp án đúng: D</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