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CHƯƠNG 1: ĐẠI CƯƠNG VỀ CÔNG NGHỆ</w:t>
      </w:r>
    </w:p>
    <w:p>
      <w:pPr>
        <w:jc w:val="center"/>
      </w:pPr>
      <w:r>
        <w:rPr>
          <w:sz w:val="22"/>
        </w:rPr>
        <w:t>Số câu: 46    Thời gian: _____ phút    Họ và tên: _________________________</w:t>
      </w:r>
    </w:p>
    <w:p/>
    <w:p>
      <w:r>
        <w:rPr>
          <w:b/>
          <w:sz w:val="24"/>
        </w:rPr>
        <w:t>Câu 1: Công nghệ mới đầu tiên được giới thiệu là:</w:t>
      </w:r>
    </w:p>
    <w:p>
      <w:pPr>
        <w:pStyle w:val="ListParagraph"/>
      </w:pPr>
      <w:r>
        <w:rPr>
          <w:sz w:val="22"/>
        </w:rPr>
        <w:t>A. Công nghệ CAD/CAM/CNC</w:t>
      </w:r>
    </w:p>
    <w:p>
      <w:pPr>
        <w:pStyle w:val="ListParagraph"/>
      </w:pPr>
      <w:r>
        <w:rPr>
          <w:sz w:val="22"/>
        </w:rPr>
        <w:t>B. Công nghệ in 3D</w:t>
      </w:r>
    </w:p>
    <w:p>
      <w:pPr>
        <w:pStyle w:val="ListParagraph"/>
      </w:pPr>
      <w:r>
        <w:rPr>
          <w:sz w:val="22"/>
        </w:rPr>
        <w:t>C. Công nghệ nano</w:t>
      </w:r>
    </w:p>
    <w:p>
      <w:pPr>
        <w:pStyle w:val="ListParagraph"/>
      </w:pPr>
      <w:r>
        <w:rPr>
          <w:sz w:val="22"/>
        </w:rPr>
        <w:t>D. Công nghệ năng lượng tái tạo</w:t>
      </w:r>
    </w:p>
    <w:p/>
    <w:p>
      <w:r>
        <w:rPr>
          <w:b/>
          <w:sz w:val="24"/>
        </w:rPr>
        <w:t>Câu 2: Có mấy công nghệ mới được giới thiệu trong chương trình?</w:t>
      </w:r>
    </w:p>
    <w:p>
      <w:pPr>
        <w:pStyle w:val="ListParagraph"/>
      </w:pPr>
      <w:r>
        <w:rPr>
          <w:sz w:val="22"/>
        </w:rPr>
        <w:t>A. 7</w:t>
      </w:r>
    </w:p>
    <w:p>
      <w:pPr>
        <w:pStyle w:val="ListParagraph"/>
      </w:pPr>
      <w:r>
        <w:rPr>
          <w:sz w:val="22"/>
        </w:rPr>
        <w:t>B. 6</w:t>
      </w:r>
    </w:p>
    <w:p>
      <w:pPr>
        <w:pStyle w:val="ListParagraph"/>
      </w:pPr>
      <w:r>
        <w:rPr>
          <w:sz w:val="22"/>
        </w:rPr>
        <w:t>C. 5</w:t>
      </w:r>
    </w:p>
    <w:p>
      <w:pPr>
        <w:pStyle w:val="ListParagraph"/>
      </w:pPr>
      <w:r>
        <w:rPr>
          <w:sz w:val="22"/>
        </w:rPr>
        <w:t>D. 4</w:t>
      </w:r>
    </w:p>
    <w:p/>
    <w:p>
      <w:r>
        <w:rPr>
          <w:b/>
          <w:sz w:val="24"/>
        </w:rPr>
        <w:t>Câu 3: Công nghệ mới thứ ba được giới thiệu là:</w:t>
      </w:r>
    </w:p>
    <w:p>
      <w:pPr>
        <w:pStyle w:val="ListParagraph"/>
      </w:pPr>
      <w:r>
        <w:rPr>
          <w:sz w:val="22"/>
        </w:rPr>
        <w:t>A. Công nghệ nano</w:t>
      </w:r>
    </w:p>
    <w:p>
      <w:pPr>
        <w:pStyle w:val="ListParagraph"/>
      </w:pPr>
      <w:r>
        <w:rPr>
          <w:sz w:val="22"/>
        </w:rPr>
        <w:t>B. Công nghệ in 3D</w:t>
      </w:r>
    </w:p>
    <w:p>
      <w:pPr>
        <w:pStyle w:val="ListParagraph"/>
      </w:pPr>
      <w:r>
        <w:rPr>
          <w:sz w:val="22"/>
        </w:rPr>
        <w:t>C. Công nghệ CAD/CAM/CNC</w:t>
      </w:r>
    </w:p>
    <w:p>
      <w:pPr>
        <w:pStyle w:val="ListParagraph"/>
      </w:pPr>
      <w:r>
        <w:rPr>
          <w:sz w:val="22"/>
        </w:rPr>
        <w:t>D. Công nghệ năng lượng tái tạo</w:t>
      </w:r>
    </w:p>
    <w:p/>
    <w:p>
      <w:r>
        <w:rPr>
          <w:b/>
          <w:sz w:val="24"/>
        </w:rPr>
        <w:t>Câu 4: Công nghệ nano là:</w:t>
      </w:r>
    </w:p>
    <w:p>
      <w:pPr>
        <w:pStyle w:val="ListParagraph"/>
      </w:pPr>
      <w:r>
        <w:rPr>
          <w:sz w:val="22"/>
        </w:rPr>
        <w:t>A. Công nghệ sử dụng phần mềm CAD để thiết kế chi tiết sau đó chuyển mô hình thiết kế đến phần mềm CAM để lập quy trình công nghệ gia công chi tiết, sau đó sử dụng máy điều khiển số CNC.</w:t>
      </w:r>
    </w:p>
    <w:p>
      <w:pPr>
        <w:pStyle w:val="ListParagraph"/>
      </w:pPr>
      <w:r>
        <w:rPr>
          <w:sz w:val="22"/>
        </w:rPr>
        <w:t>B. Công nghệ phân tách mô hình 3D thành các lớp 2D xếp chồng lên nhau</w:t>
      </w:r>
    </w:p>
    <w:p>
      <w:pPr>
        <w:pStyle w:val="ListParagraph"/>
      </w:pPr>
      <w:r>
        <w:rPr>
          <w:sz w:val="22"/>
        </w:rPr>
        <w:t>C. Công nghệ sản xuất năng lượng trên cơ sở chuyển hóa từ các nguồn năng lượng liên tục, vô hạn, ít tác động tiêu cực đến môi trường.</w:t>
      </w:r>
    </w:p>
    <w:p>
      <w:pPr>
        <w:pStyle w:val="ListParagraph"/>
      </w:pPr>
      <w:r>
        <w:rPr>
          <w:sz w:val="22"/>
        </w:rPr>
        <w:t>D. Công nghệ phân tích, chế tạo và ứng dụng các vật liệu có cấu trúc nano</w:t>
      </w:r>
    </w:p>
    <w:p/>
    <w:p>
      <w:r>
        <w:rPr>
          <w:b/>
          <w:sz w:val="24"/>
        </w:rPr>
        <w:t>Câu 5: Công nghệ kết nối, thu thập và trao đổi dữ liệu với nhau giữa các máy tính, máy móc, thiết bị kĩ thuật số và cả con người thông qua môi trường internet. Đó là công nghệ gì?</w:t>
      </w:r>
    </w:p>
    <w:p>
      <w:pPr>
        <w:pStyle w:val="ListParagraph"/>
      </w:pPr>
      <w:r>
        <w:rPr>
          <w:sz w:val="22"/>
        </w:rPr>
        <w:t>A. Công nghệ Internet vạn vật</w:t>
      </w:r>
    </w:p>
    <w:p>
      <w:pPr>
        <w:pStyle w:val="ListParagraph"/>
      </w:pPr>
      <w:r>
        <w:rPr>
          <w:sz w:val="22"/>
        </w:rPr>
        <w:t>B. Công nghệ trí tuệ nhân tạo</w:t>
      </w:r>
    </w:p>
    <w:p>
      <w:pPr>
        <w:pStyle w:val="ListParagraph"/>
      </w:pPr>
      <w:r>
        <w:rPr>
          <w:sz w:val="22"/>
        </w:rPr>
        <w:t>C. Công nghệ Robot thông minh</w:t>
      </w:r>
    </w:p>
    <w:p>
      <w:pPr>
        <w:pStyle w:val="ListParagraph"/>
      </w:pPr>
      <w:r>
        <w:rPr>
          <w:sz w:val="22"/>
        </w:rPr>
        <w:t>D. Cả 3 đáp án trên</w:t>
      </w:r>
    </w:p>
    <w:p/>
    <w:p>
      <w:r>
        <w:rPr>
          <w:b/>
          <w:sz w:val="24"/>
        </w:rPr>
        <w:t>Câu 6: Công nghệ CAD/CAM/CNC là:</w:t>
      </w:r>
    </w:p>
    <w:p>
      <w:pPr>
        <w:pStyle w:val="ListParagraph"/>
      </w:pPr>
      <w:r>
        <w:rPr>
          <w:sz w:val="22"/>
        </w:rPr>
        <w:t>A. Công nghệ phân tích, chế tạo và ứng dụng các vật liệu có cấu trúc nano</w:t>
      </w:r>
    </w:p>
    <w:p>
      <w:pPr>
        <w:pStyle w:val="ListParagraph"/>
      </w:pPr>
      <w:r>
        <w:rPr>
          <w:sz w:val="22"/>
        </w:rPr>
        <w:t>B. Công nghệ phân tách mô hình 3D thành các lớp 2D xếp chồng lên nhau</w:t>
      </w:r>
    </w:p>
    <w:p>
      <w:pPr>
        <w:pStyle w:val="ListParagraph"/>
      </w:pPr>
      <w:r>
        <w:rPr>
          <w:sz w:val="22"/>
        </w:rPr>
        <w:t>C. Công nghệ sử dụng phần mềm CAD để thiết kế chi tiết sau đó chuyển mô hình thiết kế đến phần mềm CAM để lập quy trình công nghệ gia công chi tiết, sau đó sử dụng máy điều khiển số CNC.</w:t>
      </w:r>
    </w:p>
    <w:p>
      <w:pPr>
        <w:pStyle w:val="ListParagraph"/>
      </w:pPr>
      <w:r>
        <w:rPr>
          <w:sz w:val="22"/>
        </w:rPr>
        <w:t>D. Công nghệ sản xuất năng lượng trên cơ sở chuyển hóa từ các nguồn năng lượng liên tục, vô hạn, ít tác động tiêu cực đến môi trường.</w:t>
      </w:r>
    </w:p>
    <w:p/>
    <w:p>
      <w:r>
        <w:rPr>
          <w:b/>
          <w:sz w:val="24"/>
        </w:rPr>
        <w:t>Câu 7: Công nghệ mới thứ hai được giới thiệu là:</w:t>
      </w:r>
    </w:p>
    <w:p>
      <w:pPr>
        <w:pStyle w:val="ListParagraph"/>
      </w:pPr>
      <w:r>
        <w:rPr>
          <w:sz w:val="22"/>
        </w:rPr>
        <w:t>A. Công nghệ CAD/CAM/CNC</w:t>
      </w:r>
    </w:p>
    <w:p>
      <w:pPr>
        <w:pStyle w:val="ListParagraph"/>
      </w:pPr>
      <w:r>
        <w:rPr>
          <w:sz w:val="22"/>
        </w:rPr>
        <w:t>B. Công nghệ nano</w:t>
      </w:r>
    </w:p>
    <w:p>
      <w:pPr>
        <w:pStyle w:val="ListParagraph"/>
      </w:pPr>
      <w:r>
        <w:rPr>
          <w:sz w:val="22"/>
        </w:rPr>
        <w:t>C. Công nghệ năng lượng tái tạo</w:t>
      </w:r>
    </w:p>
    <w:p>
      <w:pPr>
        <w:pStyle w:val="ListParagraph"/>
      </w:pPr>
      <w:r>
        <w:rPr>
          <w:sz w:val="22"/>
        </w:rPr>
        <w:t>D. Công nghệ in 3D</w:t>
      </w:r>
    </w:p>
    <w:p/>
    <w:p>
      <w:r>
        <w:rPr>
          <w:b/>
          <w:sz w:val="24"/>
        </w:rPr>
        <w:t>Câu 8: Công nghệ in 3D là:</w:t>
      </w:r>
    </w:p>
    <w:p>
      <w:pPr>
        <w:pStyle w:val="ListParagraph"/>
      </w:pPr>
      <w:r>
        <w:rPr>
          <w:sz w:val="22"/>
        </w:rPr>
        <w:t>A. Công nghệ phân tách mô hình 3D thành các lớp 2D xếp chồng lên nhau</w:t>
      </w:r>
    </w:p>
    <w:p>
      <w:pPr>
        <w:pStyle w:val="ListParagraph"/>
      </w:pPr>
      <w:r>
        <w:rPr>
          <w:sz w:val="22"/>
        </w:rPr>
        <w:t>B. Công nghệ phân tích, chế tạo và ứng dụng các vật liệu có cấu trúc nano</w:t>
      </w:r>
    </w:p>
    <w:p>
      <w:pPr>
        <w:pStyle w:val="ListParagraph"/>
      </w:pPr>
      <w:r>
        <w:rPr>
          <w:sz w:val="22"/>
        </w:rPr>
        <w:t>C. Công nghệ sử dụng phần mềm CAD để thiết kế chi tiết sau đó chuyển mô hình thiết kế đến phần mềm CAM để lập quy trình công nghệ gia công chi tiết, sau đó sử dụng máy điều khiển số CNC.</w:t>
      </w:r>
    </w:p>
    <w:p>
      <w:pPr>
        <w:pStyle w:val="ListParagraph"/>
      </w:pPr>
      <w:r>
        <w:rPr>
          <w:sz w:val="22"/>
        </w:rPr>
        <w:t>D. Công nghệ sản xuất năng lượng trên cơ sở chuyển hóa từ các nguồn năng lượng liên tục, vô hạn, ít tác động tiêu cực đến môi trường.</w:t>
      </w:r>
    </w:p>
    <w:p/>
    <w:p>
      <w:r>
        <w:rPr>
          <w:b/>
          <w:sz w:val="24"/>
        </w:rPr>
        <w:t>Câu 9: Ứng dụng công nghệ nano là hình nào sau đây?</w:t>
      </w:r>
    </w:p>
    <w:p>
      <w:pPr>
        <w:pStyle w:val="ListParagraph"/>
      </w:pPr>
      <w:r>
        <w:rPr>
          <w:sz w:val="22"/>
        </w:rPr>
        <w:t>A. 🖼️ [IMAGE: /static/uploads/docx_img_1793683352_13fb7bf2.png]</w:t>
      </w:r>
    </w:p>
    <w:p>
      <w:pPr>
        <w:pStyle w:val="ListParagraph"/>
      </w:pPr>
      <w:r>
        <w:rPr>
          <w:sz w:val="22"/>
        </w:rPr>
        <w:t>B. 🖼️ [IMAGE: /static/uploads/docx_img_1793683352_9e0d43fb.png]</w:t>
      </w:r>
    </w:p>
    <w:p>
      <w:pPr>
        <w:pStyle w:val="ListParagraph"/>
      </w:pPr>
      <w:r>
        <w:rPr>
          <w:sz w:val="22"/>
        </w:rPr>
        <w:t>C. 🖼️ [IMAGE: /static/uploads/docx_img_1793683352_a61338c6.png]</w:t>
      </w:r>
    </w:p>
    <w:p>
      <w:pPr>
        <w:pStyle w:val="ListParagraph"/>
      </w:pPr>
      <w:r>
        <w:rPr>
          <w:sz w:val="22"/>
        </w:rPr>
        <w:t>D. 🖼️ [IMAGE: /static/uploads/docx_img_1793683352_df33b251.png]</w:t>
      </w:r>
    </w:p>
    <w:p/>
    <w:p>
      <w:r>
        <w:rPr>
          <w:b/>
          <w:sz w:val="24"/>
        </w:rPr>
        <w:t>Câu 10: Công nghệ năng lượng tái tạo là:</w:t>
      </w:r>
    </w:p>
    <w:p>
      <w:pPr>
        <w:pStyle w:val="ListParagraph"/>
      </w:pPr>
      <w:r>
        <w:rPr>
          <w:sz w:val="22"/>
        </w:rPr>
        <w:t>A. Công nghệ phân tích, chế tạo và ứng dụng các vật liệu có cấu trúc nano</w:t>
      </w:r>
    </w:p>
    <w:p>
      <w:pPr>
        <w:pStyle w:val="ListParagraph"/>
      </w:pPr>
      <w:r>
        <w:rPr>
          <w:sz w:val="22"/>
        </w:rPr>
        <w:t>B. Công nghệ sử dụng phần mềm CAD để thiết kế chi tiết sau đó chuyển mô hình thiết kế đến phần mềm CAM để lập quy trình công nghệ gia công chi tiết, sau đó sử dụng máy điều khiển số CNC.</w:t>
      </w:r>
    </w:p>
    <w:p>
      <w:pPr>
        <w:pStyle w:val="ListParagraph"/>
      </w:pPr>
      <w:r>
        <w:rPr>
          <w:sz w:val="22"/>
        </w:rPr>
        <w:t>C. Công nghệ phân tách mô hình 3D thành các lớp 2D xếp chồng lên nhau</w:t>
      </w:r>
    </w:p>
    <w:p>
      <w:pPr>
        <w:pStyle w:val="ListParagraph"/>
      </w:pPr>
      <w:r>
        <w:rPr>
          <w:sz w:val="22"/>
        </w:rPr>
        <w:t>D. Công nghệ sản xuất năng lượng trên cơ sở chuyển hóa từ các nguồn năng lượng liên tục, vô hạn, ít tác động tiêu cực đến môi trường.</w:t>
      </w:r>
    </w:p>
    <w:p/>
    <w:p>
      <w:r>
        <w:rPr>
          <w:b/>
          <w:sz w:val="24"/>
        </w:rPr>
        <w:t>Câu 11: Công nghệ mới thứ tư được giới thiệu là:</w:t>
      </w:r>
    </w:p>
    <w:p>
      <w:pPr>
        <w:pStyle w:val="ListParagraph"/>
      </w:pPr>
      <w:r>
        <w:rPr>
          <w:sz w:val="22"/>
        </w:rPr>
        <w:t>A. Công nghệ in 3D</w:t>
      </w:r>
    </w:p>
    <w:p>
      <w:pPr>
        <w:pStyle w:val="ListParagraph"/>
      </w:pPr>
      <w:r>
        <w:rPr>
          <w:sz w:val="22"/>
        </w:rPr>
        <w:t>B. Công nghệ năng lượng tái tạo</w:t>
      </w:r>
    </w:p>
    <w:p>
      <w:pPr>
        <w:pStyle w:val="ListParagraph"/>
      </w:pPr>
      <w:r>
        <w:rPr>
          <w:sz w:val="22"/>
        </w:rPr>
        <w:t>C. Công nghệ CAD/CAM/CNC</w:t>
      </w:r>
    </w:p>
    <w:p>
      <w:pPr>
        <w:pStyle w:val="ListParagraph"/>
      </w:pPr>
      <w:r>
        <w:rPr>
          <w:sz w:val="22"/>
        </w:rPr>
        <w:t>D. Công nghệ nano</w:t>
      </w:r>
    </w:p>
    <w:p/>
    <w:p>
      <w:r>
        <w:rPr>
          <w:b/>
          <w:sz w:val="24"/>
        </w:rPr>
        <w:t>Câu 12: Công nghệ mô phỏng các hoạt động trí tuệ của con người bằng máy móc, đặc biệt là các hệ thống máy tính. Đó là công nghệ gì?</w:t>
      </w:r>
    </w:p>
    <w:p>
      <w:pPr>
        <w:pStyle w:val="ListParagraph"/>
      </w:pPr>
      <w:r>
        <w:rPr>
          <w:sz w:val="22"/>
        </w:rPr>
        <w:t>A. Công nghệ Internet vạn vật</w:t>
      </w:r>
    </w:p>
    <w:p>
      <w:pPr>
        <w:pStyle w:val="ListParagraph"/>
      </w:pPr>
      <w:r>
        <w:rPr>
          <w:sz w:val="22"/>
        </w:rPr>
        <w:t>B. Công nghệ trí tuệ nhân tạo</w:t>
      </w:r>
    </w:p>
    <w:p>
      <w:pPr>
        <w:pStyle w:val="ListParagraph"/>
      </w:pPr>
      <w:r>
        <w:rPr>
          <w:sz w:val="22"/>
        </w:rPr>
        <w:t>C. Công nghệ Robot thông minh</w:t>
      </w:r>
    </w:p>
    <w:p>
      <w:pPr>
        <w:pStyle w:val="ListParagraph"/>
      </w:pPr>
      <w:r>
        <w:rPr>
          <w:sz w:val="22"/>
        </w:rPr>
        <w:t>D. Cả 3 đáp án trên</w:t>
      </w:r>
    </w:p>
    <w:p/>
    <w:p>
      <w:r>
        <w:rPr>
          <w:b/>
          <w:sz w:val="24"/>
        </w:rPr>
        <w:t>Câu 13: Công nghệ Robot có bộ não sử dụng trí tuệ nhân tạo được cải thiện về khả năng nhận thức, ra quyết định và thực thi nhiệm vụ theo cách toàn diện hơn so với robot truyền thống. Đó là công nghệ gì?</w:t>
      </w:r>
    </w:p>
    <w:p>
      <w:pPr>
        <w:pStyle w:val="ListParagraph"/>
      </w:pPr>
      <w:r>
        <w:rPr>
          <w:sz w:val="22"/>
        </w:rPr>
        <w:t>A. Công nghệ Robot thông minh</w:t>
      </w:r>
    </w:p>
    <w:p>
      <w:pPr>
        <w:pStyle w:val="ListParagraph"/>
      </w:pPr>
      <w:r>
        <w:rPr>
          <w:sz w:val="22"/>
        </w:rPr>
        <w:t>B. Công nghệ trí tuệ nhân tạo</w:t>
      </w:r>
    </w:p>
    <w:p>
      <w:pPr>
        <w:pStyle w:val="ListParagraph"/>
      </w:pPr>
      <w:r>
        <w:rPr>
          <w:sz w:val="22"/>
        </w:rPr>
        <w:t>C. Công nghệ Internet vạn vật</w:t>
      </w:r>
    </w:p>
    <w:p>
      <w:pPr>
        <w:pStyle w:val="ListParagraph"/>
      </w:pPr>
      <w:r>
        <w:rPr>
          <w:sz w:val="22"/>
        </w:rPr>
        <w:t>D. Cả 3 đáp án trên</w:t>
      </w:r>
    </w:p>
    <w:p/>
    <w:p>
      <w:r>
        <w:rPr>
          <w:b/>
          <w:sz w:val="24"/>
        </w:rPr>
        <w:t>Câu 14: Ứng dụng công nghệ CAD/CAM/CNC là hình nào sau đây?</w:t>
      </w:r>
    </w:p>
    <w:p>
      <w:pPr>
        <w:pStyle w:val="ListParagraph"/>
      </w:pPr>
      <w:r>
        <w:rPr>
          <w:sz w:val="22"/>
        </w:rPr>
        <w:t>A. 🖼️ [IMAGE: /static/uploads/docx_img_1793683352_a61338c6.png]</w:t>
      </w:r>
    </w:p>
    <w:p>
      <w:pPr>
        <w:pStyle w:val="ListParagraph"/>
      </w:pPr>
      <w:r>
        <w:rPr>
          <w:sz w:val="22"/>
        </w:rPr>
        <w:t>B. 🖼️ [IMAGE: /static/uploads/docx_img_1793683352_df33b251.png]</w:t>
      </w:r>
    </w:p>
    <w:p>
      <w:pPr>
        <w:pStyle w:val="ListParagraph"/>
      </w:pPr>
      <w:r>
        <w:rPr>
          <w:sz w:val="22"/>
        </w:rPr>
        <w:t>C. 🖼️ [IMAGE: /static/uploads/docx_img_1793683352_13fb7bf2.png]</w:t>
      </w:r>
    </w:p>
    <w:p>
      <w:pPr>
        <w:pStyle w:val="ListParagraph"/>
      </w:pPr>
      <w:r>
        <w:rPr>
          <w:sz w:val="22"/>
        </w:rPr>
        <w:t>D. 🖼️ [IMAGE: /static/uploads/docx_img_1793683352_9e0d43fb.png]</w:t>
      </w:r>
    </w:p>
    <w:p/>
    <w:p>
      <w:r>
        <w:rPr>
          <w:b/>
          <w:sz w:val="24"/>
        </w:rPr>
        <w:t>Câu 15: Ứng dụng công nghệ in 3D là hình nào sau đây?</w:t>
      </w:r>
    </w:p>
    <w:p>
      <w:pPr>
        <w:pStyle w:val="ListParagraph"/>
      </w:pPr>
      <w:r>
        <w:rPr>
          <w:sz w:val="22"/>
        </w:rPr>
        <w:t>A. 🖼️ [IMAGE: /static/uploads/docx_img_1793683352_df33b251.png]</w:t>
      </w:r>
    </w:p>
    <w:p>
      <w:pPr>
        <w:pStyle w:val="ListParagraph"/>
      </w:pPr>
      <w:r>
        <w:rPr>
          <w:sz w:val="22"/>
        </w:rPr>
        <w:t>B. 🖼️ [IMAGE: /static/uploads/docx_img_1793683352_13fb7bf2.png]</w:t>
      </w:r>
    </w:p>
    <w:p>
      <w:pPr>
        <w:pStyle w:val="ListParagraph"/>
      </w:pPr>
      <w:r>
        <w:rPr>
          <w:sz w:val="22"/>
        </w:rPr>
        <w:t>C. 🖼️ [IMAGE: /static/uploads/docx_img_1793683352_9e0d43fb.png]</w:t>
      </w:r>
    </w:p>
    <w:p>
      <w:pPr>
        <w:pStyle w:val="ListParagraph"/>
      </w:pPr>
      <w:r>
        <w:rPr>
          <w:sz w:val="22"/>
        </w:rPr>
        <w:t>D. 🖼️ [IMAGE: /static/uploads/docx_img_1793683352_a61338c6.png]</w:t>
      </w:r>
    </w:p>
    <w:p/>
    <w:p>
      <w:r>
        <w:rPr>
          <w:b/>
          <w:sz w:val="24"/>
        </w:rPr>
        <w:t>Câu 16: CAM trong công nghệ CAD/ CAM – CNC là gì ?</w:t>
      </w:r>
    </w:p>
    <w:p>
      <w:pPr>
        <w:pStyle w:val="ListParagraph"/>
      </w:pPr>
      <w:r>
        <w:rPr>
          <w:sz w:val="22"/>
        </w:rPr>
        <w:t>A. Thiết kế có sự trợ giúp của máy tính</w:t>
      </w:r>
    </w:p>
    <w:p>
      <w:pPr>
        <w:pStyle w:val="ListParagraph"/>
      </w:pPr>
      <w:r>
        <w:rPr>
          <w:sz w:val="22"/>
        </w:rPr>
        <w:t>B. điều khiển số bằng máy tính.</w:t>
      </w:r>
    </w:p>
    <w:p>
      <w:pPr>
        <w:pStyle w:val="ListParagraph"/>
      </w:pPr>
      <w:r>
        <w:rPr>
          <w:sz w:val="22"/>
        </w:rPr>
        <w:t>C. sản xuất có trợ giúp của máy tính</w:t>
      </w:r>
    </w:p>
    <w:p>
      <w:pPr>
        <w:pStyle w:val="ListParagraph"/>
      </w:pPr>
      <w:r>
        <w:rPr>
          <w:sz w:val="22"/>
        </w:rPr>
        <w:t>D. điều khiển số</w:t>
      </w:r>
    </w:p>
    <w:p/>
    <w:p>
      <w:r>
        <w:rPr>
          <w:b/>
          <w:sz w:val="24"/>
        </w:rPr>
        <w:t>Câu 17: Công nghệ nào sau đây không phải là công nghệ mới</w:t>
      </w:r>
    </w:p>
    <w:p>
      <w:pPr>
        <w:pStyle w:val="ListParagraph"/>
      </w:pPr>
      <w:r>
        <w:rPr>
          <w:sz w:val="22"/>
        </w:rPr>
        <w:t>A. Công nghệ lắp đặt điện tử- điện dân dụng</w:t>
      </w:r>
    </w:p>
    <w:p>
      <w:pPr>
        <w:pStyle w:val="ListParagraph"/>
      </w:pPr>
      <w:r>
        <w:rPr>
          <w:sz w:val="22"/>
        </w:rPr>
        <w:t>B. Công nghệ vật liệu nano</w:t>
      </w:r>
    </w:p>
    <w:p>
      <w:pPr>
        <w:pStyle w:val="ListParagraph"/>
      </w:pPr>
      <w:r>
        <w:rPr>
          <w:sz w:val="22"/>
        </w:rPr>
        <w:t>C. Công nghệ in 3D</w:t>
      </w:r>
    </w:p>
    <w:p>
      <w:pPr>
        <w:pStyle w:val="ListParagraph"/>
      </w:pPr>
      <w:r>
        <w:rPr>
          <w:sz w:val="22"/>
        </w:rPr>
        <w:t>D. Công nghệ năng lượng tái tạo</w:t>
      </w:r>
    </w:p>
    <w:p/>
    <w:p>
      <w:r>
        <w:rPr>
          <w:b/>
          <w:sz w:val="24"/>
        </w:rPr>
        <w:t>Câu 18: Công nghệ CAD/ CAM - CNC được ứng dụng ở đâu ?</w:t>
      </w:r>
    </w:p>
    <w:p>
      <w:pPr>
        <w:pStyle w:val="ListParagraph"/>
      </w:pPr>
      <w:r>
        <w:rPr>
          <w:sz w:val="22"/>
        </w:rPr>
        <w:t>A. Lập trình</w:t>
      </w:r>
    </w:p>
    <w:p>
      <w:pPr>
        <w:pStyle w:val="ListParagraph"/>
      </w:pPr>
      <w:r>
        <w:rPr>
          <w:sz w:val="22"/>
        </w:rPr>
        <w:t>B. sản xuất cơ khí</w:t>
      </w:r>
    </w:p>
    <w:p>
      <w:pPr>
        <w:pStyle w:val="ListParagraph"/>
      </w:pPr>
      <w:r>
        <w:rPr>
          <w:sz w:val="22"/>
        </w:rPr>
        <w:t>C. May mặc</w:t>
      </w:r>
    </w:p>
    <w:p>
      <w:pPr>
        <w:pStyle w:val="ListParagraph"/>
      </w:pPr>
      <w:r>
        <w:rPr>
          <w:sz w:val="22"/>
        </w:rPr>
        <w:t>D. Đáp án khác</w:t>
      </w:r>
    </w:p>
    <w:p/>
    <w:p>
      <w:r>
        <w:rPr>
          <w:b/>
          <w:sz w:val="24"/>
        </w:rPr>
        <w:t>Câu 19: Ưu điểm của công nghệ in 3D so với các công nghệ chế tạo truyền thống khác là gì?</w:t>
      </w:r>
    </w:p>
    <w:p>
      <w:pPr>
        <w:pStyle w:val="ListParagraph"/>
      </w:pPr>
      <w:r>
        <w:rPr>
          <w:sz w:val="22"/>
        </w:rPr>
        <w:t>A. Tạo ra được sản phẩm không bị rỗng bên trong</w:t>
      </w:r>
    </w:p>
    <w:p>
      <w:pPr>
        <w:pStyle w:val="ListParagraph"/>
      </w:pPr>
      <w:r>
        <w:rPr>
          <w:sz w:val="22"/>
        </w:rPr>
        <w:t>B. tạo ra được các sản phẩm có cấu tạo phức tạp</w:t>
      </w:r>
    </w:p>
    <w:p>
      <w:pPr>
        <w:pStyle w:val="ListParagraph"/>
      </w:pPr>
      <w:r>
        <w:rPr>
          <w:sz w:val="22"/>
        </w:rPr>
        <w:t>C. Không có gì khác biệt</w:t>
      </w:r>
    </w:p>
    <w:p>
      <w:pPr>
        <w:pStyle w:val="ListParagraph"/>
      </w:pPr>
      <w:r>
        <w:rPr>
          <w:sz w:val="22"/>
        </w:rPr>
        <w:t>D. Đáp án khác</w:t>
      </w:r>
    </w:p>
    <w:p/>
    <w:p>
      <w:r>
        <w:rPr>
          <w:b/>
          <w:sz w:val="24"/>
        </w:rPr>
        <w:t>Câu 20: Trong các công nghệ mới, theo em công nghệ nào có tầm quan trọng đối với cuộc cách mạng công nghiệp 4.0</w:t>
      </w:r>
    </w:p>
    <w:p>
      <w:pPr>
        <w:pStyle w:val="ListParagraph"/>
      </w:pPr>
      <w:r>
        <w:rPr>
          <w:sz w:val="22"/>
        </w:rPr>
        <w:t>A. công nghệ điện tử</w:t>
      </w:r>
    </w:p>
    <w:p>
      <w:pPr>
        <w:pStyle w:val="ListParagraph"/>
      </w:pPr>
      <w:r>
        <w:rPr>
          <w:sz w:val="22"/>
        </w:rPr>
        <w:t>B. Công nghệ CAD/ CAM - CNC</w:t>
      </w:r>
    </w:p>
    <w:p>
      <w:pPr>
        <w:pStyle w:val="ListParagraph"/>
      </w:pPr>
      <w:r>
        <w:rPr>
          <w:sz w:val="22"/>
        </w:rPr>
        <w:t>C. Công nghệ năng lượng tái tạo</w:t>
      </w:r>
    </w:p>
    <w:p>
      <w:pPr>
        <w:pStyle w:val="ListParagraph"/>
      </w:pPr>
      <w:r>
        <w:rPr>
          <w:sz w:val="22"/>
        </w:rPr>
        <w:t>D. Công nghệ in 3D</w:t>
      </w:r>
    </w:p>
    <w:p/>
    <w:p>
      <w:r>
        <w:rPr>
          <w:b/>
          <w:sz w:val="24"/>
        </w:rPr>
        <w:t>Câu 21: Hình ảnh dưới đây cho biết về công nghệ mới nào ?</w:t>
      </w:r>
    </w:p>
    <w:p>
      <w:pPr>
        <w:pStyle w:val="ListParagraph"/>
      </w:pPr>
      <w:r>
        <w:rPr>
          <w:sz w:val="22"/>
        </w:rPr>
        <w:t>A. Công nghệ robot thông minh</w:t>
      </w:r>
    </w:p>
    <w:p>
      <w:pPr>
        <w:pStyle w:val="ListParagraph"/>
      </w:pPr>
      <w:r>
        <w:rPr>
          <w:sz w:val="22"/>
        </w:rPr>
        <w:t>B. Công nghệ trí tuệ nhân tạo</w:t>
      </w:r>
    </w:p>
    <w:p>
      <w:pPr>
        <w:pStyle w:val="ListParagraph"/>
      </w:pPr>
      <w:r>
        <w:rPr>
          <w:sz w:val="22"/>
        </w:rPr>
        <w:t>C. Công nghệ internet vạn vật</w:t>
      </w:r>
    </w:p>
    <w:p>
      <w:pPr>
        <w:pStyle w:val="ListParagraph"/>
      </w:pPr>
      <w:r>
        <w:rPr>
          <w:sz w:val="22"/>
        </w:rPr>
        <w:t>D. Cộng nghệ in 3D</w:t>
      </w:r>
    </w:p>
    <w:p/>
    <w:p>
      <w:r>
        <w:rPr>
          <w:b/>
          <w:sz w:val="24"/>
        </w:rPr>
        <w:t>Câu 22: Ưu điểm của công nghệ CAD/ CAM – CNC là gì?</w:t>
      </w:r>
    </w:p>
    <w:p>
      <w:pPr>
        <w:pStyle w:val="ListParagraph"/>
      </w:pPr>
      <w:r>
        <w:rPr>
          <w:sz w:val="22"/>
        </w:rPr>
        <w:t>A. Rút ngắn thời gian từ thiết kế đến chế tạo sản phẩm</w:t>
      </w:r>
    </w:p>
    <w:p>
      <w:pPr>
        <w:pStyle w:val="ListParagraph"/>
      </w:pPr>
      <w:r>
        <w:rPr>
          <w:sz w:val="22"/>
        </w:rPr>
        <w:t>B. đáp ứng nhanh yêu cầu của thị trường, năng suất cao</w:t>
      </w:r>
    </w:p>
    <w:p>
      <w:pPr>
        <w:pStyle w:val="ListParagraph"/>
      </w:pPr>
      <w:r>
        <w:rPr>
          <w:sz w:val="22"/>
        </w:rPr>
        <w:t>C. độ chính xác gia công cao, thuận lợi cho việc tự động hóa sản xuất.</w:t>
      </w:r>
    </w:p>
    <w:p>
      <w:pPr>
        <w:pStyle w:val="ListParagraph"/>
      </w:pPr>
      <w:r>
        <w:rPr>
          <w:sz w:val="22"/>
        </w:rPr>
        <w:t>D. Tất cả đáp đáp án trên</w:t>
      </w:r>
    </w:p>
    <w:p/>
    <w:p>
      <w:r>
        <w:rPr>
          <w:b/>
          <w:sz w:val="24"/>
        </w:rPr>
        <w:t>Câu 23: Có thể ứng dụng công nghệ in 3D trong những lĩnh vực nào?</w:t>
      </w:r>
    </w:p>
    <w:p>
      <w:pPr>
        <w:pStyle w:val="ListParagraph"/>
      </w:pPr>
      <w:r>
        <w:rPr>
          <w:sz w:val="22"/>
        </w:rPr>
        <w:t>A. cơ khí</w:t>
      </w:r>
    </w:p>
    <w:p>
      <w:pPr>
        <w:pStyle w:val="ListParagraph"/>
      </w:pPr>
      <w:r>
        <w:rPr>
          <w:sz w:val="22"/>
        </w:rPr>
        <w:t>B. xây dựng</w:t>
      </w:r>
    </w:p>
    <w:p>
      <w:pPr>
        <w:pStyle w:val="ListParagraph"/>
      </w:pPr>
      <w:r>
        <w:rPr>
          <w:sz w:val="22"/>
        </w:rPr>
        <w:t>C. y học</w:t>
      </w:r>
    </w:p>
    <w:p>
      <w:pPr>
        <w:pStyle w:val="ListParagraph"/>
      </w:pPr>
      <w:r>
        <w:rPr>
          <w:sz w:val="22"/>
        </w:rPr>
        <w:t>D. Tất cả các lĩnh vực trên</w:t>
      </w:r>
    </w:p>
    <w:p/>
    <w:p>
      <w:r>
        <w:rPr>
          <w:b/>
          <w:sz w:val="24"/>
        </w:rPr>
        <w:t>Câu 24: Em hãy nêu bản chất của công nghệ năng lượng tái tạo</w:t>
      </w:r>
    </w:p>
    <w:p>
      <w:pPr>
        <w:pStyle w:val="ListParagraph"/>
      </w:pPr>
      <w:r>
        <w:rPr>
          <w:sz w:val="22"/>
        </w:rPr>
        <w:t>A. Điện năng biến đổi thành nhiệt năng</w:t>
      </w:r>
    </w:p>
    <w:p>
      <w:pPr>
        <w:pStyle w:val="ListParagraph"/>
      </w:pPr>
      <w:r>
        <w:rPr>
          <w:sz w:val="22"/>
        </w:rPr>
        <w:t>B. Điện năng biến đổi thành cơ năng</w:t>
      </w:r>
    </w:p>
    <w:p>
      <w:pPr>
        <w:pStyle w:val="ListParagraph"/>
      </w:pPr>
      <w:r>
        <w:rPr>
          <w:sz w:val="22"/>
        </w:rPr>
        <w:t>C. Nhiệt năng biến đổi thành điện năng</w:t>
      </w:r>
    </w:p>
    <w:p>
      <w:pPr>
        <w:pStyle w:val="ListParagraph"/>
      </w:pPr>
      <w:r>
        <w:rPr>
          <w:sz w:val="22"/>
        </w:rPr>
        <w:t>D. Cơ năng biến đổi thành điện năng</w:t>
      </w:r>
    </w:p>
    <w:p/>
    <w:p>
      <w:r>
        <w:rPr>
          <w:b/>
          <w:sz w:val="24"/>
        </w:rPr>
        <w:t>Câu 25: Rô bốt thông minh được ứng dụng ở trong những lĩnh vực nào ?</w:t>
      </w:r>
    </w:p>
    <w:p>
      <w:pPr>
        <w:pStyle w:val="ListParagraph"/>
      </w:pPr>
      <w:r>
        <w:rPr>
          <w:sz w:val="22"/>
        </w:rPr>
        <w:t>A. Sản xuất</w:t>
      </w:r>
    </w:p>
    <w:p>
      <w:pPr>
        <w:pStyle w:val="ListParagraph"/>
      </w:pPr>
      <w:r>
        <w:rPr>
          <w:sz w:val="22"/>
        </w:rPr>
        <w:t>B. Tiếp thị</w:t>
      </w:r>
    </w:p>
    <w:p>
      <w:pPr>
        <w:pStyle w:val="ListParagraph"/>
      </w:pPr>
      <w:r>
        <w:rPr>
          <w:sz w:val="22"/>
        </w:rPr>
        <w:t>C. Dịch vụ</w:t>
      </w:r>
    </w:p>
    <w:p>
      <w:pPr>
        <w:pStyle w:val="ListParagraph"/>
      </w:pPr>
      <w:r>
        <w:rPr>
          <w:sz w:val="22"/>
        </w:rPr>
        <w:t>D. Cả 3 phương án trên</w:t>
      </w:r>
    </w:p>
    <w:p/>
    <w:p>
      <w:r>
        <w:rPr>
          <w:b/>
          <w:sz w:val="24"/>
        </w:rPr>
        <w:t>Câu 26: Ứng dụng của công nghệ Internet vạn vật có thể áp dụng ở các lĩnh vực nào?</w:t>
      </w:r>
    </w:p>
    <w:p>
      <w:pPr>
        <w:pStyle w:val="ListParagraph"/>
      </w:pPr>
      <w:r>
        <w:rPr>
          <w:sz w:val="22"/>
        </w:rPr>
        <w:t>A. công nghiệp</w:t>
      </w:r>
    </w:p>
    <w:p>
      <w:pPr>
        <w:pStyle w:val="ListParagraph"/>
      </w:pPr>
      <w:r>
        <w:rPr>
          <w:sz w:val="22"/>
        </w:rPr>
        <w:t>B. y tế</w:t>
      </w:r>
    </w:p>
    <w:p>
      <w:pPr>
        <w:pStyle w:val="ListParagraph"/>
      </w:pPr>
      <w:r>
        <w:rPr>
          <w:sz w:val="22"/>
        </w:rPr>
        <w:t>C. tài chính</w:t>
      </w:r>
    </w:p>
    <w:p>
      <w:pPr>
        <w:pStyle w:val="ListParagraph"/>
      </w:pPr>
      <w:r>
        <w:rPr>
          <w:sz w:val="22"/>
        </w:rPr>
        <w:t>D. Cả 3 ý trên</w:t>
      </w:r>
    </w:p>
    <w:p/>
    <w:p>
      <w:r>
        <w:rPr>
          <w:b/>
          <w:sz w:val="24"/>
        </w:rPr>
        <w:t>Câu 27: Ưu điểm của công nghệ năng lượng tái tạo là gì ?</w:t>
      </w:r>
    </w:p>
    <w:p>
      <w:pPr>
        <w:pStyle w:val="ListParagraph"/>
      </w:pPr>
      <w:r>
        <w:rPr>
          <w:sz w:val="22"/>
        </w:rPr>
        <w:t>A. Ứng dụng được trong nhiều lĩnh vực</w:t>
      </w:r>
    </w:p>
    <w:p>
      <w:pPr>
        <w:pStyle w:val="ListParagraph"/>
      </w:pPr>
      <w:r>
        <w:rPr>
          <w:sz w:val="22"/>
        </w:rPr>
        <w:t>B. giảm ô nhiễm, tiết kiệm chi phí sinh hoạt</w:t>
      </w:r>
    </w:p>
    <w:p>
      <w:pPr>
        <w:pStyle w:val="ListParagraph"/>
      </w:pPr>
      <w:r>
        <w:rPr>
          <w:sz w:val="22"/>
        </w:rPr>
        <w:t>C. Nguồn năng lượng tạo ra là rất lớn</w:t>
      </w:r>
    </w:p>
    <w:p>
      <w:pPr>
        <w:pStyle w:val="ListParagraph"/>
      </w:pPr>
      <w:r>
        <w:rPr>
          <w:sz w:val="22"/>
        </w:rPr>
        <w:t>D. Tất cả các đáp án trên</w:t>
      </w:r>
    </w:p>
    <w:p/>
    <w:p>
      <w:r>
        <w:rPr>
          <w:b/>
          <w:sz w:val="24"/>
        </w:rPr>
        <w:t>Câu 28: Công nghệ IoT có thể kết nối bằng loại kết nối nào</w:t>
      </w:r>
    </w:p>
    <w:p>
      <w:pPr>
        <w:pStyle w:val="ListParagraph"/>
      </w:pPr>
      <w:r>
        <w:rPr>
          <w:sz w:val="22"/>
        </w:rPr>
        <w:t>A. Kết nối không dây hoặc có dây</w:t>
      </w:r>
    </w:p>
    <w:p>
      <w:pPr>
        <w:pStyle w:val="ListParagraph"/>
      </w:pPr>
      <w:r>
        <w:rPr>
          <w:sz w:val="22"/>
        </w:rPr>
        <w:t>B. Kết nối có dây</w:t>
      </w:r>
    </w:p>
    <w:p>
      <w:pPr>
        <w:pStyle w:val="ListParagraph"/>
      </w:pPr>
      <w:r>
        <w:rPr>
          <w:sz w:val="22"/>
        </w:rPr>
        <w:t>C. kết nối không dây</w:t>
      </w:r>
    </w:p>
    <w:p>
      <w:pPr>
        <w:pStyle w:val="ListParagraph"/>
      </w:pPr>
      <w:r>
        <w:rPr>
          <w:sz w:val="22"/>
        </w:rPr>
        <w:t>D. Không thể kết nối</w:t>
      </w:r>
    </w:p>
    <w:p/>
    <w:p>
      <w:r>
        <w:rPr>
          <w:b/>
          <w:sz w:val="24"/>
        </w:rPr>
        <w:t>Câu 29: Ý kiến nào sau đây là sai về công nghệ trí tuệ nhân tạo?</w:t>
      </w:r>
    </w:p>
    <w:p>
      <w:pPr>
        <w:pStyle w:val="ListParagraph"/>
      </w:pPr>
      <w:r>
        <w:rPr>
          <w:sz w:val="22"/>
        </w:rPr>
        <w:t>A. Là tạo ra các phần mềm tự học cho máy tính.</w:t>
      </w:r>
    </w:p>
    <w:p>
      <w:pPr>
        <w:pStyle w:val="ListParagraph"/>
      </w:pPr>
      <w:r>
        <w:rPr>
          <w:sz w:val="22"/>
        </w:rPr>
        <w:t>B. cho phép máy tính có thể tiếp nhận được thông tin từ bên ngoài</w:t>
      </w:r>
    </w:p>
    <w:p>
      <w:pPr>
        <w:pStyle w:val="ListParagraph"/>
      </w:pPr>
      <w:r>
        <w:rPr>
          <w:sz w:val="22"/>
        </w:rPr>
        <w:t>C. Là mô hình tư duy có trí tuệ và cảm xúc riêng</w:t>
      </w:r>
    </w:p>
    <w:p>
      <w:pPr>
        <w:pStyle w:val="ListParagraph"/>
      </w:pPr>
      <w:r>
        <w:rPr>
          <w:sz w:val="22"/>
        </w:rPr>
        <w:t>D. Có thể tự xử lý thông tin và đưa ra các quyết định điều khiển</w:t>
      </w:r>
    </w:p>
    <w:p/>
    <w:p>
      <w:r>
        <w:rPr>
          <w:b/>
          <w:sz w:val="24"/>
        </w:rPr>
        <w:t>Câu 30: Hình dưới là hình ảnh đặc trưng cho công nghệ nào?</w:t>
      </w:r>
    </w:p>
    <w:p>
      <w:pPr>
        <w:pStyle w:val="ListParagraph"/>
      </w:pPr>
      <w:r>
        <w:rPr>
          <w:sz w:val="22"/>
        </w:rPr>
        <w:t>A. Công nghệ người máy thông minh</w:t>
      </w:r>
    </w:p>
    <w:p>
      <w:pPr>
        <w:pStyle w:val="ListParagraph"/>
      </w:pPr>
      <w:r>
        <w:rPr>
          <w:sz w:val="22"/>
        </w:rPr>
        <w:t>B. Công nghệ IoT</w:t>
      </w:r>
    </w:p>
    <w:p>
      <w:pPr>
        <w:pStyle w:val="ListParagraph"/>
      </w:pPr>
      <w:r>
        <w:rPr>
          <w:sz w:val="22"/>
        </w:rPr>
        <w:t>C. Công nghệ AI</w:t>
      </w:r>
    </w:p>
    <w:p>
      <w:pPr>
        <w:pStyle w:val="ListParagraph"/>
      </w:pPr>
      <w:r>
        <w:rPr>
          <w:sz w:val="22"/>
        </w:rPr>
        <w:t>D. Công nghệ Điện tử- Điện dân dụng</w:t>
      </w:r>
    </w:p>
    <w:p/>
    <w:p>
      <w:r>
        <w:rPr>
          <w:b/>
          <w:sz w:val="24"/>
        </w:rPr>
        <w:t>Câu 31: Đâu là ngành công nghệ mới?</w:t>
      </w:r>
    </w:p>
    <w:p>
      <w:pPr>
        <w:pStyle w:val="ListParagraph"/>
      </w:pPr>
      <w:r>
        <w:rPr>
          <w:sz w:val="22"/>
        </w:rPr>
        <w:t>A. Công nghệ dệt may</w:t>
      </w:r>
    </w:p>
    <w:p>
      <w:pPr>
        <w:pStyle w:val="ListParagraph"/>
      </w:pPr>
      <w:r>
        <w:rPr>
          <w:sz w:val="22"/>
        </w:rPr>
        <w:t>B. Công nghệ chế tạo máy</w:t>
      </w:r>
    </w:p>
    <w:p>
      <w:pPr>
        <w:pStyle w:val="ListParagraph"/>
      </w:pPr>
      <w:r>
        <w:rPr>
          <w:sz w:val="22"/>
        </w:rPr>
        <w:t>C. Công nghệ robot thông minh</w:t>
      </w:r>
    </w:p>
    <w:p>
      <w:pPr>
        <w:pStyle w:val="ListParagraph"/>
      </w:pPr>
      <w:r>
        <w:rPr>
          <w:sz w:val="22"/>
        </w:rPr>
        <w:t>D. Cả 3 đáp án trên</w:t>
      </w:r>
    </w:p>
    <w:p/>
    <w:p>
      <w:r>
        <w:rPr>
          <w:b/>
          <w:sz w:val="24"/>
        </w:rPr>
        <w:t>Câu 32: Trong chương trình Công nghệ 10 các em được tìm hiểu bao nhiêu ngành công nghệ mới?</w:t>
      </w:r>
    </w:p>
    <w:p>
      <w:pPr>
        <w:pStyle w:val="ListParagraph"/>
      </w:pPr>
      <w:r>
        <w:rPr>
          <w:sz w:val="22"/>
        </w:rPr>
        <w:t>A. 7</w:t>
      </w:r>
    </w:p>
    <w:p>
      <w:pPr>
        <w:pStyle w:val="ListParagraph"/>
      </w:pPr>
      <w:r>
        <w:rPr>
          <w:sz w:val="22"/>
        </w:rPr>
        <w:t>B. 8</w:t>
      </w:r>
    </w:p>
    <w:p>
      <w:pPr>
        <w:pStyle w:val="ListParagraph"/>
      </w:pPr>
      <w:r>
        <w:rPr>
          <w:sz w:val="22"/>
        </w:rPr>
        <w:t>C. 6</w:t>
      </w:r>
    </w:p>
    <w:p>
      <w:pPr>
        <w:pStyle w:val="ListParagraph"/>
      </w:pPr>
      <w:r>
        <w:rPr>
          <w:sz w:val="22"/>
        </w:rPr>
        <w:t>D. 5</w:t>
      </w:r>
    </w:p>
    <w:p/>
    <w:p>
      <w:r>
        <w:rPr>
          <w:b/>
          <w:sz w:val="24"/>
        </w:rPr>
        <w:t>Câu 33: CAD trong công nghệ CAD/CAM–CNC nghĩa là gì?</w:t>
      </w:r>
    </w:p>
    <w:p>
      <w:pPr>
        <w:pStyle w:val="ListParagraph"/>
      </w:pPr>
      <w:r>
        <w:rPr>
          <w:sz w:val="22"/>
        </w:rPr>
        <w:t>A. Sản xuất có trợ giúp của máy tính.</w:t>
      </w:r>
    </w:p>
    <w:p>
      <w:pPr>
        <w:pStyle w:val="ListParagraph"/>
      </w:pPr>
      <w:r>
        <w:rPr>
          <w:sz w:val="22"/>
        </w:rPr>
        <w:t>B. Thiết kế có sự trợ giúp của máy tính.</w:t>
      </w:r>
    </w:p>
    <w:p>
      <w:pPr>
        <w:pStyle w:val="ListParagraph"/>
      </w:pPr>
      <w:r>
        <w:rPr>
          <w:sz w:val="22"/>
        </w:rPr>
        <w:t>C. Điều khiển số.</w:t>
      </w:r>
    </w:p>
    <w:p>
      <w:pPr>
        <w:pStyle w:val="ListParagraph"/>
      </w:pPr>
      <w:r>
        <w:rPr>
          <w:sz w:val="22"/>
        </w:rPr>
        <w:t>D. Điều khiển số bằng máy tính.</w:t>
      </w:r>
    </w:p>
    <w:p/>
    <w:p>
      <w:r>
        <w:rPr>
          <w:b/>
          <w:sz w:val="24"/>
        </w:rPr>
        <w:t>Câu 34: Ngành công nghệ nào tạo ra các vật liệu mới từ các hạt có kích thước hạt rất nhỏ?</w:t>
      </w:r>
    </w:p>
    <w:p>
      <w:pPr>
        <w:pStyle w:val="ListParagraph"/>
      </w:pPr>
      <w:r>
        <w:rPr>
          <w:sz w:val="22"/>
        </w:rPr>
        <w:t>A. Công nghệ vật liệu Nano</w:t>
      </w:r>
    </w:p>
    <w:p>
      <w:pPr>
        <w:pStyle w:val="ListParagraph"/>
      </w:pPr>
      <w:r>
        <w:rPr>
          <w:sz w:val="22"/>
        </w:rPr>
        <w:t>B. Công nghệ trí tuệ nhân tạo</w:t>
      </w:r>
    </w:p>
    <w:p>
      <w:pPr>
        <w:pStyle w:val="ListParagraph"/>
      </w:pPr>
      <w:r>
        <w:rPr>
          <w:sz w:val="22"/>
        </w:rPr>
        <w:t>C. Công nghệ internet vạn vật</w:t>
      </w:r>
    </w:p>
    <w:p>
      <w:pPr>
        <w:pStyle w:val="ListParagraph"/>
      </w:pPr>
      <w:r>
        <w:rPr>
          <w:sz w:val="22"/>
        </w:rPr>
        <w:t>D. Công nghệ CAD/ CAM- CNC</w:t>
      </w:r>
    </w:p>
    <w:p/>
    <w:p>
      <w:r>
        <w:rPr>
          <w:b/>
          <w:sz w:val="24"/>
        </w:rPr>
        <w:t>Câu 35: Hãy cho biết: Tên vật liệu nano đã được phát triển và có khả năng ứng dụng rộng rãi?</w:t>
      </w:r>
    </w:p>
    <w:p>
      <w:pPr>
        <w:pStyle w:val="ListParagraph"/>
      </w:pPr>
      <w:r>
        <w:rPr>
          <w:sz w:val="22"/>
        </w:rPr>
        <w:t>A. Sợi carbon nano</w:t>
      </w:r>
    </w:p>
    <w:p>
      <w:pPr>
        <w:pStyle w:val="ListParagraph"/>
      </w:pPr>
      <w:r>
        <w:rPr>
          <w:sz w:val="22"/>
        </w:rPr>
        <w:t>B. Vật liệu chất dẻo siêu mỏng</w:t>
      </w:r>
    </w:p>
    <w:p>
      <w:pPr>
        <w:pStyle w:val="ListParagraph"/>
      </w:pPr>
      <w:r>
        <w:rPr>
          <w:sz w:val="22"/>
        </w:rPr>
        <w:t>C. Vật liệu Graphene</w:t>
      </w:r>
    </w:p>
    <w:p>
      <w:pPr>
        <w:pStyle w:val="ListParagraph"/>
      </w:pPr>
      <w:r>
        <w:rPr>
          <w:sz w:val="22"/>
        </w:rPr>
        <w:t>D. Cả 3 đáp án trên</w:t>
      </w:r>
    </w:p>
    <w:p/>
    <w:p>
      <w:r>
        <w:rPr>
          <w:b/>
          <w:sz w:val="24"/>
        </w:rPr>
        <w:t>Câu 36: Loại vật liệu nào có đặc điểm xốp, nhẹ gần bằng không khí, nhưng lại có tính chất chịu nhiệt và chịu nén cao?</w:t>
      </w:r>
    </w:p>
    <w:p>
      <w:pPr>
        <w:pStyle w:val="ListParagraph"/>
      </w:pPr>
      <w:r>
        <w:rPr>
          <w:sz w:val="22"/>
        </w:rPr>
        <w:t>A. Sợi carbon nano</w:t>
      </w:r>
    </w:p>
    <w:p>
      <w:pPr>
        <w:pStyle w:val="ListParagraph"/>
      </w:pPr>
      <w:r>
        <w:rPr>
          <w:sz w:val="22"/>
        </w:rPr>
        <w:t>B. Vật liệu Aerogel</w:t>
      </w:r>
    </w:p>
    <w:p>
      <w:pPr>
        <w:pStyle w:val="ListParagraph"/>
      </w:pPr>
      <w:r>
        <w:rPr>
          <w:sz w:val="22"/>
        </w:rPr>
        <w:t>C. Vật liệu chất dẻo siêu mỏng</w:t>
      </w:r>
    </w:p>
    <w:p>
      <w:pPr>
        <w:pStyle w:val="ListParagraph"/>
      </w:pPr>
      <w:r>
        <w:rPr>
          <w:sz w:val="22"/>
        </w:rPr>
        <w:t>D. Vật liệu Graphene</w:t>
      </w:r>
    </w:p>
    <w:p/>
    <w:p>
      <w:r>
        <w:rPr>
          <w:b/>
          <w:sz w:val="24"/>
        </w:rPr>
        <w:t>Câu 37: Cho biết: Công nghệ vật liệu nano được ứng dụng trong một số lĩnh vực nào?</w:t>
      </w:r>
    </w:p>
    <w:p>
      <w:pPr>
        <w:pStyle w:val="ListParagraph"/>
      </w:pPr>
      <w:r>
        <w:rPr>
          <w:sz w:val="22"/>
        </w:rPr>
        <w:t>A. Y học, công nghiệp điện tử</w:t>
      </w:r>
    </w:p>
    <w:p>
      <w:pPr>
        <w:pStyle w:val="ListParagraph"/>
      </w:pPr>
      <w:r>
        <w:rPr>
          <w:sz w:val="22"/>
        </w:rPr>
        <w:t>B. năng lượng, quân sự</w:t>
      </w:r>
    </w:p>
    <w:p>
      <w:pPr>
        <w:pStyle w:val="ListParagraph"/>
      </w:pPr>
      <w:r>
        <w:rPr>
          <w:sz w:val="22"/>
        </w:rPr>
        <w:t>C. dệt may, nuôi trồng hải sản, công nghệ thông tin</w:t>
      </w:r>
    </w:p>
    <w:p>
      <w:pPr>
        <w:pStyle w:val="ListParagraph"/>
      </w:pPr>
      <w:r>
        <w:rPr>
          <w:sz w:val="22"/>
        </w:rPr>
        <w:t>D. Cả 3 đáp án trên</w:t>
      </w:r>
    </w:p>
    <w:p/>
    <w:p>
      <w:r>
        <w:rPr>
          <w:b/>
          <w:sz w:val="24"/>
        </w:rPr>
        <w:t>Câu 38: Cho biết: Công nghệ năng lượng tái tạo đã tái tạo dạng năng lượng nào?</w:t>
      </w:r>
    </w:p>
    <w:p>
      <w:pPr>
        <w:pStyle w:val="ListParagraph"/>
      </w:pPr>
      <w:r>
        <w:rPr>
          <w:sz w:val="22"/>
        </w:rPr>
        <w:t>A. gió</w:t>
      </w:r>
    </w:p>
    <w:p>
      <w:pPr>
        <w:pStyle w:val="ListParagraph"/>
      </w:pPr>
      <w:r>
        <w:rPr>
          <w:sz w:val="22"/>
        </w:rPr>
        <w:t>B. thủy triều</w:t>
      </w:r>
    </w:p>
    <w:p>
      <w:pPr>
        <w:pStyle w:val="ListParagraph"/>
      </w:pPr>
      <w:r>
        <w:rPr>
          <w:sz w:val="22"/>
        </w:rPr>
        <w:t>C. mặt trời</w:t>
      </w:r>
    </w:p>
    <w:p>
      <w:pPr>
        <w:pStyle w:val="ListParagraph"/>
      </w:pPr>
      <w:r>
        <w:rPr>
          <w:sz w:val="22"/>
        </w:rPr>
        <w:t>D. Cả 3 đáp án trên</w:t>
      </w:r>
    </w:p>
    <w:p/>
    <w:p>
      <w:r>
        <w:rPr>
          <w:b/>
          <w:sz w:val="24"/>
        </w:rPr>
        <w:t>Câu 39: Điều khiển số bằng máy tính được viết tắt bằng kí tự nào trong công nghệ CAD/CAM-CNC?</w:t>
      </w:r>
    </w:p>
    <w:p>
      <w:pPr>
        <w:pStyle w:val="ListParagraph"/>
      </w:pPr>
      <w:r>
        <w:rPr>
          <w:sz w:val="22"/>
        </w:rPr>
        <w:t>A. CAD</w:t>
      </w:r>
    </w:p>
    <w:p>
      <w:pPr>
        <w:pStyle w:val="ListParagraph"/>
      </w:pPr>
      <w:r>
        <w:rPr>
          <w:sz w:val="22"/>
        </w:rPr>
        <w:t>B. CAM</w:t>
      </w:r>
    </w:p>
    <w:p>
      <w:pPr>
        <w:pStyle w:val="ListParagraph"/>
      </w:pPr>
      <w:r>
        <w:rPr>
          <w:sz w:val="22"/>
        </w:rPr>
        <w:t>C. CNC</w:t>
      </w:r>
    </w:p>
    <w:p>
      <w:pPr>
        <w:pStyle w:val="ListParagraph"/>
      </w:pPr>
      <w:r>
        <w:rPr>
          <w:sz w:val="22"/>
        </w:rPr>
        <w:t>D. CN</w:t>
      </w:r>
    </w:p>
    <w:p/>
    <w:p>
      <w:r>
        <w:rPr>
          <w:b/>
          <w:sz w:val="24"/>
        </w:rPr>
        <w:t>Câu 40: Xác định tên một số vật liệu nano trong đời sống?</w:t>
      </w:r>
    </w:p>
    <w:p>
      <w:pPr>
        <w:pStyle w:val="ListParagraph"/>
      </w:pPr>
      <w:r>
        <w:rPr>
          <w:sz w:val="22"/>
        </w:rPr>
        <w:t>A. Sợi carbon nano</w:t>
      </w:r>
    </w:p>
    <w:p>
      <w:pPr>
        <w:pStyle w:val="ListParagraph"/>
      </w:pPr>
      <w:r>
        <w:rPr>
          <w:sz w:val="22"/>
        </w:rPr>
        <w:t>B. Bê tông nhựa tự thấm nước</w:t>
      </w:r>
    </w:p>
    <w:p>
      <w:pPr>
        <w:pStyle w:val="ListParagraph"/>
      </w:pPr>
      <w:r>
        <w:rPr>
          <w:sz w:val="22"/>
        </w:rPr>
        <w:t>C. Bê tông tự hàn các vết nứt</w:t>
      </w:r>
    </w:p>
    <w:p>
      <w:pPr>
        <w:pStyle w:val="ListParagraph"/>
      </w:pPr>
      <w:r>
        <w:rPr>
          <w:sz w:val="22"/>
        </w:rPr>
        <w:t>D. Cả 3 đáp án trên</w:t>
      </w:r>
    </w:p>
    <w:p/>
    <w:p>
      <w:r>
        <w:rPr>
          <w:b/>
          <w:sz w:val="24"/>
        </w:rPr>
        <w:t>Câu 41: Một nhóm nghiên cứu khoa học đang phát triển một loại vải thông minh có khả năng tự làm sạch nhờ ứng dụng công nghệ nano. Loại vải này được phủ một lớp hạt nano đặc biệt có tác dụng ngăn chặn vi khuẩn và bụi bẩn bám vào bề mặt. Bên cạnh đó, công nghệ nano cũng được ứng dụng trong lĩnh vực y tế để phát triển các loại thuốc điều trị ung thư hiệu quả hơn.</w:t>
      </w:r>
    </w:p>
    <w:p/>
    <w:p>
      <w:r>
        <w:rPr>
          <w:b/>
          <w:sz w:val="24"/>
        </w:rPr>
        <w:t>Câu 42: Dưới đây là một số nhận định về công nghệ nano: a. Công nghệ nano có thể được ứng dụng trong may mặc để tạo ra vải kháng khuẩn và chống thấm nước. b. Các hạt nano trong y học có thể giúp thuốc nhắm đúng vào tế bào ung thư, giảm tác dụng phụ so với phương pháp điều trị truyền thống. c. Công nghệ nano chỉ được ứng dụng trong lĩnh vực y tế và thời trang, không có ứng dụng trong ngành công nghiệp nặng. d. Một trong những thách thức của công nghệ nano là kiểm soát kích thước và tính ổn định của các hạt nano trong môi trường thực tế. (Đúng)</w:t>
      </w:r>
    </w:p>
    <w:p/>
    <w:p>
      <w:r>
        <w:rPr>
          <w:b/>
          <w:sz w:val="24"/>
        </w:rPr>
        <w:t>Câu 43: Một công ty sản xuất linh kiện ô tô đang nghiên cứu sử dụng công nghệ in 3D để chế tạo các bộ phận phức tạp, giúp giảm trọng lượng xe và tối ưu hiệu suất vận hành. Trong lĩnh vực y tế, công nghệ này còn được sử dụng để in các mô cấy ghép phù hợp với từng bệnh nhân, nâng cao hiệu quả điều trị.</w:t>
      </w:r>
    </w:p>
    <w:p/>
    <w:p>
      <w:r>
        <w:rPr>
          <w:b/>
          <w:sz w:val="24"/>
        </w:rPr>
        <w:t>Câu 44: Dưới đây là một số nhận định về công nghệ in 3D: a. Công nghệ in 3D cho phép sản xuất các sản phẩm có hình dạng phức tạp mà các phương pháp chế tạo truyền thống khó thực hiện. b. In 3D chỉ có thể áp dụng với vật liệu nhựa, không thể sử dụng với kim loại hoặc vật liệu sinh học. c. Trong y học, công nghệ in 3D có thể tạo ra mô cấy ghép phù hợp với từng bệnh nhân dựa trên dữ liệu quét 3D cơ thể. d. Một hạn chế của công nghệ in 3D là tốc độ in chậm hơn so với các phương pháp sản xuất hàng loạt truyền thống. (Đúng)</w:t>
      </w:r>
    </w:p>
    <w:p/>
    <w:p>
      <w:r>
        <w:rPr>
          <w:b/>
          <w:sz w:val="24"/>
        </w:rPr>
        <w:t>Câu 45: Một bệnh viện lớn đang triển khai hệ thống trí tuệ nhân tạo (AI) để hỗ trợ chẩn đoán bệnh qua hình ảnh y khoa. Hệ thống này có khả năng phân tích hàng triệu dữ liệu từ bệnh nhân để nhận diện các dấu hiệu bất thường. Ngoài ra, trong lĩnh vực sản xuất, các robot thông minh được lập trình để thực hiện các công việc nguy hiểm, giúp giảm rủi ro cho con người.</w:t>
      </w:r>
    </w:p>
    <w:p/>
    <w:p>
      <w:r>
        <w:rPr>
          <w:b/>
          <w:sz w:val="24"/>
        </w:rPr>
        <w:t>Câu 46: Dưới đây là một số nhận định về công nghệ AI và robot thông minh: a. Trí tuệ nhân tạo có thể giúp bác sĩ chẩn đoán bệnh nhanh hơn và chính xác hơn nhờ khả năng phân tích dữ liệu y khoa. b. Robot thông minh có thể thay thế hoàn toàn con người trong tất cả các công việc sản xuất công nghiệp. c. AI có thể học hỏi từ dữ liệu mới để cải thiện độ chính xác trong quá trình hoạt động. d. Một số robot hiện nay có khả năng làm việc trong môi trường nguy hiểm mà con người khó tiếp cận, như lặn sâu dưới biển hoặc làm việc trong môi trường phóng xạ. (Đúng)</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D</w:t>
      </w:r>
    </w:p>
    <w:p>
      <w:r>
        <w:rPr>
          <w:b/>
        </w:rPr>
        <w:t>Câu 5: Đáp án đúng: A</w:t>
      </w:r>
    </w:p>
    <w:p>
      <w:r>
        <w:rPr>
          <w:b/>
        </w:rPr>
        <w:t>Câu 6: Đáp án đúng: C</w:t>
      </w:r>
    </w:p>
    <w:p>
      <w:r>
        <w:rPr>
          <w:b/>
        </w:rPr>
        <w:t>Câu 7: Đáp án đúng: D</w:t>
      </w:r>
    </w:p>
    <w:p>
      <w:r>
        <w:rPr>
          <w:b/>
        </w:rPr>
        <w:t>Câu 8: Đáp án đúng: A</w:t>
      </w:r>
    </w:p>
    <w:p>
      <w:r>
        <w:rPr>
          <w:b/>
        </w:rPr>
        <w:t>Câu 9: Đáp án đúng: None</w:t>
      </w:r>
    </w:p>
    <w:p>
      <w:r>
        <w:rPr>
          <w:b/>
        </w:rPr>
        <w:t>Câu 10: Đáp án đúng: D</w:t>
      </w:r>
    </w:p>
    <w:p>
      <w:r>
        <w:rPr>
          <w:b/>
        </w:rPr>
        <w:t>Câu 11: Đáp án đúng: B</w:t>
      </w:r>
    </w:p>
    <w:p>
      <w:r>
        <w:rPr>
          <w:b/>
        </w:rPr>
        <w:t>Câu 12: Đáp án đúng: B</w:t>
      </w:r>
    </w:p>
    <w:p>
      <w:r>
        <w:rPr>
          <w:b/>
        </w:rPr>
        <w:t>Câu 13: Đáp án đúng: A</w:t>
      </w:r>
    </w:p>
    <w:p>
      <w:r>
        <w:rPr>
          <w:b/>
        </w:rPr>
        <w:t>Câu 14: Đáp án đúng: None</w:t>
      </w:r>
    </w:p>
    <w:p>
      <w:r>
        <w:rPr>
          <w:b/>
        </w:rPr>
        <w:t>Câu 15: Đáp án đúng: None</w:t>
      </w:r>
    </w:p>
    <w:p>
      <w:r>
        <w:rPr>
          <w:b/>
        </w:rPr>
        <w:t>Câu 16: Đáp án đúng: C</w:t>
      </w:r>
    </w:p>
    <w:p>
      <w:r>
        <w:rPr>
          <w:b/>
        </w:rPr>
        <w:t>Câu 17: Đáp án đúng: A</w:t>
      </w:r>
    </w:p>
    <w:p>
      <w:r>
        <w:rPr>
          <w:b/>
        </w:rPr>
        <w:t>Câu 18: Đáp án đúng: B</w:t>
      </w:r>
    </w:p>
    <w:p>
      <w:r>
        <w:rPr>
          <w:b/>
        </w:rPr>
        <w:t>Câu 19: Đáp án đúng: B</w:t>
      </w:r>
    </w:p>
    <w:p>
      <w:r>
        <w:rPr>
          <w:b/>
        </w:rPr>
        <w:t>Câu 20: Đáp án đúng: B</w:t>
      </w:r>
    </w:p>
    <w:p>
      <w:r>
        <w:rPr>
          <w:b/>
        </w:rPr>
        <w:t>Câu 21: Đáp án đúng: None</w:t>
      </w:r>
    </w:p>
    <w:p>
      <w:r>
        <w:rPr>
          <w:b/>
        </w:rPr>
        <w:t>Câu 22: Đáp án đúng: D</w:t>
      </w:r>
    </w:p>
    <w:p>
      <w:r>
        <w:rPr>
          <w:b/>
        </w:rPr>
        <w:t>Câu 23: Đáp án đúng: D</w:t>
      </w:r>
    </w:p>
    <w:p>
      <w:r>
        <w:rPr>
          <w:b/>
        </w:rPr>
        <w:t>Câu 24: Đáp án đúng: D</w:t>
      </w:r>
    </w:p>
    <w:p>
      <w:r>
        <w:rPr>
          <w:b/>
        </w:rPr>
        <w:t>Câu 25: Đáp án đúng: D</w:t>
      </w:r>
    </w:p>
    <w:p>
      <w:r>
        <w:rPr>
          <w:b/>
        </w:rPr>
        <w:t>Câu 26: Đáp án đúng: D</w:t>
      </w:r>
    </w:p>
    <w:p>
      <w:r>
        <w:rPr>
          <w:b/>
        </w:rPr>
        <w:t>Câu 27: Đáp án đúng: D</w:t>
      </w:r>
    </w:p>
    <w:p>
      <w:r>
        <w:rPr>
          <w:b/>
        </w:rPr>
        <w:t>Câu 28: Đáp án đúng: A</w:t>
      </w:r>
    </w:p>
    <w:p>
      <w:r>
        <w:rPr>
          <w:b/>
        </w:rPr>
        <w:t>Câu 29: Đáp án đúng: C</w:t>
      </w:r>
    </w:p>
    <w:p>
      <w:r>
        <w:rPr>
          <w:b/>
        </w:rPr>
        <w:t>Câu 30: Đáp án đúng: None</w:t>
      </w:r>
    </w:p>
    <w:p>
      <w:r>
        <w:rPr>
          <w:b/>
        </w:rPr>
        <w:t>Câu 31: Đáp án đúng: C</w:t>
      </w:r>
    </w:p>
    <w:p>
      <w:r>
        <w:rPr>
          <w:b/>
        </w:rPr>
        <w:t>Câu 32: Đáp án đúng: A</w:t>
      </w:r>
    </w:p>
    <w:p>
      <w:r>
        <w:rPr>
          <w:b/>
        </w:rPr>
        <w:t>Câu 33: Đáp án đúng: B</w:t>
      </w:r>
    </w:p>
    <w:p>
      <w:r>
        <w:rPr>
          <w:b/>
        </w:rPr>
        <w:t>Câu 34: Đáp án đúng: A</w:t>
      </w:r>
    </w:p>
    <w:p>
      <w:r>
        <w:rPr>
          <w:b/>
        </w:rPr>
        <w:t>Câu 35: Đáp án đúng: D</w:t>
      </w:r>
    </w:p>
    <w:p>
      <w:r>
        <w:rPr>
          <w:b/>
        </w:rPr>
        <w:t>Câu 36: Đáp án đúng: B</w:t>
      </w:r>
    </w:p>
    <w:p>
      <w:r>
        <w:rPr>
          <w:b/>
        </w:rPr>
        <w:t>Câu 37: Đáp án đúng: D</w:t>
      </w:r>
    </w:p>
    <w:p>
      <w:r>
        <w:rPr>
          <w:b/>
        </w:rPr>
        <w:t>Câu 38: Đáp án đúng: D</w:t>
      </w:r>
    </w:p>
    <w:p>
      <w:r>
        <w:rPr>
          <w:b/>
        </w:rPr>
        <w:t>Câu 39: Đáp án đúng: C</w:t>
      </w:r>
    </w:p>
    <w:p>
      <w:r>
        <w:rPr>
          <w:b/>
        </w:rPr>
        <w:t>Câu 40: Đáp án đúng: D</w:t>
      </w:r>
    </w:p>
    <w:p>
      <w:r>
        <w:rPr>
          <w:b/>
        </w:rPr>
        <w:t>Câu 41: Đáp án đúng: None</w:t>
      </w:r>
    </w:p>
    <w:p>
      <w:r>
        <w:rPr>
          <w:b/>
        </w:rPr>
        <w:t>Câu 42: Đáp án đúng: None</w:t>
      </w:r>
    </w:p>
    <w:p>
      <w:r>
        <w:rPr>
          <w:b/>
        </w:rPr>
        <w:t>Câu 43: Đáp án đúng: None</w:t>
      </w:r>
    </w:p>
    <w:p>
      <w:r>
        <w:rPr>
          <w:b/>
        </w:rPr>
        <w:t>Câu 44: Đáp án đúng: None</w:t>
      </w:r>
    </w:p>
    <w:p>
      <w:r>
        <w:rPr>
          <w:b/>
        </w:rPr>
        <w:t>Câu 45: Đáp án đúng: None</w:t>
      </w:r>
    </w:p>
    <w:p>
      <w:r>
        <w:rPr>
          <w:b/>
        </w:rPr>
        <w:t>Câu 46: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