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tâp toán 4 tuần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nào lớn nhất trong các số sau: 1234, 4321, 3412, 2143?</w:t>
      </w:r>
    </w:p>
    <w:p>
      <w:pPr>
        <w:pStyle w:val="ListParagraph"/>
      </w:pPr>
      <w:r>
        <w:rPr>
          <w:sz w:val="22"/>
        </w:rPr>
        <w:t>A. 1234</w:t>
      </w:r>
    </w:p>
    <w:p>
      <w:pPr>
        <w:pStyle w:val="ListParagraph"/>
      </w:pPr>
      <w:r>
        <w:rPr>
          <w:sz w:val="22"/>
        </w:rPr>
        <w:t>B. 4321</w:t>
      </w:r>
    </w:p>
    <w:p>
      <w:pPr>
        <w:pStyle w:val="ListParagraph"/>
      </w:pPr>
      <w:r>
        <w:rPr>
          <w:sz w:val="22"/>
        </w:rPr>
        <w:t>C. 3412</w:t>
      </w:r>
    </w:p>
    <w:p>
      <w:pPr>
        <w:pStyle w:val="ListParagraph"/>
      </w:pPr>
      <w:r>
        <w:rPr>
          <w:sz w:val="22"/>
        </w:rPr>
        <w:t>D. 2143</w:t>
      </w:r>
    </w:p>
    <w:p/>
    <w:p>
      <w:r>
        <w:rPr>
          <w:b/>
          <w:sz w:val="24"/>
        </w:rPr>
        <w:t>Câu 2: Số nào nhỏ nhất trong các số sau: 5678, 8765, 6785, 7856?</w:t>
      </w:r>
    </w:p>
    <w:p>
      <w:pPr>
        <w:pStyle w:val="ListParagraph"/>
      </w:pPr>
      <w:r>
        <w:rPr>
          <w:sz w:val="22"/>
        </w:rPr>
        <w:t>A. 5678</w:t>
      </w:r>
    </w:p>
    <w:p>
      <w:pPr>
        <w:pStyle w:val="ListParagraph"/>
      </w:pPr>
      <w:r>
        <w:rPr>
          <w:sz w:val="22"/>
        </w:rPr>
        <w:t>B. 8765</w:t>
      </w:r>
    </w:p>
    <w:p>
      <w:pPr>
        <w:pStyle w:val="ListParagraph"/>
      </w:pPr>
      <w:r>
        <w:rPr>
          <w:sz w:val="22"/>
        </w:rPr>
        <w:t>C. 6785</w:t>
      </w:r>
    </w:p>
    <w:p>
      <w:pPr>
        <w:pStyle w:val="ListParagraph"/>
      </w:pPr>
      <w:r>
        <w:rPr>
          <w:sz w:val="22"/>
        </w:rPr>
        <w:t>D. 7856</w:t>
      </w:r>
    </w:p>
    <w:p/>
    <w:p>
      <w:r>
        <w:rPr>
          <w:b/>
          <w:sz w:val="24"/>
        </w:rPr>
        <w:t>Câu 3: So sánh hai số 9876 và 9867. Kết quả nào đúng?</w:t>
      </w:r>
    </w:p>
    <w:p>
      <w:pPr>
        <w:pStyle w:val="ListParagraph"/>
      </w:pPr>
      <w:r>
        <w:rPr>
          <w:sz w:val="22"/>
        </w:rPr>
        <w:t>A. 9876 &gt; 9867</w:t>
      </w:r>
    </w:p>
    <w:p>
      <w:pPr>
        <w:pStyle w:val="ListParagraph"/>
      </w:pPr>
      <w:r>
        <w:rPr>
          <w:sz w:val="22"/>
        </w:rPr>
        <w:t>B. 9876 &lt; 9867</w:t>
      </w:r>
    </w:p>
    <w:p>
      <w:pPr>
        <w:pStyle w:val="ListParagraph"/>
      </w:pPr>
      <w:r>
        <w:rPr>
          <w:sz w:val="22"/>
        </w:rPr>
        <w:t>C. 9876 = 9867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4: Số 10000 lớn hơn số nào sau đây?</w:t>
      </w:r>
    </w:p>
    <w:p>
      <w:pPr>
        <w:pStyle w:val="ListParagraph"/>
      </w:pPr>
      <w:r>
        <w:rPr>
          <w:sz w:val="22"/>
        </w:rPr>
        <w:t>A. 9999</w:t>
      </w:r>
    </w:p>
    <w:p>
      <w:pPr>
        <w:pStyle w:val="ListParagraph"/>
      </w:pPr>
      <w:r>
        <w:rPr>
          <w:sz w:val="22"/>
        </w:rPr>
        <w:t>B. 10001</w:t>
      </w:r>
    </w:p>
    <w:p>
      <w:pPr>
        <w:pStyle w:val="ListParagraph"/>
      </w:pPr>
      <w:r>
        <w:rPr>
          <w:sz w:val="22"/>
        </w:rPr>
        <w:t>C. 10002</w:t>
      </w:r>
    </w:p>
    <w:p>
      <w:pPr>
        <w:pStyle w:val="ListParagraph"/>
      </w:pPr>
      <w:r>
        <w:rPr>
          <w:sz w:val="22"/>
        </w:rPr>
        <w:t>D. 10003</w:t>
      </w:r>
    </w:p>
    <w:p/>
    <w:p>
      <w:r>
        <w:rPr>
          <w:b/>
          <w:sz w:val="24"/>
        </w:rPr>
        <w:t>Câu 5: Số nào bé hơn 5000?</w:t>
      </w:r>
    </w:p>
    <w:p>
      <w:pPr>
        <w:pStyle w:val="ListParagraph"/>
      </w:pPr>
      <w:r>
        <w:rPr>
          <w:sz w:val="22"/>
        </w:rPr>
        <w:t>A. 5001</w:t>
      </w:r>
    </w:p>
    <w:p>
      <w:pPr>
        <w:pStyle w:val="ListParagraph"/>
      </w:pPr>
      <w:r>
        <w:rPr>
          <w:sz w:val="22"/>
        </w:rPr>
        <w:t>B. 4999</w:t>
      </w:r>
    </w:p>
    <w:p>
      <w:pPr>
        <w:pStyle w:val="ListParagraph"/>
      </w:pPr>
      <w:r>
        <w:rPr>
          <w:sz w:val="22"/>
        </w:rPr>
        <w:t>C. 5000</w:t>
      </w:r>
    </w:p>
    <w:p>
      <w:pPr>
        <w:pStyle w:val="ListParagraph"/>
      </w:pPr>
      <w:r>
        <w:rPr>
          <w:sz w:val="22"/>
        </w:rPr>
        <w:t>D. 5002</w:t>
      </w:r>
    </w:p>
    <w:p/>
    <w:p>
      <w:r>
        <w:rPr>
          <w:b/>
          <w:sz w:val="24"/>
        </w:rPr>
        <w:t>Câu 6: Sắp xếp các số sau theo thứ tự từ bé đến lớn: 2345, 5432, 3452, 4523.</w:t>
      </w:r>
    </w:p>
    <w:p>
      <w:pPr>
        <w:pStyle w:val="ListParagraph"/>
      </w:pPr>
      <w:r>
        <w:rPr>
          <w:sz w:val="22"/>
        </w:rPr>
        <w:t>A. 2345, 3452, 4523, 5432</w:t>
      </w:r>
    </w:p>
    <w:p>
      <w:pPr>
        <w:pStyle w:val="ListParagraph"/>
      </w:pPr>
      <w:r>
        <w:rPr>
          <w:sz w:val="22"/>
        </w:rPr>
        <w:t>B. 2345, 4523, 3452, 5432</w:t>
      </w:r>
    </w:p>
    <w:p>
      <w:pPr>
        <w:pStyle w:val="ListParagraph"/>
      </w:pPr>
      <w:r>
        <w:rPr>
          <w:sz w:val="22"/>
        </w:rPr>
        <w:t>C. 5432, 4523, 3452, 2345</w:t>
      </w:r>
    </w:p>
    <w:p>
      <w:pPr>
        <w:pStyle w:val="ListParagraph"/>
      </w:pPr>
      <w:r>
        <w:rPr>
          <w:sz w:val="22"/>
        </w:rPr>
        <w:t>D. 3452, 2345, 4523, 5432</w:t>
      </w:r>
    </w:p>
    <w:p/>
    <w:p>
      <w:r>
        <w:rPr>
          <w:b/>
          <w:sz w:val="24"/>
        </w:rPr>
        <w:t>Câu 7: Số 9999 lớn hơn số nào sau đây?</w:t>
      </w:r>
    </w:p>
    <w:p>
      <w:pPr>
        <w:pStyle w:val="ListParagraph"/>
      </w:pPr>
      <w:r>
        <w:rPr>
          <w:sz w:val="22"/>
        </w:rPr>
        <w:t>A. 10000</w:t>
      </w:r>
    </w:p>
    <w:p>
      <w:pPr>
        <w:pStyle w:val="ListParagraph"/>
      </w:pPr>
      <w:r>
        <w:rPr>
          <w:sz w:val="22"/>
        </w:rPr>
        <w:t>B. 9998</w:t>
      </w:r>
    </w:p>
    <w:p>
      <w:pPr>
        <w:pStyle w:val="ListParagraph"/>
      </w:pPr>
      <w:r>
        <w:rPr>
          <w:sz w:val="22"/>
        </w:rPr>
        <w:t>C. 10001</w:t>
      </w:r>
    </w:p>
    <w:p>
      <w:pPr>
        <w:pStyle w:val="ListParagraph"/>
      </w:pPr>
      <w:r>
        <w:rPr>
          <w:sz w:val="22"/>
        </w:rPr>
        <w:t>D. 10002</w:t>
      </w:r>
    </w:p>
    <w:p/>
    <w:p>
      <w:r>
        <w:rPr>
          <w:b/>
          <w:sz w:val="24"/>
        </w:rPr>
        <w:t>Câu 8: Số nào có giá trị lớn nhất: 1111, 2222, 3333, 4444?</w:t>
      </w:r>
    </w:p>
    <w:p>
      <w:pPr>
        <w:pStyle w:val="ListParagraph"/>
      </w:pPr>
      <w:r>
        <w:rPr>
          <w:sz w:val="22"/>
        </w:rPr>
        <w:t>A. 1111</w:t>
      </w:r>
    </w:p>
    <w:p>
      <w:pPr>
        <w:pStyle w:val="ListParagraph"/>
      </w:pPr>
      <w:r>
        <w:rPr>
          <w:sz w:val="22"/>
        </w:rPr>
        <w:t>B. 2222</w:t>
      </w:r>
    </w:p>
    <w:p>
      <w:pPr>
        <w:pStyle w:val="ListParagraph"/>
      </w:pPr>
      <w:r>
        <w:rPr>
          <w:sz w:val="22"/>
        </w:rPr>
        <w:t>C. 3333</w:t>
      </w:r>
    </w:p>
    <w:p>
      <w:pPr>
        <w:pStyle w:val="ListParagraph"/>
      </w:pPr>
      <w:r>
        <w:rPr>
          <w:sz w:val="22"/>
        </w:rPr>
        <w:t>D. 4444</w:t>
      </w:r>
    </w:p>
    <w:p/>
    <w:p>
      <w:r>
        <w:rPr>
          <w:b/>
          <w:sz w:val="24"/>
        </w:rPr>
        <w:t>Câu 9: So sánh 12345 và 12354. Kết quả nào đúng?</w:t>
      </w:r>
    </w:p>
    <w:p>
      <w:pPr>
        <w:pStyle w:val="ListParagraph"/>
      </w:pPr>
      <w:r>
        <w:rPr>
          <w:sz w:val="22"/>
        </w:rPr>
        <w:t>A. 12345 &gt; 12354</w:t>
      </w:r>
    </w:p>
    <w:p>
      <w:pPr>
        <w:pStyle w:val="ListParagraph"/>
      </w:pPr>
      <w:r>
        <w:rPr>
          <w:sz w:val="22"/>
        </w:rPr>
        <w:t>B. 12345 &lt; 12354</w:t>
      </w:r>
    </w:p>
    <w:p>
      <w:pPr>
        <w:pStyle w:val="ListParagraph"/>
      </w:pPr>
      <w:r>
        <w:rPr>
          <w:sz w:val="22"/>
        </w:rPr>
        <w:t>C. 12345 = 12354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10: Số 100000 lớn hơn số nào sau đây?</w:t>
      </w:r>
    </w:p>
    <w:p>
      <w:pPr>
        <w:pStyle w:val="ListParagraph"/>
      </w:pPr>
      <w:r>
        <w:rPr>
          <w:sz w:val="22"/>
        </w:rPr>
        <w:t>A. 99999</w:t>
      </w:r>
    </w:p>
    <w:p>
      <w:pPr>
        <w:pStyle w:val="ListParagraph"/>
      </w:pPr>
      <w:r>
        <w:rPr>
          <w:sz w:val="22"/>
        </w:rPr>
        <w:t>B. 100001</w:t>
      </w:r>
    </w:p>
    <w:p>
      <w:pPr>
        <w:pStyle w:val="ListParagraph"/>
      </w:pPr>
      <w:r>
        <w:rPr>
          <w:sz w:val="22"/>
        </w:rPr>
        <w:t>C. 100002</w:t>
      </w:r>
    </w:p>
    <w:p>
      <w:pPr>
        <w:pStyle w:val="ListParagraph"/>
      </w:pPr>
      <w:r>
        <w:rPr>
          <w:sz w:val="22"/>
        </w:rPr>
        <w:t>D. 100003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