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Địa lý Lớp 12 - Bản đồ và các phương pháp biểu hiện trên bản đồ</w:t>
      </w:r>
    </w:p>
    <w:p>
      <w:pPr>
        <w:jc w:val="center"/>
      </w:pPr>
      <w:r>
        <w:rPr>
          <w:sz w:val="22"/>
        </w:rPr>
        <w:t>Số câu: 30    Thời gian: _____ phút    Họ và tên: _________________________</w:t>
      </w:r>
    </w:p>
    <w:p/>
    <w:p>
      <w:r>
        <w:rPr>
          <w:b/>
          <w:sz w:val="24"/>
        </w:rPr>
        <w:t>Câu 1: Việt Nam nằm ở khu vực nào của châu Á?</w:t>
      </w:r>
    </w:p>
    <w:p>
      <w:pPr>
        <w:pStyle w:val="ListParagraph"/>
      </w:pPr>
      <w:r>
        <w:rPr>
          <w:sz w:val="22"/>
        </w:rPr>
        <w:t>A. Đông Nam Á</w:t>
      </w:r>
    </w:p>
    <w:p>
      <w:pPr>
        <w:pStyle w:val="ListParagraph"/>
      </w:pPr>
      <w:r>
        <w:rPr>
          <w:sz w:val="22"/>
        </w:rPr>
        <w:t>B. Đông Bắc Á</w:t>
      </w:r>
    </w:p>
    <w:p>
      <w:pPr>
        <w:pStyle w:val="ListParagraph"/>
      </w:pPr>
      <w:r>
        <w:rPr>
          <w:sz w:val="22"/>
        </w:rPr>
        <w:t>C. Nam Á</w:t>
      </w:r>
    </w:p>
    <w:p>
      <w:pPr>
        <w:pStyle w:val="ListParagraph"/>
      </w:pPr>
      <w:r>
        <w:rPr>
          <w:sz w:val="22"/>
        </w:rPr>
        <w:t>D. Trung Á</w:t>
      </w:r>
    </w:p>
    <w:p/>
    <w:p>
      <w:r>
        <w:rPr>
          <w:b/>
          <w:sz w:val="24"/>
        </w:rPr>
        <w:t>Câu 2: Điểm cực Bắc của Việt Nam thuộc tỉnh nào?</w:t>
      </w:r>
    </w:p>
    <w:p>
      <w:pPr>
        <w:pStyle w:val="ListParagraph"/>
      </w:pPr>
      <w:r>
        <w:rPr>
          <w:sz w:val="22"/>
        </w:rPr>
        <w:t>A. Hà Giang</w:t>
      </w:r>
    </w:p>
    <w:p>
      <w:pPr>
        <w:pStyle w:val="ListParagraph"/>
      </w:pPr>
      <w:r>
        <w:rPr>
          <w:sz w:val="22"/>
        </w:rPr>
        <w:t>B. Lạng Sơn</w:t>
      </w:r>
    </w:p>
    <w:p>
      <w:pPr>
        <w:pStyle w:val="ListParagraph"/>
      </w:pPr>
      <w:r>
        <w:rPr>
          <w:sz w:val="22"/>
        </w:rPr>
        <w:t>C. Cao Bằng</w:t>
      </w:r>
    </w:p>
    <w:p>
      <w:pPr>
        <w:pStyle w:val="ListParagraph"/>
      </w:pPr>
      <w:r>
        <w:rPr>
          <w:sz w:val="22"/>
        </w:rPr>
        <w:t>D. Lào Cai</w:t>
      </w:r>
    </w:p>
    <w:p/>
    <w:p>
      <w:r>
        <w:rPr>
          <w:b/>
          <w:sz w:val="24"/>
        </w:rPr>
        <w:t>Câu 3: Điểm cực Nam của Việt Nam thuộc tỉnh nào?</w:t>
      </w:r>
    </w:p>
    <w:p>
      <w:pPr>
        <w:pStyle w:val="ListParagraph"/>
      </w:pPr>
      <w:r>
        <w:rPr>
          <w:sz w:val="22"/>
        </w:rPr>
        <w:t>A. Cà Mau</w:t>
      </w:r>
    </w:p>
    <w:p>
      <w:pPr>
        <w:pStyle w:val="ListParagraph"/>
      </w:pPr>
      <w:r>
        <w:rPr>
          <w:sz w:val="22"/>
        </w:rPr>
        <w:t>B. Bạc Liêu</w:t>
      </w:r>
    </w:p>
    <w:p>
      <w:pPr>
        <w:pStyle w:val="ListParagraph"/>
      </w:pPr>
      <w:r>
        <w:rPr>
          <w:sz w:val="22"/>
        </w:rPr>
        <w:t>C. Kiên Giang</w:t>
      </w:r>
    </w:p>
    <w:p>
      <w:pPr>
        <w:pStyle w:val="ListParagraph"/>
      </w:pPr>
      <w:r>
        <w:rPr>
          <w:sz w:val="22"/>
        </w:rPr>
        <w:t>D. Sóc Trăng</w:t>
      </w:r>
    </w:p>
    <w:p/>
    <w:p>
      <w:r>
        <w:rPr>
          <w:b/>
          <w:sz w:val="24"/>
        </w:rPr>
        <w:t>Câu 4: Điểm cực Đông của Việt Nam thuộc tỉnh nào?</w:t>
      </w:r>
    </w:p>
    <w:p>
      <w:pPr>
        <w:pStyle w:val="ListParagraph"/>
      </w:pPr>
      <w:r>
        <w:rPr>
          <w:sz w:val="22"/>
        </w:rPr>
        <w:t>A. Khánh Hòa</w:t>
      </w:r>
    </w:p>
    <w:p>
      <w:pPr>
        <w:pStyle w:val="ListParagraph"/>
      </w:pPr>
      <w:r>
        <w:rPr>
          <w:sz w:val="22"/>
        </w:rPr>
        <w:t>B. Phú Yên</w:t>
      </w:r>
    </w:p>
    <w:p>
      <w:pPr>
        <w:pStyle w:val="ListParagraph"/>
      </w:pPr>
      <w:r>
        <w:rPr>
          <w:sz w:val="22"/>
        </w:rPr>
        <w:t>C. Bình Định</w:t>
      </w:r>
    </w:p>
    <w:p>
      <w:pPr>
        <w:pStyle w:val="ListParagraph"/>
      </w:pPr>
      <w:r>
        <w:rPr>
          <w:sz w:val="22"/>
        </w:rPr>
        <w:t>D. Ninh Thuận</w:t>
      </w:r>
    </w:p>
    <w:p/>
    <w:p>
      <w:r>
        <w:rPr>
          <w:b/>
          <w:sz w:val="24"/>
        </w:rPr>
        <w:t>Câu 5: Điểm cực Tây của Việt Nam thuộc tỉnh nào?</w:t>
      </w:r>
    </w:p>
    <w:p>
      <w:pPr>
        <w:pStyle w:val="ListParagraph"/>
      </w:pPr>
      <w:r>
        <w:rPr>
          <w:sz w:val="22"/>
        </w:rPr>
        <w:t>A. Điện Biên</w:t>
      </w:r>
    </w:p>
    <w:p>
      <w:pPr>
        <w:pStyle w:val="ListParagraph"/>
      </w:pPr>
      <w:r>
        <w:rPr>
          <w:sz w:val="22"/>
        </w:rPr>
        <w:t>B. Lai Châu</w:t>
      </w:r>
    </w:p>
    <w:p>
      <w:pPr>
        <w:pStyle w:val="ListParagraph"/>
      </w:pPr>
      <w:r>
        <w:rPr>
          <w:sz w:val="22"/>
        </w:rPr>
        <w:t>C. Sơn La</w:t>
      </w:r>
    </w:p>
    <w:p>
      <w:pPr>
        <w:pStyle w:val="ListParagraph"/>
      </w:pPr>
      <w:r>
        <w:rPr>
          <w:sz w:val="22"/>
        </w:rPr>
        <w:t>D. Lào Cai</w:t>
      </w:r>
    </w:p>
    <w:p/>
    <w:p>
      <w:r>
        <w:rPr>
          <w:b/>
          <w:sz w:val="24"/>
        </w:rPr>
        <w:t>Câu 6: Việt Nam có đường biên giới trên đất liền dài bao nhiêu km?</w:t>
      </w:r>
    </w:p>
    <w:p>
      <w:pPr>
        <w:pStyle w:val="ListParagraph"/>
      </w:pPr>
      <w:r>
        <w:rPr>
          <w:sz w:val="22"/>
        </w:rPr>
        <w:t>A. 4.500 km</w:t>
      </w:r>
    </w:p>
    <w:p>
      <w:pPr>
        <w:pStyle w:val="ListParagraph"/>
      </w:pPr>
      <w:r>
        <w:rPr>
          <w:sz w:val="22"/>
        </w:rPr>
        <w:t>B. 4.639 km</w:t>
      </w:r>
    </w:p>
    <w:p>
      <w:pPr>
        <w:pStyle w:val="ListParagraph"/>
      </w:pPr>
      <w:r>
        <w:rPr>
          <w:sz w:val="22"/>
        </w:rPr>
        <w:t>C. 4.800 km</w:t>
      </w:r>
    </w:p>
    <w:p>
      <w:pPr>
        <w:pStyle w:val="ListParagraph"/>
      </w:pPr>
      <w:r>
        <w:rPr>
          <w:sz w:val="22"/>
        </w:rPr>
        <w:t>D. 5.000 km</w:t>
      </w:r>
    </w:p>
    <w:p/>
    <w:p>
      <w:r>
        <w:rPr>
          <w:b/>
          <w:sz w:val="24"/>
        </w:rPr>
        <w:t>Câu 7: Việt Nam có bao nhiêu tỉnh thành có đường biên giới trên bộ với Trung Quốc?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8</w:t>
      </w:r>
    </w:p>
    <w:p/>
    <w:p>
      <w:r>
        <w:rPr>
          <w:b/>
          <w:sz w:val="24"/>
        </w:rPr>
        <w:t>Câu 8: Việt Nam có bao nhiêu tỉnh thành có đường biên giới trên bộ với Lào?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9</w:t>
      </w:r>
    </w:p>
    <w:p>
      <w:pPr>
        <w:pStyle w:val="ListParagraph"/>
      </w:pPr>
      <w:r>
        <w:rPr>
          <w:sz w:val="22"/>
        </w:rPr>
        <w:t>C. 10</w:t>
      </w:r>
    </w:p>
    <w:p>
      <w:pPr>
        <w:pStyle w:val="ListParagraph"/>
      </w:pPr>
      <w:r>
        <w:rPr>
          <w:sz w:val="22"/>
        </w:rPr>
        <w:t>D. 11</w:t>
      </w:r>
    </w:p>
    <w:p/>
    <w:p>
      <w:r>
        <w:rPr>
          <w:b/>
          <w:sz w:val="24"/>
        </w:rPr>
        <w:t>Câu 9: Việt Nam có bao nhiêu tỉnh thành có đường biên giới trên bộ với Campuchia?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9</w:t>
      </w:r>
    </w:p>
    <w:p>
      <w:pPr>
        <w:pStyle w:val="ListParagraph"/>
      </w:pPr>
      <w:r>
        <w:rPr>
          <w:sz w:val="22"/>
        </w:rPr>
        <w:t>C. 10</w:t>
      </w:r>
    </w:p>
    <w:p>
      <w:pPr>
        <w:pStyle w:val="ListParagraph"/>
      </w:pPr>
      <w:r>
        <w:rPr>
          <w:sz w:val="22"/>
        </w:rPr>
        <w:t>D. 11</w:t>
      </w:r>
    </w:p>
    <w:p/>
    <w:p>
      <w:r>
        <w:rPr>
          <w:b/>
          <w:sz w:val="24"/>
        </w:rPr>
        <w:t>Câu 10: Vùng biển của Việt Nam có diện tích khoảng bao nhiêu km²?</w:t>
      </w:r>
    </w:p>
    <w:p>
      <w:pPr>
        <w:pStyle w:val="ListParagraph"/>
      </w:pPr>
      <w:r>
        <w:rPr>
          <w:sz w:val="22"/>
        </w:rPr>
        <w:t>A. 1 triệu km²</w:t>
      </w:r>
    </w:p>
    <w:p>
      <w:pPr>
        <w:pStyle w:val="ListParagraph"/>
      </w:pPr>
      <w:r>
        <w:rPr>
          <w:sz w:val="22"/>
        </w:rPr>
        <w:t>B. 2 triệu km²</w:t>
      </w:r>
    </w:p>
    <w:p>
      <w:pPr>
        <w:pStyle w:val="ListParagraph"/>
      </w:pPr>
      <w:r>
        <w:rPr>
          <w:sz w:val="22"/>
        </w:rPr>
        <w:t>C. 3 triệu km²</w:t>
      </w:r>
    </w:p>
    <w:p>
      <w:pPr>
        <w:pStyle w:val="ListParagraph"/>
      </w:pPr>
      <w:r>
        <w:rPr>
          <w:sz w:val="22"/>
        </w:rPr>
        <w:t>D. 4 triệu km²</w:t>
      </w:r>
    </w:p>
    <w:p/>
    <w:p>
      <w:r>
        <w:rPr>
          <w:b/>
          <w:sz w:val="24"/>
        </w:rPr>
        <w:t>Câu 11: Theo Công ước Luật Biển năm 1982, vùng lãnh hải của Việt Nam rộng bao nhiêu hải lý?</w:t>
      </w:r>
    </w:p>
    <w:p>
      <w:pPr>
        <w:pStyle w:val="ListParagraph"/>
      </w:pPr>
      <w:r>
        <w:rPr>
          <w:sz w:val="22"/>
        </w:rPr>
        <w:t>A. 12 hải lý</w:t>
      </w:r>
    </w:p>
    <w:p>
      <w:pPr>
        <w:pStyle w:val="ListParagraph"/>
      </w:pPr>
      <w:r>
        <w:rPr>
          <w:sz w:val="22"/>
        </w:rPr>
        <w:t>B. 24 hải lý</w:t>
      </w:r>
    </w:p>
    <w:p>
      <w:pPr>
        <w:pStyle w:val="ListParagraph"/>
      </w:pPr>
      <w:r>
        <w:rPr>
          <w:sz w:val="22"/>
        </w:rPr>
        <w:t>C. 200 hải lý</w:t>
      </w:r>
    </w:p>
    <w:p>
      <w:pPr>
        <w:pStyle w:val="ListParagraph"/>
      </w:pPr>
      <w:r>
        <w:rPr>
          <w:sz w:val="22"/>
        </w:rPr>
        <w:t>D. 50 hải lý</w:t>
      </w:r>
    </w:p>
    <w:p/>
    <w:p>
      <w:r>
        <w:rPr>
          <w:b/>
          <w:sz w:val="24"/>
        </w:rPr>
        <w:t>Câu 12: Vùng đặc quyền kinh tế của Việt Nam rộng bao nhiêu hải lý?</w:t>
      </w:r>
    </w:p>
    <w:p>
      <w:pPr>
        <w:pStyle w:val="ListParagraph"/>
      </w:pPr>
      <w:r>
        <w:rPr>
          <w:sz w:val="22"/>
        </w:rPr>
        <w:t>A. 12 hải lý</w:t>
      </w:r>
    </w:p>
    <w:p>
      <w:pPr>
        <w:pStyle w:val="ListParagraph"/>
      </w:pPr>
      <w:r>
        <w:rPr>
          <w:sz w:val="22"/>
        </w:rPr>
        <w:t>B. 24 hải lý</w:t>
      </w:r>
    </w:p>
    <w:p>
      <w:pPr>
        <w:pStyle w:val="ListParagraph"/>
      </w:pPr>
      <w:r>
        <w:rPr>
          <w:sz w:val="22"/>
        </w:rPr>
        <w:t>C. 200 hải lý</w:t>
      </w:r>
    </w:p>
    <w:p>
      <w:pPr>
        <w:pStyle w:val="ListParagraph"/>
      </w:pPr>
      <w:r>
        <w:rPr>
          <w:sz w:val="22"/>
        </w:rPr>
        <w:t>D. 100 hải lý</w:t>
      </w:r>
    </w:p>
    <w:p/>
    <w:p>
      <w:r>
        <w:rPr>
          <w:b/>
          <w:sz w:val="24"/>
        </w:rPr>
        <w:t>Câu 13: Việt Nam có chủ quyền đối với hai quần đảo nào trên Biển Đông?</w:t>
      </w:r>
    </w:p>
    <w:p>
      <w:pPr>
        <w:pStyle w:val="ListParagraph"/>
      </w:pPr>
      <w:r>
        <w:rPr>
          <w:sz w:val="22"/>
        </w:rPr>
        <w:t>A. Hoàng Sa và Trường Sa</w:t>
      </w:r>
    </w:p>
    <w:p>
      <w:pPr>
        <w:pStyle w:val="ListParagraph"/>
      </w:pPr>
      <w:r>
        <w:rPr>
          <w:sz w:val="22"/>
        </w:rPr>
        <w:t>B. Hoàng Sa và An Thới</w:t>
      </w:r>
    </w:p>
    <w:p>
      <w:pPr>
        <w:pStyle w:val="ListParagraph"/>
      </w:pPr>
      <w:r>
        <w:rPr>
          <w:sz w:val="22"/>
        </w:rPr>
        <w:t>C. Trường Sa và Nam Du</w:t>
      </w:r>
    </w:p>
    <w:p>
      <w:pPr>
        <w:pStyle w:val="ListParagraph"/>
      </w:pPr>
      <w:r>
        <w:rPr>
          <w:sz w:val="22"/>
        </w:rPr>
        <w:t>D. Thổ Chu và Phú Quốc</w:t>
      </w:r>
    </w:p>
    <w:p/>
    <w:p>
      <w:r>
        <w:rPr>
          <w:b/>
          <w:sz w:val="24"/>
        </w:rPr>
        <w:t>Câu 14: Tính chất nhiệt đới của khí hậu nước ta được thể hiện ở đặc điểm nào?</w:t>
      </w:r>
    </w:p>
    <w:p>
      <w:pPr>
        <w:pStyle w:val="ListParagraph"/>
      </w:pPr>
      <w:r>
        <w:rPr>
          <w:sz w:val="22"/>
        </w:rPr>
        <w:t>A. Nhiệt độ trung bình năm cao, trên 20°C</w:t>
      </w:r>
    </w:p>
    <w:p>
      <w:pPr>
        <w:pStyle w:val="ListParagraph"/>
      </w:pPr>
      <w:r>
        <w:rPr>
          <w:sz w:val="22"/>
        </w:rPr>
        <w:t>B. Số giờ nắng nhiều</w:t>
      </w:r>
    </w:p>
    <w:p>
      <w:pPr>
        <w:pStyle w:val="ListParagraph"/>
      </w:pPr>
      <w:r>
        <w:rPr>
          <w:sz w:val="22"/>
        </w:rPr>
        <w:t>C. Lượng mưa lớn</w:t>
      </w:r>
    </w:p>
    <w:p>
      <w:pPr>
        <w:pStyle w:val="ListParagraph"/>
      </w:pPr>
      <w:r>
        <w:rPr>
          <w:sz w:val="22"/>
        </w:rPr>
        <w:t>D. Độ ẩm cao</w:t>
      </w:r>
    </w:p>
    <w:p/>
    <w:p>
      <w:r>
        <w:rPr>
          <w:b/>
          <w:sz w:val="24"/>
        </w:rPr>
        <w:t>Câu 15: Tính chất ẩm của khí hậu nước ta được thể hiện ở:</w:t>
      </w:r>
    </w:p>
    <w:p>
      <w:pPr>
        <w:pStyle w:val="ListParagraph"/>
      </w:pPr>
      <w:r>
        <w:rPr>
          <w:sz w:val="22"/>
        </w:rPr>
        <w:t>A. Lượng mưa trung bình năm lớn (1500-2000mm)</w:t>
      </w:r>
    </w:p>
    <w:p>
      <w:pPr>
        <w:pStyle w:val="ListParagraph"/>
      </w:pPr>
      <w:r>
        <w:rPr>
          <w:sz w:val="22"/>
        </w:rPr>
        <w:t>B. Độ ẩm không khí cao, trên 80%</w:t>
      </w:r>
    </w:p>
    <w:p>
      <w:pPr>
        <w:pStyle w:val="ListParagraph"/>
      </w:pPr>
      <w:r>
        <w:rPr>
          <w:sz w:val="22"/>
        </w:rPr>
        <w:t>C. Cân bằng ẩm luôn dương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16: Gió mùa mùa đông ở nước ta hoạt động trong khoảng thời gian nào?</w:t>
      </w:r>
    </w:p>
    <w:p>
      <w:pPr>
        <w:pStyle w:val="ListParagraph"/>
      </w:pPr>
      <w:r>
        <w:rPr>
          <w:sz w:val="22"/>
        </w:rPr>
        <w:t>A. Từ tháng 11 đến tháng 4 năm sau</w:t>
      </w:r>
    </w:p>
    <w:p>
      <w:pPr>
        <w:pStyle w:val="ListParagraph"/>
      </w:pPr>
      <w:r>
        <w:rPr>
          <w:sz w:val="22"/>
        </w:rPr>
        <w:t>B. Từ tháng 5 đến tháng 10</w:t>
      </w:r>
    </w:p>
    <w:p>
      <w:pPr>
        <w:pStyle w:val="ListParagraph"/>
      </w:pPr>
      <w:r>
        <w:rPr>
          <w:sz w:val="22"/>
        </w:rPr>
        <w:t>C. Từ tháng 9 đến tháng 3 năm sau</w:t>
      </w:r>
    </w:p>
    <w:p>
      <w:pPr>
        <w:pStyle w:val="ListParagraph"/>
      </w:pPr>
      <w:r>
        <w:rPr>
          <w:sz w:val="22"/>
        </w:rPr>
        <w:t>D. Từ tháng 12 đến tháng 5 năm sau</w:t>
      </w:r>
    </w:p>
    <w:p/>
    <w:p>
      <w:r>
        <w:rPr>
          <w:b/>
          <w:sz w:val="24"/>
        </w:rPr>
        <w:t>Câu 17: Gió mùa mùa hạ ở nước ta có hướng chủ yếu là:</w:t>
      </w:r>
    </w:p>
    <w:p>
      <w:pPr>
        <w:pStyle w:val="ListParagraph"/>
      </w:pPr>
      <w:r>
        <w:rPr>
          <w:sz w:val="22"/>
        </w:rPr>
        <w:t>A. Tây Nam</w:t>
      </w:r>
    </w:p>
    <w:p>
      <w:pPr>
        <w:pStyle w:val="ListParagraph"/>
      </w:pPr>
      <w:r>
        <w:rPr>
          <w:sz w:val="22"/>
        </w:rPr>
        <w:t>B. Đông Bắc</w:t>
      </w:r>
    </w:p>
    <w:p>
      <w:pPr>
        <w:pStyle w:val="ListParagraph"/>
      </w:pPr>
      <w:r>
        <w:rPr>
          <w:sz w:val="22"/>
        </w:rPr>
        <w:t>C. Đông Nam</w:t>
      </w:r>
    </w:p>
    <w:p>
      <w:pPr>
        <w:pStyle w:val="ListParagraph"/>
      </w:pPr>
      <w:r>
        <w:rPr>
          <w:sz w:val="22"/>
        </w:rPr>
        <w:t>D. Tây Bắc</w:t>
      </w:r>
    </w:p>
    <w:p/>
    <w:p>
      <w:r>
        <w:rPr>
          <w:b/>
          <w:sz w:val="24"/>
        </w:rPr>
        <w:t>Câu 18: Nguyên nhân chính gây mưa lớn vào mùa hạ ở nước ta là do:</w:t>
      </w:r>
    </w:p>
    <w:p>
      <w:pPr>
        <w:pStyle w:val="ListParagraph"/>
      </w:pPr>
      <w:r>
        <w:rPr>
          <w:sz w:val="22"/>
        </w:rPr>
        <w:t>A. Gió mùa Tây Nam</w:t>
      </w:r>
    </w:p>
    <w:p>
      <w:pPr>
        <w:pStyle w:val="ListParagraph"/>
      </w:pPr>
      <w:r>
        <w:rPr>
          <w:sz w:val="22"/>
        </w:rPr>
        <w:t>B. Gió mùa Đông Bắc</w:t>
      </w:r>
    </w:p>
    <w:p>
      <w:pPr>
        <w:pStyle w:val="ListParagraph"/>
      </w:pPr>
      <w:r>
        <w:rPr>
          <w:sz w:val="22"/>
        </w:rPr>
        <w:t>C. Tín phong</w:t>
      </w:r>
    </w:p>
    <w:p>
      <w:pPr>
        <w:pStyle w:val="ListParagraph"/>
      </w:pPr>
      <w:r>
        <w:rPr>
          <w:sz w:val="22"/>
        </w:rPr>
        <w:t>D. Gió đất ven biển</w:t>
      </w:r>
    </w:p>
    <w:p/>
    <w:p>
      <w:r>
        <w:rPr>
          <w:b/>
          <w:sz w:val="24"/>
        </w:rPr>
        <w:t>Câu 19: Khu vực nào của nước ta có lượng mưa lớn nhất?</w:t>
      </w:r>
    </w:p>
    <w:p>
      <w:pPr>
        <w:pStyle w:val="ListParagraph"/>
      </w:pPr>
      <w:r>
        <w:rPr>
          <w:sz w:val="22"/>
        </w:rPr>
        <w:t>A. Bắc Trung Bộ</w:t>
      </w:r>
    </w:p>
    <w:p>
      <w:pPr>
        <w:pStyle w:val="ListParagraph"/>
      </w:pPr>
      <w:r>
        <w:rPr>
          <w:sz w:val="22"/>
        </w:rPr>
        <w:t>B. Nam Trung Bộ</w:t>
      </w:r>
    </w:p>
    <w:p>
      <w:pPr>
        <w:pStyle w:val="ListParagraph"/>
      </w:pPr>
      <w:r>
        <w:rPr>
          <w:sz w:val="22"/>
        </w:rPr>
        <w:t>C. Tây Nguyên</w:t>
      </w:r>
    </w:p>
    <w:p>
      <w:pPr>
        <w:pStyle w:val="ListParagraph"/>
      </w:pPr>
      <w:r>
        <w:rPr>
          <w:sz w:val="22"/>
        </w:rPr>
        <w:t>D. Đông Nam Bộ</w:t>
      </w:r>
    </w:p>
    <w:p/>
    <w:p>
      <w:r>
        <w:rPr>
          <w:b/>
          <w:sz w:val="24"/>
        </w:rPr>
        <w:t>Câu 20: Vùng biển nước ta có vai trò như thế nào đối với khí hậu?</w:t>
      </w:r>
    </w:p>
    <w:p>
      <w:pPr>
        <w:pStyle w:val="ListParagraph"/>
      </w:pPr>
      <w:r>
        <w:rPr>
          <w:sz w:val="22"/>
        </w:rPr>
        <w:t>A. Làm tăng độ ẩm của không khí</w:t>
      </w:r>
    </w:p>
    <w:p>
      <w:pPr>
        <w:pStyle w:val="ListParagraph"/>
      </w:pPr>
      <w:r>
        <w:rPr>
          <w:sz w:val="22"/>
        </w:rPr>
        <w:t>B. Điều hòa nhiệt độ</w:t>
      </w:r>
    </w:p>
    <w:p>
      <w:pPr>
        <w:pStyle w:val="ListParagraph"/>
      </w:pPr>
      <w:r>
        <w:rPr>
          <w:sz w:val="22"/>
        </w:rPr>
        <w:t>C. Mang lại lượng mưa lớn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21: Đặc điểm nào sau đây không đúng với khí hậu nhiệt đới ẩm gió mùa của nước ta?</w:t>
      </w:r>
    </w:p>
    <w:p>
      <w:pPr>
        <w:pStyle w:val="ListParagraph"/>
      </w:pPr>
      <w:r>
        <w:rPr>
          <w:sz w:val="22"/>
        </w:rPr>
        <w:t>A. Nhiệt độ trung bình năm thấp</w:t>
      </w:r>
    </w:p>
    <w:p>
      <w:pPr>
        <w:pStyle w:val="ListParagraph"/>
      </w:pPr>
      <w:r>
        <w:rPr>
          <w:sz w:val="22"/>
        </w:rPr>
        <w:t>B. Lượng mưa lớn</w:t>
      </w:r>
    </w:p>
    <w:p>
      <w:pPr>
        <w:pStyle w:val="ListParagraph"/>
      </w:pPr>
      <w:r>
        <w:rPr>
          <w:sz w:val="22"/>
        </w:rPr>
        <w:t>C. Độ ẩm cao</w:t>
      </w:r>
    </w:p>
    <w:p>
      <w:pPr>
        <w:pStyle w:val="ListParagraph"/>
      </w:pPr>
      <w:r>
        <w:rPr>
          <w:sz w:val="22"/>
        </w:rPr>
        <w:t>D. Phân mùa rõ rệt</w:t>
      </w:r>
    </w:p>
    <w:p/>
    <w:p>
      <w:r>
        <w:rPr>
          <w:b/>
          <w:sz w:val="24"/>
        </w:rPr>
        <w:t>Câu 22: Hệ quả của khí hậu nhiệt đới ẩm gió mùa đến địa hình nước ta là:</w:t>
      </w:r>
    </w:p>
    <w:p>
      <w:pPr>
        <w:pStyle w:val="ListParagraph"/>
      </w:pPr>
      <w:r>
        <w:rPr>
          <w:sz w:val="22"/>
        </w:rPr>
        <w:t>A. Địa hình bị chia cắt mạnh</w:t>
      </w:r>
    </w:p>
    <w:p>
      <w:pPr>
        <w:pStyle w:val="ListParagraph"/>
      </w:pPr>
      <w:r>
        <w:rPr>
          <w:sz w:val="22"/>
        </w:rPr>
        <w:t>B. Địa hình bằng phẳng</w:t>
      </w:r>
    </w:p>
    <w:p>
      <w:pPr>
        <w:pStyle w:val="ListParagraph"/>
      </w:pPr>
      <w:r>
        <w:rPr>
          <w:sz w:val="22"/>
        </w:rPr>
        <w:t>C. Nhiều đồi núi thấp</w:t>
      </w:r>
    </w:p>
    <w:p>
      <w:pPr>
        <w:pStyle w:val="ListParagraph"/>
      </w:pPr>
      <w:r>
        <w:rPr>
          <w:sz w:val="22"/>
        </w:rPr>
        <w:t>D. Ít bị xói mòn</w:t>
      </w:r>
    </w:p>
    <w:p/>
    <w:p>
      <w:r>
        <w:rPr>
          <w:b/>
          <w:sz w:val="24"/>
        </w:rPr>
        <w:t>Câu 23: Loại đất chủ yếu ở nước ta do khí hậu nhiệt đới ẩm gió mùa là:</w:t>
      </w:r>
    </w:p>
    <w:p>
      <w:pPr>
        <w:pStyle w:val="ListParagraph"/>
      </w:pPr>
      <w:r>
        <w:rPr>
          <w:sz w:val="22"/>
        </w:rPr>
        <w:t>A. Đất feralit</w:t>
      </w:r>
    </w:p>
    <w:p>
      <w:pPr>
        <w:pStyle w:val="ListParagraph"/>
      </w:pPr>
      <w:r>
        <w:rPr>
          <w:sz w:val="22"/>
        </w:rPr>
        <w:t>B. Đất phù sa</w:t>
      </w:r>
    </w:p>
    <w:p>
      <w:pPr>
        <w:pStyle w:val="ListParagraph"/>
      </w:pPr>
      <w:r>
        <w:rPr>
          <w:sz w:val="22"/>
        </w:rPr>
        <w:t>C. Đất mùn</w:t>
      </w:r>
    </w:p>
    <w:p>
      <w:pPr>
        <w:pStyle w:val="ListParagraph"/>
      </w:pPr>
      <w:r>
        <w:rPr>
          <w:sz w:val="22"/>
        </w:rPr>
        <w:t>D. Đất cát</w:t>
      </w:r>
    </w:p>
    <w:p/>
    <w:p>
      <w:r>
        <w:rPr>
          <w:b/>
          <w:sz w:val="24"/>
        </w:rPr>
        <w:t>Câu 24: Mạng lưới sông ngòi nước ta có đặc điểm nào sau đây?</w:t>
      </w:r>
    </w:p>
    <w:p>
      <w:pPr>
        <w:pStyle w:val="ListParagraph"/>
      </w:pPr>
      <w:r>
        <w:rPr>
          <w:sz w:val="22"/>
        </w:rPr>
        <w:t>A. Mật độ dày đặc</w:t>
      </w:r>
    </w:p>
    <w:p>
      <w:pPr>
        <w:pStyle w:val="ListParagraph"/>
      </w:pPr>
      <w:r>
        <w:rPr>
          <w:sz w:val="22"/>
        </w:rPr>
        <w:t>B. Chủ yếu là sông ngắn, dốc</w:t>
      </w:r>
    </w:p>
    <w:p>
      <w:pPr>
        <w:pStyle w:val="ListParagraph"/>
      </w:pPr>
      <w:r>
        <w:rPr>
          <w:sz w:val="22"/>
        </w:rPr>
        <w:t>C. Ít sông lớn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25: Chế độ nước của sông ngòi nước ta có đặc điểm gì?</w:t>
      </w:r>
    </w:p>
    <w:p>
      <w:pPr>
        <w:pStyle w:val="ListParagraph"/>
      </w:pPr>
      <w:r>
        <w:rPr>
          <w:sz w:val="22"/>
        </w:rPr>
        <w:t>A. Phân mùa rõ rệt</w:t>
      </w:r>
    </w:p>
    <w:p>
      <w:pPr>
        <w:pStyle w:val="ListParagraph"/>
      </w:pPr>
      <w:r>
        <w:rPr>
          <w:sz w:val="22"/>
        </w:rPr>
        <w:t>B. Thường xuyên có lũ</w:t>
      </w:r>
    </w:p>
    <w:p>
      <w:pPr>
        <w:pStyle w:val="ListParagraph"/>
      </w:pPr>
      <w:r>
        <w:rPr>
          <w:sz w:val="22"/>
        </w:rPr>
        <w:t>C. Ít biến động</w:t>
      </w:r>
    </w:p>
    <w:p>
      <w:pPr>
        <w:pStyle w:val="ListParagraph"/>
      </w:pPr>
      <w:r>
        <w:rPr>
          <w:sz w:val="22"/>
        </w:rPr>
        <w:t>D. Quanh năm ổn định</w:t>
      </w:r>
    </w:p>
    <w:p/>
    <w:p>
      <w:r>
        <w:rPr>
          <w:b/>
          <w:sz w:val="24"/>
        </w:rPr>
        <w:t>Câu 26: Sự đa dạng sinh học của nước ta là do:</w:t>
      </w:r>
    </w:p>
    <w:p>
      <w:pPr>
        <w:pStyle w:val="ListParagraph"/>
      </w:pPr>
      <w:r>
        <w:rPr>
          <w:sz w:val="22"/>
        </w:rPr>
        <w:t>A. Khí hậu nhiệt đới ẩm gió mùa</w:t>
      </w:r>
    </w:p>
    <w:p>
      <w:pPr>
        <w:pStyle w:val="ListParagraph"/>
      </w:pPr>
      <w:r>
        <w:rPr>
          <w:sz w:val="22"/>
        </w:rPr>
        <w:t>B. Vị trí địa lý</w:t>
      </w:r>
    </w:p>
    <w:p>
      <w:pPr>
        <w:pStyle w:val="ListParagraph"/>
      </w:pPr>
      <w:r>
        <w:rPr>
          <w:sz w:val="22"/>
        </w:rPr>
        <w:t>C. Địa hình đa dạng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27: Ở nước ta, vào mùa đông, miền Bắc có khí hậu lạnh hơn miền Nam là do:</w:t>
      </w:r>
    </w:p>
    <w:p>
      <w:pPr>
        <w:pStyle w:val="ListParagraph"/>
      </w:pPr>
      <w:r>
        <w:rPr>
          <w:sz w:val="22"/>
        </w:rPr>
        <w:t>A. Ảnh hưởng của gió mùa Đông Bắc</w:t>
      </w:r>
    </w:p>
    <w:p>
      <w:pPr>
        <w:pStyle w:val="ListParagraph"/>
      </w:pPr>
      <w:r>
        <w:rPr>
          <w:sz w:val="22"/>
        </w:rPr>
        <w:t>B. Miền Bắc nằm gần chí tuyến Bắc</w:t>
      </w:r>
    </w:p>
    <w:p>
      <w:pPr>
        <w:pStyle w:val="ListParagraph"/>
      </w:pPr>
      <w:r>
        <w:rPr>
          <w:sz w:val="22"/>
        </w:rPr>
        <w:t>C. Miền Bắc có địa hình cao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28: Vịnh nào ở phía Bắc nước ta?</w:t>
      </w:r>
    </w:p>
    <w:p>
      <w:pPr>
        <w:pStyle w:val="ListParagraph"/>
      </w:pPr>
      <w:r>
        <w:rPr>
          <w:sz w:val="22"/>
        </w:rPr>
        <w:t>A. Vịnh Bắc Bộ</w:t>
      </w:r>
    </w:p>
    <w:p>
      <w:pPr>
        <w:pStyle w:val="ListParagraph"/>
      </w:pPr>
      <w:r>
        <w:rPr>
          <w:sz w:val="22"/>
        </w:rPr>
        <w:t>B. Vịnh Thái Lan</w:t>
      </w:r>
    </w:p>
    <w:p>
      <w:pPr>
        <w:pStyle w:val="ListParagraph"/>
      </w:pPr>
      <w:r>
        <w:rPr>
          <w:sz w:val="22"/>
        </w:rPr>
        <w:t>C. Vịnh Hạ Long</w:t>
      </w:r>
    </w:p>
    <w:p>
      <w:pPr>
        <w:pStyle w:val="ListParagraph"/>
      </w:pPr>
      <w:r>
        <w:rPr>
          <w:sz w:val="22"/>
        </w:rPr>
        <w:t>D. Vịnh Cam Ranh</w:t>
      </w:r>
    </w:p>
    <w:p/>
    <w:p>
      <w:r>
        <w:rPr>
          <w:b/>
          <w:sz w:val="24"/>
        </w:rPr>
        <w:t>Câu 29: Vịnh nào ở phía Nam nước ta?</w:t>
      </w:r>
    </w:p>
    <w:p>
      <w:pPr>
        <w:pStyle w:val="ListParagraph"/>
      </w:pPr>
      <w:r>
        <w:rPr>
          <w:sz w:val="22"/>
        </w:rPr>
        <w:t>A. Vịnh Bắc Bộ</w:t>
      </w:r>
    </w:p>
    <w:p>
      <w:pPr>
        <w:pStyle w:val="ListParagraph"/>
      </w:pPr>
      <w:r>
        <w:rPr>
          <w:sz w:val="22"/>
        </w:rPr>
        <w:t>B. Vịnh Thái Lan</w:t>
      </w:r>
    </w:p>
    <w:p>
      <w:pPr>
        <w:pStyle w:val="ListParagraph"/>
      </w:pPr>
      <w:r>
        <w:rPr>
          <w:sz w:val="22"/>
        </w:rPr>
        <w:t>C. Vịnh Hạ Long</w:t>
      </w:r>
    </w:p>
    <w:p>
      <w:pPr>
        <w:pStyle w:val="ListParagraph"/>
      </w:pPr>
      <w:r>
        <w:rPr>
          <w:sz w:val="22"/>
        </w:rPr>
        <w:t>D. Vịnh Cam Ranh</w:t>
      </w:r>
    </w:p>
    <w:p/>
    <w:p>
      <w:r>
        <w:rPr>
          <w:b/>
          <w:sz w:val="24"/>
        </w:rPr>
        <w:t>Câu 30: Ý nghĩa kinh tế của vị trí địa lý nước ta là:</w:t>
      </w:r>
    </w:p>
    <w:p>
      <w:pPr>
        <w:pStyle w:val="ListParagraph"/>
      </w:pPr>
      <w:r>
        <w:rPr>
          <w:sz w:val="22"/>
        </w:rPr>
        <w:t>A. Giao thông thuận lợi, giao lưu với các nước</w:t>
      </w:r>
    </w:p>
    <w:p>
      <w:pPr>
        <w:pStyle w:val="ListParagraph"/>
      </w:pPr>
      <w:r>
        <w:rPr>
          <w:sz w:val="22"/>
        </w:rPr>
        <w:t>B. Nằm ở ngã tư đường hàng hải quốc tế</w:t>
      </w:r>
    </w:p>
    <w:p>
      <w:pPr>
        <w:pStyle w:val="ListParagraph"/>
      </w:pPr>
      <w:r>
        <w:rPr>
          <w:sz w:val="22"/>
        </w:rPr>
        <w:t>C. Có nhiều điều kiện phát triển kinh tế biển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D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D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D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D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B</w:t>
      </w:r>
    </w:p>
    <w:p>
      <w:r>
        <w:rPr>
          <w:b/>
        </w:rPr>
        <w:t>Câu 30: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