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45 câu trắc nghiệm môn toán 10 tập hợp</w:t>
      </w:r>
    </w:p>
    <w:p>
      <w:pPr>
        <w:jc w:val="center"/>
      </w:pPr>
      <w:r>
        <w:rPr>
          <w:sz w:val="22"/>
        </w:rPr>
        <w:t>Số câu: 45    Thời gian: _____ phút    Họ và tên: _________________________</w:t>
      </w:r>
    </w:p>
    <w:p/>
    <w:p>
      <w:r>
        <w:rPr>
          <w:b/>
          <w:sz w:val="24"/>
        </w:rPr>
        <w:t>Câu 1: Cho tập hợp A = {1; 2; 3}. Số tập con của A là: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2: Cho tập hợp A = {x ∈ ℕ | x &lt; 5}. Tập A được viết dưới dạng liệt kê là:</w:t>
      </w:r>
    </w:p>
    <w:p>
      <w:pPr>
        <w:pStyle w:val="ListParagraph"/>
      </w:pPr>
      <w:r>
        <w:rPr>
          <w:sz w:val="22"/>
        </w:rPr>
        <w:t>A. {0; 1; 2; 3; 4}</w:t>
      </w:r>
    </w:p>
    <w:p>
      <w:pPr>
        <w:pStyle w:val="ListParagraph"/>
      </w:pPr>
      <w:r>
        <w:rPr>
          <w:sz w:val="22"/>
        </w:rPr>
        <w:t>B. {1; 2; 3; 4}</w:t>
      </w:r>
    </w:p>
    <w:p>
      <w:pPr>
        <w:pStyle w:val="ListParagraph"/>
      </w:pPr>
      <w:r>
        <w:rPr>
          <w:sz w:val="22"/>
        </w:rPr>
        <w:t>C. {0; 1; 2; 3; 4; 5}</w:t>
      </w:r>
    </w:p>
    <w:p>
      <w:pPr>
        <w:pStyle w:val="ListParagraph"/>
      </w:pPr>
      <w:r>
        <w:rPr>
          <w:sz w:val="22"/>
        </w:rPr>
        <w:t>D. {1; 2; 3; 4; 5}</w:t>
      </w:r>
    </w:p>
    <w:p/>
    <w:p>
      <w:r>
        <w:rPr>
          <w:b/>
          <w:sz w:val="24"/>
        </w:rPr>
        <w:t>Câu 3: Cho A = {1; 2; 3}, B = {2; 3; 4}. Tập A ∪ B là:</w:t>
      </w:r>
    </w:p>
    <w:p>
      <w:pPr>
        <w:pStyle w:val="ListParagraph"/>
      </w:pPr>
      <w:r>
        <w:rPr>
          <w:sz w:val="22"/>
        </w:rPr>
        <w:t>A. {1; 2; 3; 4}</w:t>
      </w:r>
    </w:p>
    <w:p>
      <w:pPr>
        <w:pStyle w:val="ListParagraph"/>
      </w:pPr>
      <w:r>
        <w:rPr>
          <w:sz w:val="22"/>
        </w:rPr>
        <w:t>B. {2; 3}</w:t>
      </w:r>
    </w:p>
    <w:p>
      <w:pPr>
        <w:pStyle w:val="ListParagraph"/>
      </w:pPr>
      <w:r>
        <w:rPr>
          <w:sz w:val="22"/>
        </w:rPr>
        <w:t>C. {1; 4}</w:t>
      </w:r>
    </w:p>
    <w:p>
      <w:pPr>
        <w:pStyle w:val="ListParagraph"/>
      </w:pPr>
      <w:r>
        <w:rPr>
          <w:sz w:val="22"/>
        </w:rPr>
        <w:t>D. {1; 2; 3}</w:t>
      </w:r>
    </w:p>
    <w:p/>
    <w:p>
      <w:r>
        <w:rPr>
          <w:b/>
          <w:sz w:val="24"/>
        </w:rPr>
        <w:t>Câu 4: Cho A = {1; 2; 3}, B = {2; 3; 4}. Tập A ∩ B là:</w:t>
      </w:r>
    </w:p>
    <w:p>
      <w:pPr>
        <w:pStyle w:val="ListParagraph"/>
      </w:pPr>
      <w:r>
        <w:rPr>
          <w:sz w:val="22"/>
        </w:rPr>
        <w:t>A. {1; 4}</w:t>
      </w:r>
    </w:p>
    <w:p>
      <w:pPr>
        <w:pStyle w:val="ListParagraph"/>
      </w:pPr>
      <w:r>
        <w:rPr>
          <w:sz w:val="22"/>
        </w:rPr>
        <w:t>B. {2; 3}</w:t>
      </w:r>
    </w:p>
    <w:p>
      <w:pPr>
        <w:pStyle w:val="ListParagraph"/>
      </w:pPr>
      <w:r>
        <w:rPr>
          <w:sz w:val="22"/>
        </w:rPr>
        <w:t>C. {1; 2; 3; 4}</w:t>
      </w:r>
    </w:p>
    <w:p>
      <w:pPr>
        <w:pStyle w:val="ListParagraph"/>
      </w:pPr>
      <w:r>
        <w:rPr>
          <w:sz w:val="22"/>
        </w:rPr>
        <w:t>D. {3; 4}</w:t>
      </w:r>
    </w:p>
    <w:p/>
    <w:p>
      <w:r>
        <w:rPr>
          <w:b/>
          <w:sz w:val="24"/>
        </w:rPr>
        <w:t>Câu 5: Cho A = {1; 2; 3}, B = {2; 3; 4}. Tập A ∖ B là:</w:t>
      </w:r>
    </w:p>
    <w:p>
      <w:pPr>
        <w:pStyle w:val="ListParagraph"/>
      </w:pPr>
      <w:r>
        <w:rPr>
          <w:sz w:val="22"/>
        </w:rPr>
        <w:t>A. {1}</w:t>
      </w:r>
    </w:p>
    <w:p>
      <w:pPr>
        <w:pStyle w:val="ListParagraph"/>
      </w:pPr>
      <w:r>
        <w:rPr>
          <w:sz w:val="22"/>
        </w:rPr>
        <w:t>B. {4}</w:t>
      </w:r>
    </w:p>
    <w:p>
      <w:pPr>
        <w:pStyle w:val="ListParagraph"/>
      </w:pPr>
      <w:r>
        <w:rPr>
          <w:sz w:val="22"/>
        </w:rPr>
        <w:t>C. {1; 2; 3}</w:t>
      </w:r>
    </w:p>
    <w:p>
      <w:pPr>
        <w:pStyle w:val="ListParagraph"/>
      </w:pPr>
      <w:r>
        <w:rPr>
          <w:sz w:val="22"/>
        </w:rPr>
        <w:t>D. {2; 3}</w:t>
      </w:r>
    </w:p>
    <w:p/>
    <w:p>
      <w:r>
        <w:rPr>
          <w:b/>
          <w:sz w:val="24"/>
        </w:rPr>
        <w:t>Câu 6: Cho A = {1; 2; 3}, B = {2; 3; 4}. Tập B ∖ A là:</w:t>
      </w:r>
    </w:p>
    <w:p>
      <w:pPr>
        <w:pStyle w:val="ListParagraph"/>
      </w:pPr>
      <w:r>
        <w:rPr>
          <w:sz w:val="22"/>
        </w:rPr>
        <w:t>A. {1}</w:t>
      </w:r>
    </w:p>
    <w:p>
      <w:pPr>
        <w:pStyle w:val="ListParagraph"/>
      </w:pPr>
      <w:r>
        <w:rPr>
          <w:sz w:val="22"/>
        </w:rPr>
        <w:t>B. {4}</w:t>
      </w:r>
    </w:p>
    <w:p>
      <w:pPr>
        <w:pStyle w:val="ListParagraph"/>
      </w:pPr>
      <w:r>
        <w:rPr>
          <w:sz w:val="22"/>
        </w:rPr>
        <w:t>C. {1; 4}</w:t>
      </w:r>
    </w:p>
    <w:p>
      <w:pPr>
        <w:pStyle w:val="ListParagraph"/>
      </w:pPr>
      <w:r>
        <w:rPr>
          <w:sz w:val="22"/>
        </w:rPr>
        <w:t>D. {2; 3}</w:t>
      </w:r>
    </w:p>
    <w:p/>
    <w:p>
      <w:r>
        <w:rPr>
          <w:b/>
          <w:sz w:val="24"/>
        </w:rPr>
        <w:t>Câu 7: Cho tập A = {x ∈ ℝ | -2 &lt; x ≤ 3}. Tập A là:</w:t>
      </w:r>
    </w:p>
    <w:p>
      <w:pPr>
        <w:pStyle w:val="ListParagraph"/>
      </w:pPr>
      <w:r>
        <w:rPr>
          <w:sz w:val="22"/>
        </w:rPr>
        <w:t>A. (-2; 3]</w:t>
      </w:r>
    </w:p>
    <w:p>
      <w:pPr>
        <w:pStyle w:val="ListParagraph"/>
      </w:pPr>
      <w:r>
        <w:rPr>
          <w:sz w:val="22"/>
        </w:rPr>
        <w:t>B. [-2; 3]</w:t>
      </w:r>
    </w:p>
    <w:p>
      <w:pPr>
        <w:pStyle w:val="ListParagraph"/>
      </w:pPr>
      <w:r>
        <w:rPr>
          <w:sz w:val="22"/>
        </w:rPr>
        <w:t>C. (-2; 3)</w:t>
      </w:r>
    </w:p>
    <w:p>
      <w:pPr>
        <w:pStyle w:val="ListParagraph"/>
      </w:pPr>
      <w:r>
        <w:rPr>
          <w:sz w:val="22"/>
        </w:rPr>
        <w:t>D. [-2; 3)</w:t>
      </w:r>
    </w:p>
    <w:p/>
    <w:p>
      <w:r>
        <w:rPr>
          <w:b/>
          <w:sz w:val="24"/>
        </w:rPr>
        <w:t>Câu 8: Cho A = [1; 4], B = (2; 5). Tập A ∩ B là:</w:t>
      </w:r>
    </w:p>
    <w:p>
      <w:pPr>
        <w:pStyle w:val="ListParagraph"/>
      </w:pPr>
      <w:r>
        <w:rPr>
          <w:sz w:val="22"/>
        </w:rPr>
        <w:t>A. (2; 4]</w:t>
      </w:r>
    </w:p>
    <w:p>
      <w:pPr>
        <w:pStyle w:val="ListParagraph"/>
      </w:pPr>
      <w:r>
        <w:rPr>
          <w:sz w:val="22"/>
        </w:rPr>
        <w:t>B. [2; 4]</w:t>
      </w:r>
    </w:p>
    <w:p>
      <w:pPr>
        <w:pStyle w:val="ListParagraph"/>
      </w:pPr>
      <w:r>
        <w:rPr>
          <w:sz w:val="22"/>
        </w:rPr>
        <w:t>C. (2; 4)</w:t>
      </w:r>
    </w:p>
    <w:p>
      <w:pPr>
        <w:pStyle w:val="ListParagraph"/>
      </w:pPr>
      <w:r>
        <w:rPr>
          <w:sz w:val="22"/>
        </w:rPr>
        <w:t>D. [1; 5)</w:t>
      </w:r>
    </w:p>
    <w:p/>
    <w:p>
      <w:r>
        <w:rPr>
          <w:b/>
          <w:sz w:val="24"/>
        </w:rPr>
        <w:t>Câu 9: Cho A = [1; 4], B = (2; 5). Tập A ∪ B là:</w:t>
      </w:r>
    </w:p>
    <w:p>
      <w:pPr>
        <w:pStyle w:val="ListParagraph"/>
      </w:pPr>
      <w:r>
        <w:rPr>
          <w:sz w:val="22"/>
        </w:rPr>
        <w:t>A. [1; 5)</w:t>
      </w:r>
    </w:p>
    <w:p>
      <w:pPr>
        <w:pStyle w:val="ListParagraph"/>
      </w:pPr>
      <w:r>
        <w:rPr>
          <w:sz w:val="22"/>
        </w:rPr>
        <w:t>B. (1; 5)</w:t>
      </w:r>
    </w:p>
    <w:p>
      <w:pPr>
        <w:pStyle w:val="ListParagraph"/>
      </w:pPr>
      <w:r>
        <w:rPr>
          <w:sz w:val="22"/>
        </w:rPr>
        <w:t>C. [1; 5]</w:t>
      </w:r>
    </w:p>
    <w:p>
      <w:pPr>
        <w:pStyle w:val="ListParagraph"/>
      </w:pPr>
      <w:r>
        <w:rPr>
          <w:sz w:val="22"/>
        </w:rPr>
        <w:t>D. (2; 4]</w:t>
      </w:r>
    </w:p>
    <w:p/>
    <w:p>
      <w:r>
        <w:rPr>
          <w:b/>
          <w:sz w:val="24"/>
        </w:rPr>
        <w:t>Câu 10: Cho A = [1; 4], B = (2; 5). Tập A ∖ B là:</w:t>
      </w:r>
    </w:p>
    <w:p>
      <w:pPr>
        <w:pStyle w:val="ListParagraph"/>
      </w:pPr>
      <w:r>
        <w:rPr>
          <w:sz w:val="22"/>
        </w:rPr>
        <w:t>A. [1; 2]</w:t>
      </w:r>
    </w:p>
    <w:p>
      <w:pPr>
        <w:pStyle w:val="ListParagraph"/>
      </w:pPr>
      <w:r>
        <w:rPr>
          <w:sz w:val="22"/>
        </w:rPr>
        <w:t>B. [1; 2)</w:t>
      </w:r>
    </w:p>
    <w:p>
      <w:pPr>
        <w:pStyle w:val="ListParagraph"/>
      </w:pPr>
      <w:r>
        <w:rPr>
          <w:sz w:val="22"/>
        </w:rPr>
        <w:t>C. (2; 4]</w:t>
      </w:r>
    </w:p>
    <w:p>
      <w:pPr>
        <w:pStyle w:val="ListParagraph"/>
      </w:pPr>
      <w:r>
        <w:rPr>
          <w:sz w:val="22"/>
        </w:rPr>
        <w:t>D. [1; 4]</w:t>
      </w:r>
    </w:p>
    <w:p/>
    <w:p>
      <w:r>
        <w:rPr>
          <w:b/>
          <w:sz w:val="24"/>
        </w:rPr>
        <w:t>Câu 11: Cho A = [1; 4], B = (2; 5). Tập B ∖ A là:</w:t>
      </w:r>
    </w:p>
    <w:p>
      <w:pPr>
        <w:pStyle w:val="ListParagraph"/>
      </w:pPr>
      <w:r>
        <w:rPr>
          <w:sz w:val="22"/>
        </w:rPr>
        <w:t>A. (4; 5)</w:t>
      </w:r>
    </w:p>
    <w:p>
      <w:pPr>
        <w:pStyle w:val="ListParagraph"/>
      </w:pPr>
      <w:r>
        <w:rPr>
          <w:sz w:val="22"/>
        </w:rPr>
        <w:t>B. (4; 5]</w:t>
      </w:r>
    </w:p>
    <w:p>
      <w:pPr>
        <w:pStyle w:val="ListParagraph"/>
      </w:pPr>
      <w:r>
        <w:rPr>
          <w:sz w:val="22"/>
        </w:rPr>
        <w:t>C. [4; 5)</w:t>
      </w:r>
    </w:p>
    <w:p>
      <w:pPr>
        <w:pStyle w:val="ListParagraph"/>
      </w:pPr>
      <w:r>
        <w:rPr>
          <w:sz w:val="22"/>
        </w:rPr>
        <w:t>D. (2; 4]</w:t>
      </w:r>
    </w:p>
    <w:p/>
    <w:p>
      <w:r>
        <w:rPr>
          <w:b/>
          <w:sz w:val="24"/>
        </w:rPr>
        <w:t>Câu 12: Cho A = (-∞; 3), B = [1; +∞). Tập A ∩ B là:</w:t>
      </w:r>
    </w:p>
    <w:p>
      <w:pPr>
        <w:pStyle w:val="ListParagraph"/>
      </w:pPr>
      <w:r>
        <w:rPr>
          <w:sz w:val="22"/>
        </w:rPr>
        <w:t>A. [1; 3)</w:t>
      </w:r>
    </w:p>
    <w:p>
      <w:pPr>
        <w:pStyle w:val="ListParagraph"/>
      </w:pPr>
      <w:r>
        <w:rPr>
          <w:sz w:val="22"/>
        </w:rPr>
        <w:t>B. (1; 3)</w:t>
      </w:r>
    </w:p>
    <w:p>
      <w:pPr>
        <w:pStyle w:val="ListParagraph"/>
      </w:pPr>
      <w:r>
        <w:rPr>
          <w:sz w:val="22"/>
        </w:rPr>
        <w:t>C. [1; 3]</w:t>
      </w:r>
    </w:p>
    <w:p>
      <w:pPr>
        <w:pStyle w:val="ListParagraph"/>
      </w:pPr>
      <w:r>
        <w:rPr>
          <w:sz w:val="22"/>
        </w:rPr>
        <w:t>D. (1; 3]</w:t>
      </w:r>
    </w:p>
    <w:p/>
    <w:p>
      <w:r>
        <w:rPr>
          <w:b/>
          <w:sz w:val="24"/>
        </w:rPr>
        <w:t>Câu 13: Cho A = (-∞; 3), B = [1; +∞). Tập A ∪ B là:</w:t>
      </w:r>
    </w:p>
    <w:p>
      <w:pPr>
        <w:pStyle w:val="ListParagraph"/>
      </w:pPr>
      <w:r>
        <w:rPr>
          <w:sz w:val="22"/>
        </w:rPr>
        <w:t>A. ℝ</w:t>
      </w:r>
    </w:p>
    <w:p>
      <w:pPr>
        <w:pStyle w:val="ListParagraph"/>
      </w:pPr>
      <w:r>
        <w:rPr>
          <w:sz w:val="22"/>
        </w:rPr>
        <w:t>B. (1; 3)</w:t>
      </w:r>
    </w:p>
    <w:p>
      <w:pPr>
        <w:pStyle w:val="ListParagraph"/>
      </w:pPr>
      <w:r>
        <w:rPr>
          <w:sz w:val="22"/>
        </w:rPr>
        <w:t>C. [1; 3)</w:t>
      </w:r>
    </w:p>
    <w:p>
      <w:pPr>
        <w:pStyle w:val="ListParagraph"/>
      </w:pPr>
      <w:r>
        <w:rPr>
          <w:sz w:val="22"/>
        </w:rPr>
        <w:t>D. ∅</w:t>
      </w:r>
    </w:p>
    <w:p/>
    <w:p>
      <w:r>
        <w:rPr>
          <w:b/>
          <w:sz w:val="24"/>
        </w:rPr>
        <w:t>Câu 14: Phần bù của tập A = (-2; 5] trong ℝ là:</w:t>
      </w:r>
    </w:p>
    <w:p>
      <w:pPr>
        <w:pStyle w:val="ListParagraph"/>
      </w:pPr>
      <w:r>
        <w:rPr>
          <w:sz w:val="22"/>
        </w:rPr>
        <w:t>A. (-∞; -2] ∪ (5; +∞)</w:t>
      </w:r>
    </w:p>
    <w:p>
      <w:pPr>
        <w:pStyle w:val="ListParagraph"/>
      </w:pPr>
      <w:r>
        <w:rPr>
          <w:sz w:val="22"/>
        </w:rPr>
        <w:t>B. (-∞; -2) ∪ [5; +∞)</w:t>
      </w:r>
    </w:p>
    <w:p>
      <w:pPr>
        <w:pStyle w:val="ListParagraph"/>
      </w:pPr>
      <w:r>
        <w:rPr>
          <w:sz w:val="22"/>
        </w:rPr>
        <w:t>C. (-∞; -2] ∪ [5; +∞)</w:t>
      </w:r>
    </w:p>
    <w:p>
      <w:pPr>
        <w:pStyle w:val="ListParagraph"/>
      </w:pPr>
      <w:r>
        <w:rPr>
          <w:sz w:val="22"/>
        </w:rPr>
        <w:t>D. (-∞; -2) ∪ (5; +∞)</w:t>
      </w:r>
    </w:p>
    <w:p/>
    <w:p>
      <w:r>
        <w:rPr>
          <w:b/>
          <w:sz w:val="24"/>
        </w:rPr>
        <w:t>Câu 15: Cho A = {1; 2; 3; 4; 5}, B = {2; 4; 6; 8}. Số phần tử của tập A ∪ B là: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16: Cho A = {1; 2; 3; 4; 5}, B = {2; 4; 6; 8}. Số phần tử của tập A ∩ B là: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1</w:t>
      </w:r>
    </w:p>
    <w:p/>
    <w:p>
      <w:r>
        <w:rPr>
          <w:b/>
          <w:sz w:val="24"/>
        </w:rPr>
        <w:t>Câu 17: Cho tập hợp A có 4 phần tử. Số tập con của A là: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16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32</w:t>
      </w:r>
    </w:p>
    <w:p/>
    <w:p>
      <w:r>
        <w:rPr>
          <w:b/>
          <w:sz w:val="24"/>
        </w:rPr>
        <w:t>Câu 18: Cho tập hợp A có 4 phần tử. Số tập con khác rỗng của A là:</w:t>
      </w:r>
    </w:p>
    <w:p>
      <w:pPr>
        <w:pStyle w:val="ListParagraph"/>
      </w:pPr>
      <w:r>
        <w:rPr>
          <w:sz w:val="22"/>
        </w:rPr>
        <w:t>A. 15</w:t>
      </w:r>
    </w:p>
    <w:p>
      <w:pPr>
        <w:pStyle w:val="ListParagraph"/>
      </w:pPr>
      <w:r>
        <w:rPr>
          <w:sz w:val="22"/>
        </w:rPr>
        <w:t>B. 16</w:t>
      </w:r>
    </w:p>
    <w:p>
      <w:pPr>
        <w:pStyle w:val="ListParagraph"/>
      </w:pPr>
      <w:r>
        <w:rPr>
          <w:sz w:val="22"/>
        </w:rPr>
        <w:t>C. 14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19: Cho tập A = {a; b; c}. Số tập con có đúng 2 phần tử của A là: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20: Cho A = {0; 1; 2}, B = {1; 2; 3}. Khẳng định nào sau đây đúng?</w:t>
      </w:r>
    </w:p>
    <w:p>
      <w:pPr>
        <w:pStyle w:val="ListParagraph"/>
      </w:pPr>
      <w:r>
        <w:rPr>
          <w:sz w:val="22"/>
        </w:rPr>
        <w:t>A. A ∩ B = {1; 2}</w:t>
      </w:r>
    </w:p>
    <w:p>
      <w:pPr>
        <w:pStyle w:val="ListParagraph"/>
      </w:pPr>
      <w:r>
        <w:rPr>
          <w:sz w:val="22"/>
        </w:rPr>
        <w:t>B. A ⊂ B</w:t>
      </w:r>
    </w:p>
    <w:p>
      <w:pPr>
        <w:pStyle w:val="ListParagraph"/>
      </w:pPr>
      <w:r>
        <w:rPr>
          <w:sz w:val="22"/>
        </w:rPr>
        <w:t>C. B ⊂ A</w:t>
      </w:r>
    </w:p>
    <w:p>
      <w:pPr>
        <w:pStyle w:val="ListParagraph"/>
      </w:pPr>
      <w:r>
        <w:rPr>
          <w:sz w:val="22"/>
        </w:rPr>
        <w:t>D. A ∪ B = {1; 2}</w:t>
      </w:r>
    </w:p>
    <w:p/>
    <w:p>
      <w:r>
        <w:rPr>
          <w:b/>
          <w:sz w:val="24"/>
        </w:rPr>
        <w:t>Câu 21: Cho tập A = {x ∈ ℤ | -2 ≤ x &lt; 3}. Tập A là:</w:t>
      </w:r>
    </w:p>
    <w:p>
      <w:pPr>
        <w:pStyle w:val="ListParagraph"/>
      </w:pPr>
      <w:r>
        <w:rPr>
          <w:sz w:val="22"/>
        </w:rPr>
        <w:t>A. {-2; -1; 0; 1; 2}</w:t>
      </w:r>
    </w:p>
    <w:p>
      <w:pPr>
        <w:pStyle w:val="ListParagraph"/>
      </w:pPr>
      <w:r>
        <w:rPr>
          <w:sz w:val="22"/>
        </w:rPr>
        <w:t>B. {-2; -1; 0; 1; 2; 3}</w:t>
      </w:r>
    </w:p>
    <w:p>
      <w:pPr>
        <w:pStyle w:val="ListParagraph"/>
      </w:pPr>
      <w:r>
        <w:rPr>
          <w:sz w:val="22"/>
        </w:rPr>
        <w:t>C. {-1; 0; 1; 2}</w:t>
      </w:r>
    </w:p>
    <w:p>
      <w:pPr>
        <w:pStyle w:val="ListParagraph"/>
      </w:pPr>
      <w:r>
        <w:rPr>
          <w:sz w:val="22"/>
        </w:rPr>
        <w:t>D. {-2; -1; 0; 1}</w:t>
      </w:r>
    </w:p>
    <w:p/>
    <w:p>
      <w:r>
        <w:rPr>
          <w:b/>
          <w:sz w:val="24"/>
        </w:rPr>
        <w:t>Câu 22: Cho tập A = {x ∈ ℕ* | x ≤ 4}. Tập A là:</w:t>
      </w:r>
    </w:p>
    <w:p>
      <w:pPr>
        <w:pStyle w:val="ListParagraph"/>
      </w:pPr>
      <w:r>
        <w:rPr>
          <w:sz w:val="22"/>
        </w:rPr>
        <w:t>A. {1; 2; 3; 4}</w:t>
      </w:r>
    </w:p>
    <w:p>
      <w:pPr>
        <w:pStyle w:val="ListParagraph"/>
      </w:pPr>
      <w:r>
        <w:rPr>
          <w:sz w:val="22"/>
        </w:rPr>
        <w:t>B. {0; 1; 2; 3; 4}</w:t>
      </w:r>
    </w:p>
    <w:p>
      <w:pPr>
        <w:pStyle w:val="ListParagraph"/>
      </w:pPr>
      <w:r>
        <w:rPr>
          <w:sz w:val="22"/>
        </w:rPr>
        <w:t>C. {1; 2; 3}</w:t>
      </w:r>
    </w:p>
    <w:p>
      <w:pPr>
        <w:pStyle w:val="ListParagraph"/>
      </w:pPr>
      <w:r>
        <w:rPr>
          <w:sz w:val="22"/>
        </w:rPr>
        <w:t>D. {0; 1; 2; 3}</w:t>
      </w:r>
    </w:p>
    <w:p/>
    <w:p>
      <w:r>
        <w:rPr>
          <w:b/>
          <w:sz w:val="24"/>
        </w:rPr>
        <w:t>Câu 23: Cho A = {1; 2}, B = {1; 2; 3}. Khẳng định nào sau đây đúng?</w:t>
      </w:r>
    </w:p>
    <w:p>
      <w:pPr>
        <w:pStyle w:val="ListParagraph"/>
      </w:pPr>
      <w:r>
        <w:rPr>
          <w:sz w:val="22"/>
        </w:rPr>
        <w:t>A. A ⊂ B</w:t>
      </w:r>
    </w:p>
    <w:p>
      <w:pPr>
        <w:pStyle w:val="ListParagraph"/>
      </w:pPr>
      <w:r>
        <w:rPr>
          <w:sz w:val="22"/>
        </w:rPr>
        <w:t>B. B ⊂ A</w:t>
      </w:r>
    </w:p>
    <w:p>
      <w:pPr>
        <w:pStyle w:val="ListParagraph"/>
      </w:pPr>
      <w:r>
        <w:rPr>
          <w:sz w:val="22"/>
        </w:rPr>
        <w:t>C. A = B</w:t>
      </w:r>
    </w:p>
    <w:p>
      <w:pPr>
        <w:pStyle w:val="ListParagraph"/>
      </w:pPr>
      <w:r>
        <w:rPr>
          <w:sz w:val="22"/>
        </w:rPr>
        <w:t>D. A ∩ B = ∅</w:t>
      </w:r>
    </w:p>
    <w:p/>
    <w:p>
      <w:r>
        <w:rPr>
          <w:b/>
          <w:sz w:val="24"/>
        </w:rPr>
        <w:t>Câu 24: Khẳng định nào sau đây đúng?</w:t>
      </w:r>
    </w:p>
    <w:p>
      <w:pPr>
        <w:pStyle w:val="ListParagraph"/>
      </w:pPr>
      <w:r>
        <w:rPr>
          <w:sz w:val="22"/>
        </w:rPr>
        <w:t>A. ∅ ⊂ A với mọi tập hợp A</w:t>
      </w:r>
    </w:p>
    <w:p>
      <w:pPr>
        <w:pStyle w:val="ListParagraph"/>
      </w:pPr>
      <w:r>
        <w:rPr>
          <w:sz w:val="22"/>
        </w:rPr>
        <w:t>B. ∅ ∈ A với mọi tập hợp A</w:t>
      </w:r>
    </w:p>
    <w:p>
      <w:pPr>
        <w:pStyle w:val="ListParagraph"/>
      </w:pPr>
      <w:r>
        <w:rPr>
          <w:sz w:val="22"/>
        </w:rPr>
        <w:t>C. A ⊂ ∅ với mọi tập hợp A</w:t>
      </w:r>
    </w:p>
    <w:p>
      <w:pPr>
        <w:pStyle w:val="ListParagraph"/>
      </w:pPr>
      <w:r>
        <w:rPr>
          <w:sz w:val="22"/>
        </w:rPr>
        <w:t>D. ∅ = {0}</w:t>
      </w:r>
    </w:p>
    <w:p/>
    <w:p>
      <w:r>
        <w:rPr>
          <w:b/>
          <w:sz w:val="24"/>
        </w:rPr>
        <w:t>Câu 25: Cho A = {1; 2; 3}, B = {2; 3; 4; 5}. Tập A ∖ B là:</w:t>
      </w:r>
    </w:p>
    <w:p>
      <w:pPr>
        <w:pStyle w:val="ListParagraph"/>
      </w:pPr>
      <w:r>
        <w:rPr>
          <w:sz w:val="22"/>
        </w:rPr>
        <w:t>A. {1}</w:t>
      </w:r>
    </w:p>
    <w:p>
      <w:pPr>
        <w:pStyle w:val="ListParagraph"/>
      </w:pPr>
      <w:r>
        <w:rPr>
          <w:sz w:val="22"/>
        </w:rPr>
        <w:t>B. {4; 5}</w:t>
      </w:r>
    </w:p>
    <w:p>
      <w:pPr>
        <w:pStyle w:val="ListParagraph"/>
      </w:pPr>
      <w:r>
        <w:rPr>
          <w:sz w:val="22"/>
        </w:rPr>
        <w:t>C. {1; 4; 5}</w:t>
      </w:r>
    </w:p>
    <w:p>
      <w:pPr>
        <w:pStyle w:val="ListParagraph"/>
      </w:pPr>
      <w:r>
        <w:rPr>
          <w:sz w:val="22"/>
        </w:rPr>
        <w:t>D. {2; 3}</w:t>
      </w:r>
    </w:p>
    <w:p/>
    <w:p>
      <w:r>
        <w:rPr>
          <w:b/>
          <w:sz w:val="24"/>
        </w:rPr>
        <w:t>Câu 26: Cho A = {1; 2; 3}, B = {2; 3; 4; 5}. Tập B ∖ A là:</w:t>
      </w:r>
    </w:p>
    <w:p>
      <w:pPr>
        <w:pStyle w:val="ListParagraph"/>
      </w:pPr>
      <w:r>
        <w:rPr>
          <w:sz w:val="22"/>
        </w:rPr>
        <w:t>A. {4; 5}</w:t>
      </w:r>
    </w:p>
    <w:p>
      <w:pPr>
        <w:pStyle w:val="ListParagraph"/>
      </w:pPr>
      <w:r>
        <w:rPr>
          <w:sz w:val="22"/>
        </w:rPr>
        <w:t>B. {1}</w:t>
      </w:r>
    </w:p>
    <w:p>
      <w:pPr>
        <w:pStyle w:val="ListParagraph"/>
      </w:pPr>
      <w:r>
        <w:rPr>
          <w:sz w:val="22"/>
        </w:rPr>
        <w:t>C. {1; 4; 5}</w:t>
      </w:r>
    </w:p>
    <w:p>
      <w:pPr>
        <w:pStyle w:val="ListParagraph"/>
      </w:pPr>
      <w:r>
        <w:rPr>
          <w:sz w:val="22"/>
        </w:rPr>
        <w:t>D. {2; 3}</w:t>
      </w:r>
    </w:p>
    <w:p/>
    <w:p>
      <w:r>
        <w:rPr>
          <w:b/>
          <w:sz w:val="24"/>
        </w:rPr>
        <w:t>Câu 27: Cho A = {1; 2; 3}, B = {2; 3; 4; 5}. Tập A ∪ B là:</w:t>
      </w:r>
    </w:p>
    <w:p>
      <w:pPr>
        <w:pStyle w:val="ListParagraph"/>
      </w:pPr>
      <w:r>
        <w:rPr>
          <w:sz w:val="22"/>
        </w:rPr>
        <w:t>A. {1; 2; 3; 4; 5}</w:t>
      </w:r>
    </w:p>
    <w:p>
      <w:pPr>
        <w:pStyle w:val="ListParagraph"/>
      </w:pPr>
      <w:r>
        <w:rPr>
          <w:sz w:val="22"/>
        </w:rPr>
        <w:t>B. {2; 3}</w:t>
      </w:r>
    </w:p>
    <w:p>
      <w:pPr>
        <w:pStyle w:val="ListParagraph"/>
      </w:pPr>
      <w:r>
        <w:rPr>
          <w:sz w:val="22"/>
        </w:rPr>
        <w:t>C. {1; 4; 5}</w:t>
      </w:r>
    </w:p>
    <w:p>
      <w:pPr>
        <w:pStyle w:val="ListParagraph"/>
      </w:pPr>
      <w:r>
        <w:rPr>
          <w:sz w:val="22"/>
        </w:rPr>
        <w:t>D. {1; 2; 3}</w:t>
      </w:r>
    </w:p>
    <w:p/>
    <w:p>
      <w:r>
        <w:rPr>
          <w:b/>
          <w:sz w:val="24"/>
        </w:rPr>
        <w:t>Câu 28: Cho A = {1; 2; 3}, B = {2; 3; 4; 5}. Tập A ∩ B là:</w:t>
      </w:r>
    </w:p>
    <w:p>
      <w:pPr>
        <w:pStyle w:val="ListParagraph"/>
      </w:pPr>
      <w:r>
        <w:rPr>
          <w:sz w:val="22"/>
        </w:rPr>
        <w:t>A. {2; 3}</w:t>
      </w:r>
    </w:p>
    <w:p>
      <w:pPr>
        <w:pStyle w:val="ListParagraph"/>
      </w:pPr>
      <w:r>
        <w:rPr>
          <w:sz w:val="22"/>
        </w:rPr>
        <w:t>B. {1; 4; 5}</w:t>
      </w:r>
    </w:p>
    <w:p>
      <w:pPr>
        <w:pStyle w:val="ListParagraph"/>
      </w:pPr>
      <w:r>
        <w:rPr>
          <w:sz w:val="22"/>
        </w:rPr>
        <w:t>C. {1; 2; 3; 4; 5}</w:t>
      </w:r>
    </w:p>
    <w:p>
      <w:pPr>
        <w:pStyle w:val="ListParagraph"/>
      </w:pPr>
      <w:r>
        <w:rPr>
          <w:sz w:val="22"/>
        </w:rPr>
        <w:t>D. {4; 5}</w:t>
      </w:r>
    </w:p>
    <w:p/>
    <w:p>
      <w:r>
        <w:rPr>
          <w:b/>
          <w:sz w:val="24"/>
        </w:rPr>
        <w:t>Câu 29: Cho tập A = {x ∈ ℝ | x² - 4 = 0}. Tập A là:</w:t>
      </w:r>
    </w:p>
    <w:p>
      <w:pPr>
        <w:pStyle w:val="ListParagraph"/>
      </w:pPr>
      <w:r>
        <w:rPr>
          <w:sz w:val="22"/>
        </w:rPr>
        <w:t>A. {-2; 2}</w:t>
      </w:r>
    </w:p>
    <w:p>
      <w:pPr>
        <w:pStyle w:val="ListParagraph"/>
      </w:pPr>
      <w:r>
        <w:rPr>
          <w:sz w:val="22"/>
        </w:rPr>
        <w:t>B. {2}</w:t>
      </w:r>
    </w:p>
    <w:p>
      <w:pPr>
        <w:pStyle w:val="ListParagraph"/>
      </w:pPr>
      <w:r>
        <w:rPr>
          <w:sz w:val="22"/>
        </w:rPr>
        <w:t>C. {-2}</w:t>
      </w:r>
    </w:p>
    <w:p>
      <w:pPr>
        <w:pStyle w:val="ListParagraph"/>
      </w:pPr>
      <w:r>
        <w:rPr>
          <w:sz w:val="22"/>
        </w:rPr>
        <w:t>D. ∅</w:t>
      </w:r>
    </w:p>
    <w:p/>
    <w:p>
      <w:r>
        <w:rPr>
          <w:b/>
          <w:sz w:val="24"/>
        </w:rPr>
        <w:t>Câu 30: Cho tập A = {x ∈ ℝ | x² + 1 = 0}. Tập A là:</w:t>
      </w:r>
    </w:p>
    <w:p>
      <w:pPr>
        <w:pStyle w:val="ListParagraph"/>
      </w:pPr>
      <w:r>
        <w:rPr>
          <w:sz w:val="22"/>
        </w:rPr>
        <w:t>A. ∅</w:t>
      </w:r>
    </w:p>
    <w:p>
      <w:pPr>
        <w:pStyle w:val="ListParagraph"/>
      </w:pPr>
      <w:r>
        <w:rPr>
          <w:sz w:val="22"/>
        </w:rPr>
        <w:t>B. {0}</w:t>
      </w:r>
    </w:p>
    <w:p>
      <w:pPr>
        <w:pStyle w:val="ListParagraph"/>
      </w:pPr>
      <w:r>
        <w:rPr>
          <w:sz w:val="22"/>
        </w:rPr>
        <w:t>C. {-1; 1}</w:t>
      </w:r>
    </w:p>
    <w:p>
      <w:pPr>
        <w:pStyle w:val="ListParagraph"/>
      </w:pPr>
      <w:r>
        <w:rPr>
          <w:sz w:val="22"/>
        </w:rPr>
        <w:t>D. {1}</w:t>
      </w:r>
    </w:p>
    <w:p/>
    <w:p>
      <w:r>
        <w:rPr>
          <w:b/>
          <w:sz w:val="24"/>
        </w:rPr>
        <w:t>Câu 31: Cho tập A = {x ∈ ℕ | x là ước của 6}. Tập A là:</w:t>
      </w:r>
    </w:p>
    <w:p>
      <w:pPr>
        <w:pStyle w:val="ListParagraph"/>
      </w:pPr>
      <w:r>
        <w:rPr>
          <w:sz w:val="22"/>
        </w:rPr>
        <w:t>A. {1; 2; 3; 6}</w:t>
      </w:r>
    </w:p>
    <w:p>
      <w:pPr>
        <w:pStyle w:val="ListParagraph"/>
      </w:pPr>
      <w:r>
        <w:rPr>
          <w:sz w:val="22"/>
        </w:rPr>
        <w:t>B. {1; 2; 3}</w:t>
      </w:r>
    </w:p>
    <w:p>
      <w:pPr>
        <w:pStyle w:val="ListParagraph"/>
      </w:pPr>
      <w:r>
        <w:rPr>
          <w:sz w:val="22"/>
        </w:rPr>
        <w:t>C. {1; 2; 3; 6; -1; -2; -3; -6}</w:t>
      </w:r>
    </w:p>
    <w:p>
      <w:pPr>
        <w:pStyle w:val="ListParagraph"/>
      </w:pPr>
      <w:r>
        <w:rPr>
          <w:sz w:val="22"/>
        </w:rPr>
        <w:t>D. {0; 1; 2; 3; 6}</w:t>
      </w:r>
    </w:p>
    <w:p/>
    <w:p>
      <w:r>
        <w:rPr>
          <w:b/>
          <w:sz w:val="24"/>
        </w:rPr>
        <w:t>Câu 32: Cho tập A = {x ∈ ℤ | |x| ≤ 2}. Tập A là:</w:t>
      </w:r>
    </w:p>
    <w:p>
      <w:pPr>
        <w:pStyle w:val="ListParagraph"/>
      </w:pPr>
      <w:r>
        <w:rPr>
          <w:sz w:val="22"/>
        </w:rPr>
        <w:t>A. {-2; -1; 0; 1; 2}</w:t>
      </w:r>
    </w:p>
    <w:p>
      <w:pPr>
        <w:pStyle w:val="ListParagraph"/>
      </w:pPr>
      <w:r>
        <w:rPr>
          <w:sz w:val="22"/>
        </w:rPr>
        <w:t>B. {-1; 0; 1}</w:t>
      </w:r>
    </w:p>
    <w:p>
      <w:pPr>
        <w:pStyle w:val="ListParagraph"/>
      </w:pPr>
      <w:r>
        <w:rPr>
          <w:sz w:val="22"/>
        </w:rPr>
        <w:t>C. {-2; -1; 0; 1}</w:t>
      </w:r>
    </w:p>
    <w:p>
      <w:pPr>
        <w:pStyle w:val="ListParagraph"/>
      </w:pPr>
      <w:r>
        <w:rPr>
          <w:sz w:val="22"/>
        </w:rPr>
        <w:t>D. {-2; -1; 1; 2}</w:t>
      </w:r>
    </w:p>
    <w:p/>
    <w:p>
      <w:r>
        <w:rPr>
          <w:b/>
          <w:sz w:val="24"/>
        </w:rPr>
        <w:t>Câu 33: Cho tập A = {x ∈ ℝ | |x| &lt; 3}. Tập A là:</w:t>
      </w:r>
    </w:p>
    <w:p>
      <w:pPr>
        <w:pStyle w:val="ListParagraph"/>
      </w:pPr>
      <w:r>
        <w:rPr>
          <w:sz w:val="22"/>
        </w:rPr>
        <w:t>A. (-3; 3)</w:t>
      </w:r>
    </w:p>
    <w:p>
      <w:pPr>
        <w:pStyle w:val="ListParagraph"/>
      </w:pPr>
      <w:r>
        <w:rPr>
          <w:sz w:val="22"/>
        </w:rPr>
        <w:t>B. [-3; 3]</w:t>
      </w:r>
    </w:p>
    <w:p>
      <w:pPr>
        <w:pStyle w:val="ListParagraph"/>
      </w:pPr>
      <w:r>
        <w:rPr>
          <w:sz w:val="22"/>
        </w:rPr>
        <w:t>C. (-3; 3]</w:t>
      </w:r>
    </w:p>
    <w:p>
      <w:pPr>
        <w:pStyle w:val="ListParagraph"/>
      </w:pPr>
      <w:r>
        <w:rPr>
          <w:sz w:val="22"/>
        </w:rPr>
        <w:t>D. [-3; 3)</w:t>
      </w:r>
    </w:p>
    <w:p/>
    <w:p>
      <w:r>
        <w:rPr>
          <w:b/>
          <w:sz w:val="24"/>
        </w:rPr>
        <w:t>Câu 34: Cho A = [-2; 3], B = (0; 4). Tập A ∩ B là:</w:t>
      </w:r>
    </w:p>
    <w:p>
      <w:pPr>
        <w:pStyle w:val="ListParagraph"/>
      </w:pPr>
      <w:r>
        <w:rPr>
          <w:sz w:val="22"/>
        </w:rPr>
        <w:t>A. (0; 3]</w:t>
      </w:r>
    </w:p>
    <w:p>
      <w:pPr>
        <w:pStyle w:val="ListParagraph"/>
      </w:pPr>
      <w:r>
        <w:rPr>
          <w:sz w:val="22"/>
        </w:rPr>
        <w:t>B. [0; 3]</w:t>
      </w:r>
    </w:p>
    <w:p>
      <w:pPr>
        <w:pStyle w:val="ListParagraph"/>
      </w:pPr>
      <w:r>
        <w:rPr>
          <w:sz w:val="22"/>
        </w:rPr>
        <w:t>C. (0; 3)</w:t>
      </w:r>
    </w:p>
    <w:p>
      <w:pPr>
        <w:pStyle w:val="ListParagraph"/>
      </w:pPr>
      <w:r>
        <w:rPr>
          <w:sz w:val="22"/>
        </w:rPr>
        <w:t>D. [-2; 4)</w:t>
      </w:r>
    </w:p>
    <w:p/>
    <w:p>
      <w:r>
        <w:rPr>
          <w:b/>
          <w:sz w:val="24"/>
        </w:rPr>
        <w:t>Câu 35: Cho A = [-2; 3], B = (0; 4). Tập A ∪ B là:</w:t>
      </w:r>
    </w:p>
    <w:p>
      <w:pPr>
        <w:pStyle w:val="ListParagraph"/>
      </w:pPr>
      <w:r>
        <w:rPr>
          <w:sz w:val="22"/>
        </w:rPr>
        <w:t>A. [-2; 4)</w:t>
      </w:r>
    </w:p>
    <w:p>
      <w:pPr>
        <w:pStyle w:val="ListParagraph"/>
      </w:pPr>
      <w:r>
        <w:rPr>
          <w:sz w:val="22"/>
        </w:rPr>
        <w:t>B. (-2; 4)</w:t>
      </w:r>
    </w:p>
    <w:p>
      <w:pPr>
        <w:pStyle w:val="ListParagraph"/>
      </w:pPr>
      <w:r>
        <w:rPr>
          <w:sz w:val="22"/>
        </w:rPr>
        <w:t>C. [-2; 4]</w:t>
      </w:r>
    </w:p>
    <w:p>
      <w:pPr>
        <w:pStyle w:val="ListParagraph"/>
      </w:pPr>
      <w:r>
        <w:rPr>
          <w:sz w:val="22"/>
        </w:rPr>
        <w:t>D. (0; 3]</w:t>
      </w:r>
    </w:p>
    <w:p/>
    <w:p>
      <w:r>
        <w:rPr>
          <w:b/>
          <w:sz w:val="24"/>
        </w:rPr>
        <w:t>Câu 36: Cho A = [-2; 3], B = (0; 4). Tập A ∖ B là:</w:t>
      </w:r>
    </w:p>
    <w:p>
      <w:pPr>
        <w:pStyle w:val="ListParagraph"/>
      </w:pPr>
      <w:r>
        <w:rPr>
          <w:sz w:val="22"/>
        </w:rPr>
        <w:t>A. [-2; 0]</w:t>
      </w:r>
    </w:p>
    <w:p>
      <w:pPr>
        <w:pStyle w:val="ListParagraph"/>
      </w:pPr>
      <w:r>
        <w:rPr>
          <w:sz w:val="22"/>
        </w:rPr>
        <w:t>B. [-2; 0)</w:t>
      </w:r>
    </w:p>
    <w:p>
      <w:pPr>
        <w:pStyle w:val="ListParagraph"/>
      </w:pPr>
      <w:r>
        <w:rPr>
          <w:sz w:val="22"/>
        </w:rPr>
        <w:t>C. (0; 3]</w:t>
      </w:r>
    </w:p>
    <w:p>
      <w:pPr>
        <w:pStyle w:val="ListParagraph"/>
      </w:pPr>
      <w:r>
        <w:rPr>
          <w:sz w:val="22"/>
        </w:rPr>
        <w:t>D. [-2; 3]</w:t>
      </w:r>
    </w:p>
    <w:p/>
    <w:p>
      <w:r>
        <w:rPr>
          <w:b/>
          <w:sz w:val="24"/>
        </w:rPr>
        <w:t>Câu 37: Cho A = [-2; 3], B = (0; 4). Tập B ∖ A là:</w:t>
      </w:r>
    </w:p>
    <w:p>
      <w:pPr>
        <w:pStyle w:val="ListParagraph"/>
      </w:pPr>
      <w:r>
        <w:rPr>
          <w:sz w:val="22"/>
        </w:rPr>
        <w:t>A. (3; 4)</w:t>
      </w:r>
    </w:p>
    <w:p>
      <w:pPr>
        <w:pStyle w:val="ListParagraph"/>
      </w:pPr>
      <w:r>
        <w:rPr>
          <w:sz w:val="22"/>
        </w:rPr>
        <w:t>B. (3; 4]</w:t>
      </w:r>
    </w:p>
    <w:p>
      <w:pPr>
        <w:pStyle w:val="ListParagraph"/>
      </w:pPr>
      <w:r>
        <w:rPr>
          <w:sz w:val="22"/>
        </w:rPr>
        <w:t>C. [3; 4)</w:t>
      </w:r>
    </w:p>
    <w:p>
      <w:pPr>
        <w:pStyle w:val="ListParagraph"/>
      </w:pPr>
      <w:r>
        <w:rPr>
          <w:sz w:val="22"/>
        </w:rPr>
        <w:t>D. (0; 3]</w:t>
      </w:r>
    </w:p>
    <w:p/>
    <w:p>
      <w:r>
        <w:rPr>
          <w:b/>
          <w:sz w:val="24"/>
        </w:rPr>
        <w:t>Câu 38: Cho A = (-∞; 2], B = (0; +∞). Tập A ∩ B là:</w:t>
      </w:r>
    </w:p>
    <w:p>
      <w:pPr>
        <w:pStyle w:val="ListParagraph"/>
      </w:pPr>
      <w:r>
        <w:rPr>
          <w:sz w:val="22"/>
        </w:rPr>
        <w:t>A. (0; 2]</w:t>
      </w:r>
    </w:p>
    <w:p>
      <w:pPr>
        <w:pStyle w:val="ListParagraph"/>
      </w:pPr>
      <w:r>
        <w:rPr>
          <w:sz w:val="22"/>
        </w:rPr>
        <w:t>B. [0; 2]</w:t>
      </w:r>
    </w:p>
    <w:p>
      <w:pPr>
        <w:pStyle w:val="ListParagraph"/>
      </w:pPr>
      <w:r>
        <w:rPr>
          <w:sz w:val="22"/>
        </w:rPr>
        <w:t>C. (0; 2)</w:t>
      </w:r>
    </w:p>
    <w:p>
      <w:pPr>
        <w:pStyle w:val="ListParagraph"/>
      </w:pPr>
      <w:r>
        <w:rPr>
          <w:sz w:val="22"/>
        </w:rPr>
        <w:t>D. (-∞; +∞)</w:t>
      </w:r>
    </w:p>
    <w:p/>
    <w:p>
      <w:r>
        <w:rPr>
          <w:b/>
          <w:sz w:val="24"/>
        </w:rPr>
        <w:t>Câu 39: Cho A = (-∞; 2], B = (0; +∞). Tập A ∪ B là:</w:t>
      </w:r>
    </w:p>
    <w:p>
      <w:pPr>
        <w:pStyle w:val="ListParagraph"/>
      </w:pPr>
      <w:r>
        <w:rPr>
          <w:sz w:val="22"/>
        </w:rPr>
        <w:t>A. ℝ</w:t>
      </w:r>
    </w:p>
    <w:p>
      <w:pPr>
        <w:pStyle w:val="ListParagraph"/>
      </w:pPr>
      <w:r>
        <w:rPr>
          <w:sz w:val="22"/>
        </w:rPr>
        <w:t>B. (0; 2]</w:t>
      </w:r>
    </w:p>
    <w:p>
      <w:pPr>
        <w:pStyle w:val="ListParagraph"/>
      </w:pPr>
      <w:r>
        <w:rPr>
          <w:sz w:val="22"/>
        </w:rPr>
        <w:t>C. (-∞; 0]</w:t>
      </w:r>
    </w:p>
    <w:p>
      <w:pPr>
        <w:pStyle w:val="ListParagraph"/>
      </w:pPr>
      <w:r>
        <w:rPr>
          <w:sz w:val="22"/>
        </w:rPr>
        <w:t>D. ∅</w:t>
      </w:r>
    </w:p>
    <w:p/>
    <w:p>
      <w:r>
        <w:rPr>
          <w:b/>
          <w:sz w:val="24"/>
        </w:rPr>
        <w:t>Câu 40: Cho A = (-∞; 2], B = (0; +∞). Tập A ∖ B là:</w:t>
      </w:r>
    </w:p>
    <w:p>
      <w:pPr>
        <w:pStyle w:val="ListParagraph"/>
      </w:pPr>
      <w:r>
        <w:rPr>
          <w:sz w:val="22"/>
        </w:rPr>
        <w:t>A. (-∞; 0]</w:t>
      </w:r>
    </w:p>
    <w:p>
      <w:pPr>
        <w:pStyle w:val="ListParagraph"/>
      </w:pPr>
      <w:r>
        <w:rPr>
          <w:sz w:val="22"/>
        </w:rPr>
        <w:t>B. (-∞; 0)</w:t>
      </w:r>
    </w:p>
    <w:p>
      <w:pPr>
        <w:pStyle w:val="ListParagraph"/>
      </w:pPr>
      <w:r>
        <w:rPr>
          <w:sz w:val="22"/>
        </w:rPr>
        <w:t>C. (0; 2]</w:t>
      </w:r>
    </w:p>
    <w:p>
      <w:pPr>
        <w:pStyle w:val="ListParagraph"/>
      </w:pPr>
      <w:r>
        <w:rPr>
          <w:sz w:val="22"/>
        </w:rPr>
        <w:t>D. (-∞; 2]</w:t>
      </w:r>
    </w:p>
    <w:p/>
    <w:p>
      <w:r>
        <w:rPr>
          <w:b/>
          <w:sz w:val="24"/>
        </w:rPr>
        <w:t>Câu 41: Cho tập A = {1; 2; 3; 4; 5}. Số tập con có ít nhất 3 phần tử của A là:</w:t>
      </w:r>
    </w:p>
    <w:p>
      <w:pPr>
        <w:pStyle w:val="ListParagraph"/>
      </w:pPr>
      <w:r>
        <w:rPr>
          <w:sz w:val="22"/>
        </w:rPr>
        <w:t>A. 16</w:t>
      </w:r>
    </w:p>
    <w:p>
      <w:pPr>
        <w:pStyle w:val="ListParagraph"/>
      </w:pPr>
      <w:r>
        <w:rPr>
          <w:sz w:val="22"/>
        </w:rPr>
        <w:t>B. 10</w:t>
      </w:r>
    </w:p>
    <w:p>
      <w:pPr>
        <w:pStyle w:val="ListParagraph"/>
      </w:pPr>
      <w:r>
        <w:rPr>
          <w:sz w:val="22"/>
        </w:rPr>
        <w:t>C. 15</w:t>
      </w:r>
    </w:p>
    <w:p>
      <w:pPr>
        <w:pStyle w:val="ListParagraph"/>
      </w:pPr>
      <w:r>
        <w:rPr>
          <w:sz w:val="22"/>
        </w:rPr>
        <w:t>D. 20</w:t>
      </w:r>
    </w:p>
    <w:p/>
    <w:p>
      <w:r>
        <w:rPr>
          <w:b/>
          <w:sz w:val="24"/>
        </w:rPr>
        <w:t>Câu 42: Cho A = {1; 2; 3}, B = {3; 4}. Tập (A ∪ B) ∖ (A ∩ B) là:</w:t>
      </w:r>
    </w:p>
    <w:p>
      <w:pPr>
        <w:pStyle w:val="ListParagraph"/>
      </w:pPr>
      <w:r>
        <w:rPr>
          <w:sz w:val="22"/>
        </w:rPr>
        <w:t>A. {1; 2; 4}</w:t>
      </w:r>
    </w:p>
    <w:p>
      <w:pPr>
        <w:pStyle w:val="ListParagraph"/>
      </w:pPr>
      <w:r>
        <w:rPr>
          <w:sz w:val="22"/>
        </w:rPr>
        <w:t>B. {3}</w:t>
      </w:r>
    </w:p>
    <w:p>
      <w:pPr>
        <w:pStyle w:val="ListParagraph"/>
      </w:pPr>
      <w:r>
        <w:rPr>
          <w:sz w:val="22"/>
        </w:rPr>
        <w:t>C. {1; 2; 3; 4}</w:t>
      </w:r>
    </w:p>
    <w:p>
      <w:pPr>
        <w:pStyle w:val="ListParagraph"/>
      </w:pPr>
      <w:r>
        <w:rPr>
          <w:sz w:val="22"/>
        </w:rPr>
        <w:t>D. {1; 2}</w:t>
      </w:r>
    </w:p>
    <w:p/>
    <w:p>
      <w:r>
        <w:rPr>
          <w:b/>
          <w:sz w:val="24"/>
        </w:rPr>
        <w:t>Câu 43: Cho tập A có 5 phần tử. Số tập con của A là:</w:t>
      </w:r>
    </w:p>
    <w:p>
      <w:pPr>
        <w:pStyle w:val="ListParagraph"/>
      </w:pPr>
      <w:r>
        <w:rPr>
          <w:sz w:val="22"/>
        </w:rPr>
        <w:t>A. 32</w:t>
      </w:r>
    </w:p>
    <w:p>
      <w:pPr>
        <w:pStyle w:val="ListParagraph"/>
      </w:pPr>
      <w:r>
        <w:rPr>
          <w:sz w:val="22"/>
        </w:rPr>
        <w:t>B. 25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16</w:t>
      </w:r>
    </w:p>
    <w:p/>
    <w:p>
      <w:r>
        <w:rPr>
          <w:b/>
          <w:sz w:val="24"/>
        </w:rPr>
        <w:t>Câu 44: Cho A = {1; 2; 3; 4}. Số tập con của A chứa cả hai phần tử 1 và 2 là: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45: Cho A = {1; 2; 3; 4}. Số tập con của A không chứa phần tử 1 và 2 là: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6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A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A</w:t>
      </w:r>
    </w:p>
    <w:p>
      <w:r>
        <w:rPr>
          <w:b/>
        </w:rPr>
        <w:t>Câu 43: Đáp án đúng: A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