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Hóa học - Cho phản ứng thuận nghịch sau: \(\text{H}_2(g) + \</w:t>
      </w:r>
    </w:p>
    <w:p>
      <w:pPr>
        <w:jc w:val="center"/>
      </w:pPr>
      <w:r>
        <w:rPr>
          <w:sz w:val="22"/>
        </w:rPr>
        <w:t>Số câu: 12    Thời gian: _____ phút    Họ và tên: _________________________</w:t>
      </w:r>
    </w:p>
    <w:p/>
    <w:p>
      <w:r>
        <w:rPr>
          <w:b/>
          <w:sz w:val="24"/>
        </w:rPr>
        <w:t>Câu 1: Cho phản ứng thuận nghịch sau: \(\text{H}_2(g) + \text{I}_2(g) \rightleftharpoons 2\text{HI}(g)\). Ở trạng thái cân bằng, nồng độ (mol/L) của \(\text{H}_2(g)\), \(\text{I}_2(g)\) và \(\text{HI}(g)\) được kí hiệu lần lượt là \([\text{H}_2]\), \([\text{I}_2]\) và \([\text{HI}]\). Biểu thức hằng số cân bằng \(K_{c}\) của phản ứng là:</w:t>
      </w:r>
    </w:p>
    <w:p>
      <w:pPr>
        <w:pStyle w:val="ListParagraph"/>
      </w:pPr>
      <w:r>
        <w:rPr>
          <w:sz w:val="22"/>
        </w:rPr>
        <w:t>A. \(K_c = \frac{[\text{H}_2][\text{I}_2]}{[\text{HI}]}\)</w:t>
      </w:r>
    </w:p>
    <w:p>
      <w:pPr>
        <w:pStyle w:val="ListParagraph"/>
      </w:pPr>
      <w:r>
        <w:rPr>
          <w:sz w:val="22"/>
        </w:rPr>
        <w:t>B. \(K_c = \frac{[\text{HI}]^2}{[\text{H}_2][\text{I}_2]}\)</w:t>
      </w:r>
    </w:p>
    <w:p>
      <w:pPr>
        <w:pStyle w:val="ListParagraph"/>
      </w:pPr>
      <w:r>
        <w:rPr>
          <w:sz w:val="22"/>
        </w:rPr>
        <w:t>C. \(K_c = \frac{[\text{H}_2][\text{I}_2]}{[\text{HI}]^2}\)</w:t>
      </w:r>
    </w:p>
    <w:p>
      <w:pPr>
        <w:pStyle w:val="ListParagraph"/>
      </w:pPr>
      <w:r>
        <w:rPr>
          <w:sz w:val="22"/>
        </w:rPr>
        <w:t>D. \(K_c = \frac{[\text{HI}]}{[\text{H}_2][\text{I}_2]}\)</w:t>
      </w:r>
    </w:p>
    <w:p/>
    <w:p>
      <w:r>
        <w:rPr>
          <w:b/>
          <w:sz w:val="24"/>
        </w:rPr>
        <w:t>Câu 2: Trạng thái cân bằng của một phản ứng thuận nghịch là trạng thái mà tại đó:</w:t>
      </w:r>
    </w:p>
    <w:p>
      <w:pPr>
        <w:pStyle w:val="ListParagraph"/>
      </w:pPr>
      <w:r>
        <w:rPr>
          <w:sz w:val="22"/>
        </w:rPr>
        <w:t>A. phản ứng hóa học không xảy ra nữa.</w:t>
      </w:r>
    </w:p>
    <w:p>
      <w:pPr>
        <w:pStyle w:val="ListParagraph"/>
      </w:pPr>
      <w:r>
        <w:rPr>
          <w:sz w:val="22"/>
        </w:rPr>
        <w:t>B. tốc độ phản ứng thuận bằng tốc độ phản ứng nghịch.</w:t>
      </w:r>
    </w:p>
    <w:p>
      <w:pPr>
        <w:pStyle w:val="ListParagraph"/>
      </w:pPr>
      <w:r>
        <w:rPr>
          <w:sz w:val="22"/>
        </w:rPr>
        <w:t>C. tốc độ phản ứng thuận nhỏ hơn tốc độ phản ứng nghịch.</w:t>
      </w:r>
    </w:p>
    <w:p>
      <w:pPr>
        <w:pStyle w:val="ListParagraph"/>
      </w:pPr>
      <w:r>
        <w:rPr>
          <w:sz w:val="22"/>
        </w:rPr>
        <w:t>D. nồng độ các chất phản ứng bằng nồng độ các chất sản phẩm.</w:t>
      </w:r>
    </w:p>
    <w:p/>
    <w:p>
      <w:r>
        <w:rPr>
          <w:b/>
          <w:sz w:val="24"/>
        </w:rPr>
        <w:t>Câu 3: Khi một hệ ở trạng thái cân bằng thì trạng thái đó là:</w:t>
      </w:r>
    </w:p>
    <w:p>
      <w:pPr>
        <w:pStyle w:val="ListParagraph"/>
      </w:pPr>
      <w:r>
        <w:rPr>
          <w:sz w:val="22"/>
        </w:rPr>
        <w:t>A. Cân bằng tĩnh.</w:t>
      </w:r>
    </w:p>
    <w:p>
      <w:pPr>
        <w:pStyle w:val="ListParagraph"/>
      </w:pPr>
      <w:r>
        <w:rPr>
          <w:sz w:val="22"/>
        </w:rPr>
        <w:t>B. Cân bằng động.</w:t>
      </w:r>
    </w:p>
    <w:p>
      <w:pPr>
        <w:pStyle w:val="ListParagraph"/>
      </w:pPr>
      <w:r>
        <w:rPr>
          <w:sz w:val="22"/>
        </w:rPr>
        <w:t>C. Cân bằng bền.</w:t>
      </w:r>
    </w:p>
    <w:p>
      <w:pPr>
        <w:pStyle w:val="ListParagraph"/>
      </w:pPr>
      <w:r>
        <w:rPr>
          <w:sz w:val="22"/>
        </w:rPr>
        <w:t>D. Cân bằng không bền.</w:t>
      </w:r>
    </w:p>
    <w:p/>
    <w:p>
      <w:r>
        <w:rPr>
          <w:b/>
          <w:sz w:val="24"/>
        </w:rPr>
        <w:t>Câu 4: Dung dịch của một base ở \(25^{\circ }\text{C}\) có \([\text{OH}^-] &gt; 1,0 \cdot 10^{-7}\text{ M}\). Do đó giá trị \([\text{H}^+]\) thỏa mãn điều kiện nào sau đây?</w:t>
      </w:r>
    </w:p>
    <w:p>
      <w:pPr>
        <w:pStyle w:val="ListParagraph"/>
      </w:pPr>
      <w:r>
        <w:rPr>
          <w:sz w:val="22"/>
        </w:rPr>
        <w:t>A. \([\text{H}^+] = 1,0 \cdot 10^{-7}\text{ M}\)</w:t>
      </w:r>
    </w:p>
    <w:p>
      <w:pPr>
        <w:pStyle w:val="ListParagraph"/>
      </w:pPr>
      <w:r>
        <w:rPr>
          <w:sz w:val="22"/>
        </w:rPr>
        <w:t>B. \([\text{H}^+] &lt; 1,0 \cdot 10^{-7}\text{ M}\)</w:t>
      </w:r>
    </w:p>
    <w:p>
      <w:pPr>
        <w:pStyle w:val="ListParagraph"/>
      </w:pPr>
      <w:r>
        <w:rPr>
          <w:sz w:val="22"/>
        </w:rPr>
        <w:t>C. \([\text{H}^+] &gt; 1,0 \cdot 10^{-7}\text{ M}\)</w:t>
      </w:r>
    </w:p>
    <w:p>
      <w:pPr>
        <w:pStyle w:val="ListParagraph"/>
      </w:pPr>
      <w:r>
        <w:rPr>
          <w:sz w:val="22"/>
        </w:rPr>
        <w:t>D. \([\text{H}^+] \cdot [\text{OH}^-] &gt; 1,0 \cdot 10^{-14}\text{ M}\)</w:t>
      </w:r>
    </w:p>
    <w:p/>
    <w:p>
      <w:r>
        <w:rPr>
          <w:b/>
          <w:sz w:val="24"/>
        </w:rPr>
        <w:t>Câu 5: Phát biểu nào sau đây sai?</w:t>
      </w:r>
    </w:p>
    <w:p>
      <w:pPr>
        <w:pStyle w:val="ListParagraph"/>
      </w:pPr>
      <w:r>
        <w:rPr>
          <w:sz w:val="22"/>
        </w:rPr>
        <w:t>A. Ammonia là chất khí không màu, không mùi, tan nhiều trong \(\text{H}_2\text{O}\).</w:t>
      </w:r>
    </w:p>
    <w:p>
      <w:pPr>
        <w:pStyle w:val="ListParagraph"/>
      </w:pPr>
      <w:r>
        <w:rPr>
          <w:sz w:val="22"/>
        </w:rPr>
        <w:t>B. Dung dịch ammonia là một base.</w:t>
      </w:r>
    </w:p>
    <w:p>
      <w:pPr>
        <w:pStyle w:val="ListParagraph"/>
      </w:pPr>
      <w:r>
        <w:rPr>
          <w:sz w:val="22"/>
        </w:rPr>
        <w:t>C. Đốt cháy \(\text{NH}_{3}\) không có xúc tác thu được \(\text{N}_{2}\) và \(\text{H}_2\text{O}\).</w:t>
      </w:r>
    </w:p>
    <w:p>
      <w:pPr>
        <w:pStyle w:val="ListParagraph"/>
      </w:pPr>
      <w:r>
        <w:rPr>
          <w:sz w:val="22"/>
        </w:rPr>
        <w:t>D. Phản ứng tổng hợp \(\text{NH}_{3}\) từ \(\text{N}_{2}\) và \(\text{H}_{2}\) là phản ứng thuận nghịch.</w:t>
      </w:r>
    </w:p>
    <w:p/>
    <w:p>
      <w:r>
        <w:rPr>
          <w:b/>
          <w:sz w:val="24"/>
        </w:rPr>
        <w:t>Câu 6: Phản ứng hóa học nào sau đây chứng tỏ ammonia là một chất khử?</w:t>
      </w:r>
    </w:p>
    <w:p>
      <w:pPr>
        <w:pStyle w:val="ListParagraph"/>
      </w:pPr>
      <w:r>
        <w:rPr>
          <w:sz w:val="22"/>
        </w:rPr>
        <w:t>A. \(\text{NH}_3 + \text{H}_2\text{O} \rightleftharpoons \text{NH}_4^+ + \text{OH}^-\)</w:t>
      </w:r>
    </w:p>
    <w:p>
      <w:pPr>
        <w:pStyle w:val="ListParagraph"/>
      </w:pPr>
      <w:r>
        <w:rPr>
          <w:sz w:val="22"/>
        </w:rPr>
        <w:t>B. \(\text{NH}_3 + \text{HCl} \rightarrow \text{NH}_4\text{Cl}\)</w:t>
      </w:r>
    </w:p>
    <w:p>
      <w:pPr>
        <w:pStyle w:val="ListParagraph"/>
      </w:pPr>
      <w:r>
        <w:rPr>
          <w:sz w:val="22"/>
        </w:rPr>
        <w:t>C. \(2\text{NH}_3 + 3\text{CuO} \xrightarrow{t^\circ} \text{N}_2 + 3\text{Cu} + 3\text{H}_2\text{O}\)</w:t>
      </w:r>
    </w:p>
    <w:p>
      <w:pPr>
        <w:pStyle w:val="ListParagraph"/>
      </w:pPr>
      <w:r>
        <w:rPr>
          <w:sz w:val="22"/>
        </w:rPr>
        <w:t>D. \(2\text{NH}_3 + \text{H}_2\text{SO}_4 \rightarrow (\text{NH}_4)_2\text{SO}_4\)</w:t>
      </w:r>
    </w:p>
    <w:p/>
    <w:p>
      <w:r>
        <w:rPr>
          <w:b/>
          <w:sz w:val="24"/>
        </w:rPr>
        <w:t>Câu 7: Thành phần phần trăm về thể tích của khí nào chiếm tỉ lệ lớn nhất trong không khí?</w:t>
      </w:r>
    </w:p>
    <w:p>
      <w:pPr>
        <w:pStyle w:val="ListParagraph"/>
      </w:pPr>
      <w:r>
        <w:rPr>
          <w:sz w:val="22"/>
        </w:rPr>
        <w:t>A. Oxygen.</w:t>
      </w:r>
    </w:p>
    <w:p>
      <w:pPr>
        <w:pStyle w:val="ListParagraph"/>
      </w:pPr>
      <w:r>
        <w:rPr>
          <w:sz w:val="22"/>
        </w:rPr>
        <w:t>B. Nitrogen.</w:t>
      </w:r>
    </w:p>
    <w:p>
      <w:pPr>
        <w:pStyle w:val="ListParagraph"/>
      </w:pPr>
      <w:r>
        <w:rPr>
          <w:sz w:val="22"/>
        </w:rPr>
        <w:t>C. Carbon dioxide.</w:t>
      </w:r>
    </w:p>
    <w:p>
      <w:pPr>
        <w:pStyle w:val="ListParagraph"/>
      </w:pPr>
      <w:r>
        <w:rPr>
          <w:sz w:val="22"/>
        </w:rPr>
        <w:t>D. Argon.</w:t>
      </w:r>
    </w:p>
    <w:p/>
    <w:p>
      <w:r>
        <w:rPr>
          <w:b/>
          <w:sz w:val="24"/>
        </w:rPr>
        <w:t>Câu 8: Khi hòa tan chất nào sau đây vào nước thu được dung dịch có khả năng làm dung dịch phenolphthalein chuyển sang màu hồng?</w:t>
      </w:r>
    </w:p>
    <w:p>
      <w:pPr>
        <w:pStyle w:val="ListParagraph"/>
      </w:pPr>
      <w:r>
        <w:rPr>
          <w:sz w:val="22"/>
        </w:rPr>
        <w:t>A. Nitrogen.</w:t>
      </w:r>
    </w:p>
    <w:p>
      <w:pPr>
        <w:pStyle w:val="ListParagraph"/>
      </w:pPr>
      <w:r>
        <w:rPr>
          <w:sz w:val="22"/>
        </w:rPr>
        <w:t>B. Ammonia.</w:t>
      </w:r>
    </w:p>
    <w:p>
      <w:pPr>
        <w:pStyle w:val="ListParagraph"/>
      </w:pPr>
      <w:r>
        <w:rPr>
          <w:sz w:val="22"/>
        </w:rPr>
        <w:t>C. Sulfur dioxide.</w:t>
      </w:r>
    </w:p>
    <w:p>
      <w:pPr>
        <w:pStyle w:val="ListParagraph"/>
      </w:pPr>
      <w:r>
        <w:rPr>
          <w:sz w:val="22"/>
        </w:rPr>
        <w:t>D. Hydrogen chloride.</w:t>
      </w:r>
    </w:p>
    <w:p/>
    <w:p>
      <w:r>
        <w:rPr>
          <w:b/>
          <w:sz w:val="24"/>
        </w:rPr>
        <w:t>Câu 9: Theo thuyết Brønsted - Lowry, chất hoặc ion nào sau đây đóng vai trò là một base?</w:t>
      </w:r>
    </w:p>
    <w:p>
      <w:pPr>
        <w:pStyle w:val="ListParagraph"/>
      </w:pPr>
      <w:r>
        <w:rPr>
          <w:sz w:val="22"/>
        </w:rPr>
        <w:t>A. \(\text{CO}_{3}^{2-}\)</w:t>
      </w:r>
    </w:p>
    <w:p>
      <w:pPr>
        <w:pStyle w:val="ListParagraph"/>
      </w:pPr>
      <w:r>
        <w:rPr>
          <w:sz w:val="22"/>
        </w:rPr>
        <w:t>B. \(\text{HCl}\)</w:t>
      </w:r>
    </w:p>
    <w:p>
      <w:pPr>
        <w:pStyle w:val="ListParagraph"/>
      </w:pPr>
      <w:r>
        <w:rPr>
          <w:sz w:val="22"/>
        </w:rPr>
        <w:t>C. \(\text{Al}^{3+}\)</w:t>
      </w:r>
    </w:p>
    <w:p>
      <w:pPr>
        <w:pStyle w:val="ListParagraph"/>
      </w:pPr>
      <w:r>
        <w:rPr>
          <w:sz w:val="22"/>
        </w:rPr>
        <w:t>D. \(\text{NH}_{4}^{+}\)</w:t>
      </w:r>
    </w:p>
    <w:p/>
    <w:p>
      <w:r>
        <w:rPr>
          <w:b/>
          <w:sz w:val="24"/>
        </w:rPr>
        <w:t>Câu 10: Phản ứng thuận nghịch là phản ứng:</w:t>
      </w:r>
    </w:p>
    <w:p>
      <w:pPr>
        <w:pStyle w:val="ListParagraph"/>
      </w:pPr>
      <w:r>
        <w:rPr>
          <w:sz w:val="22"/>
        </w:rPr>
        <w:t>A. xảy ra theo hai chiều trái ngược nhau trong cùng một điều kiện kinh nghiệm.</w:t>
      </w:r>
    </w:p>
    <w:p>
      <w:pPr>
        <w:pStyle w:val="ListParagraph"/>
      </w:pPr>
      <w:r>
        <w:rPr>
          <w:sz w:val="22"/>
        </w:rPr>
        <w:t>B. có phương trình hóa học được biểu diễn bằng mũi tên một chiều.</w:t>
      </w:r>
    </w:p>
    <w:p>
      <w:pPr>
        <w:pStyle w:val="ListParagraph"/>
      </w:pPr>
      <w:r>
        <w:rPr>
          <w:sz w:val="22"/>
        </w:rPr>
        <w:t>C. chỉ xảy ra theo một chiều nhất định.</w:t>
      </w:r>
    </w:p>
    <w:p>
      <w:pPr>
        <w:pStyle w:val="ListParagraph"/>
      </w:pPr>
      <w:r>
        <w:rPr>
          <w:sz w:val="22"/>
        </w:rPr>
        <w:t>D. xảy ra giữa hai chất khí.</w:t>
      </w:r>
    </w:p>
    <w:p/>
    <w:p>
      <w:r>
        <w:rPr>
          <w:b/>
          <w:sz w:val="24"/>
        </w:rPr>
        <w:t>Câu 11: Dựa vào dữ kiện năng lượng liên kết trong phân tử \(\text{N}_{2}\) là \(E_b(\text{N}\equiv\text{N}) = 945\text{ kJ/mol}\), hãy dự đoán về độ bền phân tử và khả năng phản ứng của nitrogen ở nhiệt độ thường:</w:t>
      </w:r>
    </w:p>
    <w:p>
      <w:pPr>
        <w:pStyle w:val="ListParagraph"/>
      </w:pPr>
      <w:r>
        <w:rPr>
          <w:sz w:val="22"/>
        </w:rPr>
        <w:t>A. Kém bền và hoạt động hóa học mạnh ở nhiệt độ thường.</w:t>
      </w:r>
    </w:p>
    <w:p>
      <w:pPr>
        <w:pStyle w:val="ListParagraph"/>
      </w:pPr>
      <w:r>
        <w:rPr>
          <w:sz w:val="22"/>
        </w:rPr>
        <w:t>B. Bền và trơ về mặt hóa học ở nhiệt độ thường.</w:t>
      </w:r>
    </w:p>
    <w:p>
      <w:pPr>
        <w:pStyle w:val="ListParagraph"/>
      </w:pPr>
      <w:r>
        <w:rPr>
          <w:sz w:val="22"/>
        </w:rPr>
        <w:t>C. Bền và hoạt động hóa học mạnh ở nhiệt độ thường.</w:t>
      </w:r>
    </w:p>
    <w:p>
      <w:pPr>
        <w:pStyle w:val="ListParagraph"/>
      </w:pPr>
      <w:r>
        <w:rPr>
          <w:sz w:val="22"/>
        </w:rPr>
        <w:t>D. Kém bền và trơ về mặt hóa học ở nhiệt độ thường.</w:t>
      </w:r>
    </w:p>
    <w:p/>
    <w:p>
      <w:r>
        <w:rPr>
          <w:b/>
          <w:sz w:val="24"/>
        </w:rPr>
        <w:t>Câu 12: Biểu thức liên hệ đúng giữa \([\text{H}^+]\) và pH là:</w:t>
      </w:r>
    </w:p>
    <w:p>
      <w:pPr>
        <w:pStyle w:val="ListParagraph"/>
      </w:pPr>
      <w:r>
        <w:rPr>
          <w:sz w:val="22"/>
        </w:rPr>
        <w:t>A. \([\text{H}^+] = 10^{-\text{pH}}\)</w:t>
      </w:r>
    </w:p>
    <w:p>
      <w:pPr>
        <w:pStyle w:val="ListParagraph"/>
      </w:pPr>
      <w:r>
        <w:rPr>
          <w:sz w:val="22"/>
        </w:rPr>
        <w:t>B. \([\text{H}^+] = 10^{\text{pH}}\)</w:t>
      </w:r>
    </w:p>
    <w:p>
      <w:pPr>
        <w:pStyle w:val="ListParagraph"/>
      </w:pPr>
      <w:r>
        <w:rPr>
          <w:sz w:val="22"/>
        </w:rPr>
        <w:t>C. \([\text{H}^+] = \text{pH}\)</w:t>
      </w:r>
    </w:p>
    <w:p>
      <w:pPr>
        <w:pStyle w:val="ListParagraph"/>
      </w:pPr>
      <w:r>
        <w:rPr>
          <w:sz w:val="22"/>
        </w:rPr>
        <w:t>D. \([\text{H}^+] = 10^{14-\text{pH}}\)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