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20 câu lịch sử chiên tranh lạnh: Trắc nghiệm 20 câu lịch sử chiên tranh lạnh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Chiến tranh Lạnh là cuộc đối đầu chủ yếu giữa hai siêu cường nào?</w:t>
      </w:r>
    </w:p>
    <w:p>
      <w:pPr>
        <w:pStyle w:val="ListParagraph"/>
      </w:pPr>
      <w:r>
        <w:rPr>
          <w:sz w:val="22"/>
        </w:rPr>
        <w:t>A. Anh và Pháp</w:t>
      </w:r>
    </w:p>
    <w:p>
      <w:pPr>
        <w:pStyle w:val="ListParagraph"/>
      </w:pPr>
      <w:r>
        <w:rPr>
          <w:sz w:val="22"/>
        </w:rPr>
        <w:t>B. Mỹ và Liên Xô</w:t>
      </w:r>
    </w:p>
    <w:p>
      <w:pPr>
        <w:pStyle w:val="ListParagraph"/>
      </w:pPr>
      <w:r>
        <w:rPr>
          <w:sz w:val="22"/>
        </w:rPr>
        <w:t>C. Trung Quốc và Nhật Bản</w:t>
      </w:r>
    </w:p>
    <w:p>
      <w:pPr>
        <w:pStyle w:val="ListParagraph"/>
      </w:pPr>
      <w:r>
        <w:rPr>
          <w:sz w:val="22"/>
        </w:rPr>
        <w:t>D. Đức và Ý</w:t>
      </w:r>
    </w:p>
    <w:p/>
    <w:p>
      <w:r>
        <w:rPr>
          <w:b/>
          <w:sz w:val="24"/>
        </w:rPr>
        <w:t>Câu 2: Học thuyết Truman (1947) chủ yếu nhằm mục đích gì?</w:t>
      </w:r>
    </w:p>
    <w:p>
      <w:pPr>
        <w:pStyle w:val="ListParagraph"/>
      </w:pPr>
      <w:r>
        <w:rPr>
          <w:sz w:val="22"/>
        </w:rPr>
        <w:t>A. Giải trừ vũ khí hạt nhân</w:t>
      </w:r>
    </w:p>
    <w:p>
      <w:pPr>
        <w:pStyle w:val="ListParagraph"/>
      </w:pPr>
      <w:r>
        <w:rPr>
          <w:sz w:val="22"/>
        </w:rPr>
        <w:t>B. Ngăn chặn sự lan rộng của chủ nghĩa cộng sản</w:t>
      </w:r>
    </w:p>
    <w:p>
      <w:pPr>
        <w:pStyle w:val="ListParagraph"/>
      </w:pPr>
      <w:r>
        <w:rPr>
          <w:sz w:val="22"/>
        </w:rPr>
        <w:t>C. Thành lập Liên Hợp Quốc</w:t>
      </w:r>
    </w:p>
    <w:p>
      <w:pPr>
        <w:pStyle w:val="ListParagraph"/>
      </w:pPr>
      <w:r>
        <w:rPr>
          <w:sz w:val="22"/>
        </w:rPr>
        <w:t>D. Viện trợ kinh tế cho châu Âu tái thiết</w:t>
      </w:r>
    </w:p>
    <w:p/>
    <w:p>
      <w:r>
        <w:rPr>
          <w:b/>
          <w:sz w:val="24"/>
        </w:rPr>
        <w:t>Câu 3: Kế hoạch Marshall (1948) là chương trình viện trợ của Mỹ dành cho khu vực nào?</w:t>
      </w:r>
    </w:p>
    <w:p>
      <w:pPr>
        <w:pStyle w:val="ListParagraph"/>
      </w:pPr>
      <w:r>
        <w:rPr>
          <w:sz w:val="22"/>
        </w:rPr>
        <w:t>A. Châu Phi</w:t>
      </w:r>
    </w:p>
    <w:p>
      <w:pPr>
        <w:pStyle w:val="ListParagraph"/>
      </w:pPr>
      <w:r>
        <w:rPr>
          <w:sz w:val="22"/>
        </w:rPr>
        <w:t>B. Tây Âu</w:t>
      </w:r>
    </w:p>
    <w:p>
      <w:pPr>
        <w:pStyle w:val="ListParagraph"/>
      </w:pPr>
      <w:r>
        <w:rPr>
          <w:sz w:val="22"/>
        </w:rPr>
        <w:t>C. Mỹ Latinh</w:t>
      </w:r>
    </w:p>
    <w:p>
      <w:pPr>
        <w:pStyle w:val="ListParagraph"/>
      </w:pPr>
      <w:r>
        <w:rPr>
          <w:sz w:val="22"/>
        </w:rPr>
        <w:t>D. Châu Á</w:t>
      </w:r>
    </w:p>
    <w:p/>
    <w:p>
      <w:r>
        <w:rPr>
          <w:b/>
          <w:sz w:val="24"/>
        </w:rPr>
        <w:t>Câu 4: Tổ chức Hiệp ước Bắc Đại Tây Dương (NATO) được thành lập năm nào?</w:t>
      </w:r>
    </w:p>
    <w:p>
      <w:pPr>
        <w:pStyle w:val="ListParagraph"/>
      </w:pPr>
      <w:r>
        <w:rPr>
          <w:sz w:val="22"/>
        </w:rPr>
        <w:t>A. 1947</w:t>
      </w:r>
    </w:p>
    <w:p>
      <w:pPr>
        <w:pStyle w:val="ListParagraph"/>
      </w:pPr>
      <w:r>
        <w:rPr>
          <w:sz w:val="22"/>
        </w:rPr>
        <w:t>B. 1949</w:t>
      </w:r>
    </w:p>
    <w:p>
      <w:pPr>
        <w:pStyle w:val="ListParagraph"/>
      </w:pPr>
      <w:r>
        <w:rPr>
          <w:sz w:val="22"/>
        </w:rPr>
        <w:t>C. 1955</w:t>
      </w:r>
    </w:p>
    <w:p>
      <w:pPr>
        <w:pStyle w:val="ListParagraph"/>
      </w:pPr>
      <w:r>
        <w:rPr>
          <w:sz w:val="22"/>
        </w:rPr>
        <w:t>D. 1945</w:t>
      </w:r>
    </w:p>
    <w:p/>
    <w:p>
      <w:r>
        <w:rPr>
          <w:b/>
          <w:sz w:val="24"/>
        </w:rPr>
        <w:t>Câu 5: Khối Warszawa được thành lập năm 1955 nhằm đối trọng với tổ chức nào?</w:t>
      </w:r>
    </w:p>
    <w:p>
      <w:pPr>
        <w:pStyle w:val="ListParagraph"/>
      </w:pPr>
      <w:r>
        <w:rPr>
          <w:sz w:val="22"/>
        </w:rPr>
        <w:t>A. SEATO</w:t>
      </w:r>
    </w:p>
    <w:p>
      <w:pPr>
        <w:pStyle w:val="ListParagraph"/>
      </w:pPr>
      <w:r>
        <w:rPr>
          <w:sz w:val="22"/>
        </w:rPr>
        <w:t>B. Liên Hợp Quốc</w:t>
      </w:r>
    </w:p>
    <w:p>
      <w:pPr>
        <w:pStyle w:val="ListParagraph"/>
      </w:pPr>
      <w:r>
        <w:rPr>
          <w:sz w:val="22"/>
        </w:rPr>
        <w:t>C. Cộng đồng Kinh tế châu Âu</w:t>
      </w:r>
    </w:p>
    <w:p>
      <w:pPr>
        <w:pStyle w:val="ListParagraph"/>
      </w:pPr>
      <w:r>
        <w:rPr>
          <w:sz w:val="22"/>
        </w:rPr>
        <w:t>D. NATO</w:t>
      </w:r>
    </w:p>
    <w:p/>
    <w:p>
      <w:r>
        <w:rPr>
          <w:b/>
          <w:sz w:val="24"/>
        </w:rPr>
        <w:t>Câu 6: Cuộc khủng hoảng tên lửa Cuba diễn ra vào năm nào?</w:t>
      </w:r>
    </w:p>
    <w:p>
      <w:pPr>
        <w:pStyle w:val="ListParagraph"/>
      </w:pPr>
      <w:r>
        <w:rPr>
          <w:sz w:val="22"/>
        </w:rPr>
        <w:t>A. 1959</w:t>
      </w:r>
    </w:p>
    <w:p>
      <w:pPr>
        <w:pStyle w:val="ListParagraph"/>
      </w:pPr>
      <w:r>
        <w:rPr>
          <w:sz w:val="22"/>
        </w:rPr>
        <w:t>B. 1962</w:t>
      </w:r>
    </w:p>
    <w:p>
      <w:pPr>
        <w:pStyle w:val="ListParagraph"/>
      </w:pPr>
      <w:r>
        <w:rPr>
          <w:sz w:val="22"/>
        </w:rPr>
        <w:t>C. 1968</w:t>
      </w:r>
    </w:p>
    <w:p>
      <w:pPr>
        <w:pStyle w:val="ListParagraph"/>
      </w:pPr>
      <w:r>
        <w:rPr>
          <w:sz w:val="22"/>
        </w:rPr>
        <w:t>D. 1972</w:t>
      </w:r>
    </w:p>
    <w:p/>
    <w:p>
      <w:r>
        <w:rPr>
          <w:b/>
          <w:sz w:val="24"/>
        </w:rPr>
        <w:t>Câu 7: Bức tường Berlin được dựng lên vào năm nào?</w:t>
      </w:r>
    </w:p>
    <w:p>
      <w:pPr>
        <w:pStyle w:val="ListParagraph"/>
      </w:pPr>
      <w:r>
        <w:rPr>
          <w:sz w:val="22"/>
        </w:rPr>
        <w:t>A. 1949</w:t>
      </w:r>
    </w:p>
    <w:p>
      <w:pPr>
        <w:pStyle w:val="ListParagraph"/>
      </w:pPr>
      <w:r>
        <w:rPr>
          <w:sz w:val="22"/>
        </w:rPr>
        <w:t>B. 1955</w:t>
      </w:r>
    </w:p>
    <w:p>
      <w:pPr>
        <w:pStyle w:val="ListParagraph"/>
      </w:pPr>
      <w:r>
        <w:rPr>
          <w:sz w:val="22"/>
        </w:rPr>
        <w:t>C. 1989</w:t>
      </w:r>
    </w:p>
    <w:p>
      <w:pPr>
        <w:pStyle w:val="ListParagraph"/>
      </w:pPr>
      <w:r>
        <w:rPr>
          <w:sz w:val="22"/>
        </w:rPr>
        <w:t>D. 1961</w:t>
      </w:r>
    </w:p>
    <w:p/>
    <w:p>
      <w:r>
        <w:rPr>
          <w:b/>
          <w:sz w:val="24"/>
        </w:rPr>
        <w:t>Câu 8: Chiến tranh Triều Tiên (1950-1953) kết thúc bằng sự kiện gì?</w:t>
      </w:r>
    </w:p>
    <w:p>
      <w:pPr>
        <w:pStyle w:val="ListParagraph"/>
      </w:pPr>
      <w:r>
        <w:rPr>
          <w:sz w:val="22"/>
        </w:rPr>
        <w:t>A. Mỹ rút quân hoàn toàn khỏi châu Á</w:t>
      </w:r>
    </w:p>
    <w:p>
      <w:pPr>
        <w:pStyle w:val="ListParagraph"/>
      </w:pPr>
      <w:r>
        <w:rPr>
          <w:sz w:val="22"/>
        </w:rPr>
        <w:t>B. Hiệp định đình chiến tại Bàn Môn Điếm</w:t>
      </w:r>
    </w:p>
    <w:p>
      <w:pPr>
        <w:pStyle w:val="ListParagraph"/>
      </w:pPr>
      <w:r>
        <w:rPr>
          <w:sz w:val="22"/>
        </w:rPr>
        <w:t>C. Triều Tiên sáp nhập vào Trung Quốc</w:t>
      </w:r>
    </w:p>
    <w:p>
      <w:pPr>
        <w:pStyle w:val="ListParagraph"/>
      </w:pPr>
      <w:r>
        <w:rPr>
          <w:sz w:val="22"/>
        </w:rPr>
        <w:t>D. Thống nhất bán đảo Triều Tiên</w:t>
      </w:r>
    </w:p>
    <w:p/>
    <w:p>
      <w:r>
        <w:rPr>
          <w:b/>
          <w:sz w:val="24"/>
        </w:rPr>
        <w:t>Câu 9: Hiệp ước ABM (1972) giữa Mỹ và Liên Xô hạn chế loại vũ khí nào?</w:t>
      </w:r>
    </w:p>
    <w:p>
      <w:pPr>
        <w:pStyle w:val="ListParagraph"/>
      </w:pPr>
      <w:r>
        <w:rPr>
          <w:sz w:val="22"/>
        </w:rPr>
        <w:t>A. Hệ thống phòng thủ tên lửa chống tên lửa đạn đạo</w:t>
      </w:r>
    </w:p>
    <w:p>
      <w:pPr>
        <w:pStyle w:val="ListParagraph"/>
      </w:pPr>
      <w:r>
        <w:rPr>
          <w:sz w:val="22"/>
        </w:rPr>
        <w:t>B. Tàu ngầm hạt nhân</w:t>
      </w:r>
    </w:p>
    <w:p>
      <w:pPr>
        <w:pStyle w:val="ListParagraph"/>
      </w:pPr>
      <w:r>
        <w:rPr>
          <w:sz w:val="22"/>
        </w:rPr>
        <w:t>C. Vũ khí hóa học</w:t>
      </w:r>
    </w:p>
    <w:p>
      <w:pPr>
        <w:pStyle w:val="ListParagraph"/>
      </w:pPr>
      <w:r>
        <w:rPr>
          <w:sz w:val="22"/>
        </w:rPr>
        <w:t>D. Máy bay ném bom chiến lược</w:t>
      </w:r>
    </w:p>
    <w:p/>
    <w:p>
      <w:r>
        <w:rPr>
          <w:b/>
          <w:sz w:val="24"/>
        </w:rPr>
        <w:t>Câu 10: Chính sách 'Chiến tranh Lạnh mới' của Tổng thống Reagan những năm 1980 nhằm mục đích gì?</w:t>
      </w:r>
    </w:p>
    <w:p>
      <w:pPr>
        <w:pStyle w:val="ListParagraph"/>
      </w:pPr>
      <w:r>
        <w:rPr>
          <w:sz w:val="22"/>
        </w:rPr>
        <w:t>A. Gia tăng sức ép quân sự và kinh tế lên Liên Xô</w:t>
      </w:r>
    </w:p>
    <w:p>
      <w:pPr>
        <w:pStyle w:val="ListParagraph"/>
      </w:pPr>
      <w:r>
        <w:rPr>
          <w:sz w:val="22"/>
        </w:rPr>
        <w:t>B. Rút quân khỏi châu Âu</w:t>
      </w:r>
    </w:p>
    <w:p>
      <w:pPr>
        <w:pStyle w:val="ListParagraph"/>
      </w:pPr>
      <w:r>
        <w:rPr>
          <w:sz w:val="22"/>
        </w:rPr>
        <w:t>C. Giải trừ vũ khí hạt nhân đơn phương</w:t>
      </w:r>
    </w:p>
    <w:p>
      <w:pPr>
        <w:pStyle w:val="ListParagraph"/>
      </w:pPr>
      <w:r>
        <w:rPr>
          <w:sz w:val="22"/>
        </w:rPr>
        <w:t>D. Tăng cường đối thoại với Liên Xô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i/>
        </w:rPr>
        <w:t>Giải thích: Chiến tranh Lạnh là cuộc đối đầu về chính trị, quân sự, kinh tế và tư tưởng giữa Mỹ và Liên Xô sau Chiến tranh thế giới thứ hai.</w:t>
      </w:r>
    </w:p>
    <w:p>
      <w:r>
        <w:rPr>
          <w:b/>
        </w:rPr>
        <w:t>Câu 2: Đáp án đúng: B</w:t>
      </w:r>
    </w:p>
    <w:p>
      <w:r>
        <w:rPr>
          <w:i/>
        </w:rPr>
        <w:t>Giải thích: Học thuyết Truman cam kết hỗ trợ các quốc gia chống lại áp lực cộng sản, thể hiện chính sách ngăn chặn của Mỹ.</w:t>
      </w:r>
    </w:p>
    <w:p>
      <w:r>
        <w:rPr>
          <w:b/>
        </w:rPr>
        <w:t>Câu 3: Đáp án đúng: B</w:t>
      </w:r>
    </w:p>
    <w:p>
      <w:r>
        <w:rPr>
          <w:i/>
        </w:rPr>
        <w:t>Giải thích: Kế hoạch Marshall viện trợ kinh tế cho các nước Tây Âu nhằm phục hồi sau chiến tranh và hạn chế ảnh hưởng cộng sản.</w:t>
      </w:r>
    </w:p>
    <w:p>
      <w:r>
        <w:rPr>
          <w:b/>
        </w:rPr>
        <w:t>Câu 4: Đáp án đúng: B</w:t>
      </w:r>
    </w:p>
    <w:p>
      <w:r>
        <w:rPr>
          <w:i/>
        </w:rPr>
        <w:t>Giải thích: NATO được thành lập năm 1949 với sự tham gia của Mỹ và các nước Tây Âu, nhằm phòng thủ tập thể chống Liên Xô.</w:t>
      </w:r>
    </w:p>
    <w:p>
      <w:r>
        <w:rPr>
          <w:b/>
        </w:rPr>
        <w:t>Câu 5: Đáp án đúng: D</w:t>
      </w:r>
    </w:p>
    <w:p>
      <w:r>
        <w:rPr>
          <w:i/>
        </w:rPr>
        <w:t>Giải thích: Khối Warszawa do Liên Xô lãnh đạo được thành lập để đối trọng với NATO trong bối cảnh Chiến tranh Lạnh.</w:t>
      </w:r>
    </w:p>
    <w:p>
      <w:r>
        <w:rPr>
          <w:b/>
        </w:rPr>
        <w:t>Câu 6: Đáp án đúng: B</w:t>
      </w:r>
    </w:p>
    <w:p>
      <w:r>
        <w:rPr>
          <w:i/>
        </w:rPr>
        <w:t>Giải thích: Khủng hoảng tên lửa Cuba năm 1962 là thời điểm căng thẳng nhất giữa Mỹ và Liên Xô, suýt dẫn tới chiến tranh hạt nhân.</w:t>
      </w:r>
    </w:p>
    <w:p>
      <w:r>
        <w:rPr>
          <w:b/>
        </w:rPr>
        <w:t>Câu 7: Đáp án đúng: D</w:t>
      </w:r>
    </w:p>
    <w:p>
      <w:r>
        <w:rPr>
          <w:i/>
        </w:rPr>
        <w:t>Giải thích: Bức tường Berlin được dựng năm 1961, chia cắt Đông và Tây Berlin, trở thành biểu tượng của Chiến tranh Lạnh.</w:t>
      </w:r>
    </w:p>
    <w:p>
      <w:r>
        <w:rPr>
          <w:b/>
        </w:rPr>
        <w:t>Câu 8: Đáp án đúng: B</w:t>
      </w:r>
    </w:p>
    <w:p>
      <w:r>
        <w:rPr>
          <w:i/>
        </w:rPr>
        <w:t>Giải thích: Chiến tranh Triều Tiên kết thúc bằng hiệp định đình chiến năm 1953 tại Bàn Môn Điếm, chia bán đảo thành hai miền.</w:t>
      </w:r>
    </w:p>
    <w:p>
      <w:r>
        <w:rPr>
          <w:b/>
        </w:rPr>
        <w:t>Câu 9: Đáp án đúng: A</w:t>
      </w:r>
    </w:p>
    <w:p>
      <w:r>
        <w:rPr>
          <w:i/>
        </w:rPr>
        <w:t>Giải thích: Hiệp ước ABM năm 1972 hạn chế việc triển khai hệ thống phòng thủ tên lửa chống tên lửa đạn đạo.</w:t>
      </w:r>
    </w:p>
    <w:p>
      <w:r>
        <w:rPr>
          <w:b/>
        </w:rPr>
        <w:t>Câu 10: Đáp án đúng: A</w:t>
      </w:r>
    </w:p>
    <w:p>
      <w:r>
        <w:rPr>
          <w:i/>
        </w:rPr>
        <w:t>Giải thích: Reagan theo đuổi chính sách cứng rắn, tăng chi tiêu quân sự và gây sức ép nhằm làm suy yếu Liên Xô.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