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Vì sao người ta lại phân sản phẩm xây dựng thành s</w:t>
      </w:r>
    </w:p>
    <w:p>
      <w:pPr>
        <w:jc w:val="center"/>
      </w:pPr>
      <w:r>
        <w:rPr>
          <w:sz w:val="22"/>
        </w:rPr>
        <w:t>Số câu: 19    Thời gian: _____ phút    Họ và tên: _________________________</w:t>
      </w:r>
    </w:p>
    <w:p/>
    <w:p>
      <w:r>
        <w:rPr>
          <w:b/>
          <w:sz w:val="24"/>
        </w:rPr>
        <w:t>Câu 1: Vì sao người ta lại phân sản phẩm xây dựng thành sản phẩm xây dựng trung gian và sản phẩm cuối cùng?</w:t>
      </w:r>
    </w:p>
    <w:p>
      <w:pPr>
        <w:pStyle w:val="ListParagraph"/>
      </w:pPr>
      <w:r>
        <w:rPr>
          <w:sz w:val="22"/>
        </w:rPr>
        <w:t>A. Vì các công trình xây dựng thường rất lớn</w:t>
      </w:r>
    </w:p>
    <w:p>
      <w:pPr>
        <w:pStyle w:val="ListParagraph"/>
      </w:pPr>
      <w:r>
        <w:rPr>
          <w:sz w:val="22"/>
        </w:rPr>
        <w:t>B. Các công trình phải xây dựng trong thời gian dài</w:t>
      </w:r>
    </w:p>
    <w:p>
      <w:pPr>
        <w:pStyle w:val="ListParagraph"/>
      </w:pPr>
      <w:r>
        <w:rPr>
          <w:sz w:val="22"/>
        </w:rPr>
        <w:t>C. Phù hợp với yêu cầu của công việc thanh quyết toán và cấp vốn</w:t>
      </w:r>
    </w:p>
    <w:p>
      <w:pPr>
        <w:pStyle w:val="ListParagraph"/>
      </w:pPr>
      <w:r>
        <w:rPr>
          <w:sz w:val="22"/>
        </w:rPr>
        <w:t>D. Cả A, B, C đều đúng</w:t>
      </w:r>
    </w:p>
    <w:p/>
    <w:p>
      <w:r>
        <w:rPr>
          <w:b/>
          <w:sz w:val="24"/>
        </w:rPr>
        <w:t>Câu 2: Sản phẩm xây dựng cuối cùng có thể là?</w:t>
      </w:r>
    </w:p>
    <w:p>
      <w:pPr>
        <w:pStyle w:val="ListParagraph"/>
      </w:pPr>
      <w:r>
        <w:rPr>
          <w:sz w:val="22"/>
        </w:rPr>
        <w:t>A. Các gói công việc xây dựng đã hoàn thành và bàn giao thanh toán</w:t>
      </w:r>
    </w:p>
    <w:p>
      <w:pPr>
        <w:pStyle w:val="ListParagraph"/>
      </w:pPr>
      <w:r>
        <w:rPr>
          <w:sz w:val="22"/>
        </w:rPr>
        <w:t>B. Các công trình xây dựng đã hoàn thành và bàn giao đưa vào sử dụng</w:t>
      </w:r>
    </w:p>
    <w:p>
      <w:pPr>
        <w:pStyle w:val="ListParagraph"/>
      </w:pPr>
      <w:r>
        <w:rPr>
          <w:sz w:val="22"/>
        </w:rPr>
        <w:t>C. Các công trình đã hoàn thành nhưng chưa lắp đặt thiết bị công nghệ ở bên trong</w:t>
      </w:r>
    </w:p>
    <w:p>
      <w:pPr>
        <w:pStyle w:val="ListParagraph"/>
      </w:pPr>
      <w:r>
        <w:rPr>
          <w:sz w:val="22"/>
        </w:rPr>
        <w:t>D. Cả B và C đều đúng</w:t>
      </w:r>
    </w:p>
    <w:p/>
    <w:p>
      <w:r>
        <w:rPr>
          <w:b/>
          <w:sz w:val="24"/>
        </w:rPr>
        <w:t>Câu 3: Phát biểu nào sau đây là đúng?</w:t>
      </w:r>
    </w:p>
    <w:p>
      <w:pPr>
        <w:pStyle w:val="ListParagraph"/>
      </w:pPr>
      <w:r>
        <w:rPr>
          <w:sz w:val="22"/>
        </w:rPr>
        <w:t>A. Việc sản xuất xây dựng luôn luôn biến động, thiếu ổn định theo thời gian, địa điểm xây dựng.</w:t>
      </w:r>
    </w:p>
    <w:p>
      <w:pPr>
        <w:pStyle w:val="ListParagraph"/>
      </w:pPr>
      <w:r>
        <w:rPr>
          <w:sz w:val="22"/>
        </w:rPr>
        <w:t>B. Sản xuất xây dựng phải tiến hành theo đơn đặt hàng cụ thể thông qua giao thầu hay đấu thầu</w:t>
      </w:r>
    </w:p>
    <w:p>
      <w:pPr>
        <w:pStyle w:val="ListParagraph"/>
      </w:pPr>
      <w:r>
        <w:rPr>
          <w:sz w:val="22"/>
        </w:rPr>
        <w:t>C. Cả A và B đều đúng</w:t>
      </w:r>
    </w:p>
    <w:p>
      <w:pPr>
        <w:pStyle w:val="ListParagraph"/>
      </w:pPr>
      <w:r>
        <w:rPr>
          <w:sz w:val="22"/>
        </w:rPr>
        <w:t>D. Cả A và B đều sai</w:t>
      </w:r>
    </w:p>
    <w:p/>
    <w:p>
      <w:r>
        <w:rPr>
          <w:b/>
          <w:sz w:val="24"/>
        </w:rPr>
        <w:t>Câu 4: Các lực lượng chủ yếu tham gia vào quá trình hình thành công trình xây dựng gồm:</w:t>
      </w:r>
    </w:p>
    <w:p>
      <w:pPr>
        <w:pStyle w:val="ListParagraph"/>
      </w:pPr>
      <w:r>
        <w:rPr>
          <w:sz w:val="22"/>
        </w:rPr>
        <w:t>A. Chủ đầu tư</w:t>
      </w:r>
    </w:p>
    <w:p>
      <w:pPr>
        <w:pStyle w:val="ListParagraph"/>
      </w:pPr>
      <w:r>
        <w:rPr>
          <w:sz w:val="22"/>
        </w:rPr>
        <w:t>B. Các doanh nghiệp tư vấn</w:t>
      </w:r>
    </w:p>
    <w:p>
      <w:pPr>
        <w:pStyle w:val="ListParagraph"/>
      </w:pPr>
      <w:r>
        <w:rPr>
          <w:sz w:val="22"/>
        </w:rPr>
        <w:t>C. Các tổ chức ngân hàng, tài trợ</w:t>
      </w:r>
    </w:p>
    <w:p>
      <w:pPr>
        <w:pStyle w:val="ListParagraph"/>
      </w:pPr>
      <w:r>
        <w:rPr>
          <w:sz w:val="22"/>
        </w:rPr>
        <w:t>D. A, B và C đều đúng</w:t>
      </w:r>
    </w:p>
    <w:p/>
    <w:p>
      <w:r>
        <w:rPr>
          <w:b/>
          <w:sz w:val="24"/>
        </w:rPr>
        <w:t>Câu 5: Đâu là vai trò của ngành xây dựng</w:t>
      </w:r>
    </w:p>
    <w:p>
      <w:pPr>
        <w:pStyle w:val="ListParagraph"/>
      </w:pPr>
      <w:r>
        <w:rPr>
          <w:sz w:val="22"/>
        </w:rPr>
        <w:t>A. Đóng vai trò chủ chốt trong khâu đầu tiên để tạo ra cơ sở vật chất, tài sản cố định cho toàn bộ nền kinh tế quốc dân.</w:t>
      </w:r>
    </w:p>
    <w:p>
      <w:pPr>
        <w:pStyle w:val="ListParagraph"/>
      </w:pPr>
      <w:r>
        <w:rPr>
          <w:sz w:val="22"/>
        </w:rPr>
        <w:t>B. Đóng vai trò chủ chốt trong khâu cuối cùng để tạo ra cơ sở vật chất, tài sản cố định cho toàn bộ nền kinh tế quốc dân.</w:t>
      </w:r>
    </w:p>
    <w:p>
      <w:pPr>
        <w:pStyle w:val="ListParagraph"/>
      </w:pPr>
      <w:r>
        <w:rPr>
          <w:sz w:val="22"/>
        </w:rPr>
        <w:t>C. Đóng vai trò chủ chốt để tạo ra cơ sở vật chất, tài sản cho toàn bộ nền kinh tế quốc dân.</w:t>
      </w:r>
    </w:p>
    <w:p>
      <w:pPr>
        <w:pStyle w:val="ListParagraph"/>
      </w:pPr>
      <w:r>
        <w:rPr>
          <w:sz w:val="22"/>
        </w:rPr>
        <w:t>D. Cả A, B và C đều sai.</w:t>
      </w:r>
    </w:p>
    <w:p/>
    <w:p>
      <w:r>
        <w:rPr>
          <w:b/>
          <w:sz w:val="24"/>
        </w:rPr>
        <w:t>Câu 6: Đâu là đặc điểm của sản phẩm xây dựng?</w:t>
      </w:r>
    </w:p>
    <w:p>
      <w:pPr>
        <w:pStyle w:val="ListParagraph"/>
      </w:pPr>
      <w:r>
        <w:rPr>
          <w:sz w:val="22"/>
        </w:rPr>
        <w:t>A. Sản phẩm thường không có kích thước lớn, trọng lượng lớn</w:t>
      </w:r>
    </w:p>
    <w:p>
      <w:pPr>
        <w:pStyle w:val="ListParagraph"/>
      </w:pPr>
      <w:r>
        <w:rPr>
          <w:sz w:val="22"/>
        </w:rPr>
        <w:t>B. Sản phẩm là những công trình được xây dựng và sử dụng tại chỗ</w:t>
      </w:r>
    </w:p>
    <w:p>
      <w:pPr>
        <w:pStyle w:val="ListParagraph"/>
      </w:pPr>
      <w:r>
        <w:rPr>
          <w:sz w:val="22"/>
        </w:rPr>
        <w:t>C. Sản phẩm mang tính chất tương tự về công dụng, cấu tạo và cả về phương pháp chế tạo</w:t>
      </w:r>
    </w:p>
    <w:p>
      <w:pPr>
        <w:pStyle w:val="ListParagraph"/>
      </w:pPr>
      <w:r>
        <w:rPr>
          <w:sz w:val="22"/>
        </w:rPr>
        <w:t>D. Sản phẩm thường có kích thước nhỏ và dễ chế tạo</w:t>
      </w:r>
    </w:p>
    <w:p/>
    <w:p>
      <w:r>
        <w:rPr>
          <w:b/>
          <w:sz w:val="24"/>
        </w:rPr>
        <w:t>Câu 7: Đặc điểm của việc thi công các công trình xây dựng là:</w:t>
      </w:r>
    </w:p>
    <w:p>
      <w:pPr>
        <w:pStyle w:val="ListParagraph"/>
      </w:pPr>
      <w:r>
        <w:rPr>
          <w:sz w:val="22"/>
        </w:rPr>
        <w:t>A. Việc sản xuất xây dựng luôn luôn biến động, thiếu ổn định theo thời gian địa điểm xây dựng</w:t>
      </w:r>
    </w:p>
    <w:p>
      <w:pPr>
        <w:pStyle w:val="ListParagraph"/>
      </w:pPr>
      <w:r>
        <w:rPr>
          <w:sz w:val="22"/>
        </w:rPr>
        <w:t>B. Sản xuất xây dựng phải tiến hành theo đơn đặt hàng cụ thể</w:t>
      </w:r>
    </w:p>
    <w:p>
      <w:pPr>
        <w:pStyle w:val="ListParagraph"/>
      </w:pPr>
      <w:r>
        <w:rPr>
          <w:sz w:val="22"/>
        </w:rPr>
        <w:t>C. Quá trình sản xuất xây dựng rất phức tạp</w:t>
      </w:r>
    </w:p>
    <w:p>
      <w:pPr>
        <w:pStyle w:val="ListParagraph"/>
      </w:pPr>
      <w:r>
        <w:rPr>
          <w:sz w:val="22"/>
        </w:rPr>
        <w:t>D. Cả 3 đáp án trên đều đúng</w:t>
      </w:r>
    </w:p>
    <w:p/>
    <w:p>
      <w:r>
        <w:rPr>
          <w:b/>
          <w:sz w:val="24"/>
        </w:rPr>
        <w:t>Câu 8: Nội dung nào KHÔNG phải là đặc điểm của sản phẩm xây dựng?</w:t>
      </w:r>
    </w:p>
    <w:p>
      <w:pPr>
        <w:pStyle w:val="ListParagraph"/>
      </w:pPr>
      <w:r>
        <w:rPr>
          <w:sz w:val="22"/>
        </w:rPr>
        <w:t>A. Sản phẩm xây dựng có liên quan đến nhiều ngành</w:t>
      </w:r>
    </w:p>
    <w:p>
      <w:pPr>
        <w:pStyle w:val="ListParagraph"/>
      </w:pPr>
      <w:r>
        <w:rPr>
          <w:sz w:val="22"/>
        </w:rPr>
        <w:t>B. Sản phẩm xây dựng thường có kích thước lớn, trọng lượng lớn</w:t>
      </w:r>
    </w:p>
    <w:p>
      <w:pPr>
        <w:pStyle w:val="ListParagraph"/>
      </w:pPr>
      <w:r>
        <w:rPr>
          <w:sz w:val="22"/>
        </w:rPr>
        <w:t>C. Sản phẩm xây dựng mang tính chất tương tự về công dụng, cấu tạo</w:t>
      </w:r>
    </w:p>
    <w:p>
      <w:pPr>
        <w:pStyle w:val="ListParagraph"/>
      </w:pPr>
      <w:r>
        <w:rPr>
          <w:sz w:val="22"/>
        </w:rPr>
        <w:t>D. Sản phẩm xây dựng là những công trình được xây dựng và sử dụng tại chỗ</w:t>
      </w:r>
    </w:p>
    <w:p/>
    <w:p>
      <w:r>
        <w:rPr>
          <w:b/>
          <w:sz w:val="24"/>
        </w:rPr>
        <w:t>Câu 9: Nhân tố nào sẽ gây khó khăn trong việc tổ chức thi công và ảnh hưởng đến tiến độ thi công các công trình xây dựng?</w:t>
      </w:r>
    </w:p>
    <w:p>
      <w:pPr>
        <w:pStyle w:val="ListParagraph"/>
      </w:pPr>
      <w:r>
        <w:rPr>
          <w:sz w:val="22"/>
        </w:rPr>
        <w:t>A. Nhiều đơn vị thi công cùng tham gia xây dựng một công trình, trong khoảng thời gian dài</w:t>
      </w:r>
    </w:p>
    <w:p>
      <w:pPr>
        <w:pStyle w:val="ListParagraph"/>
      </w:pPr>
      <w:r>
        <w:rPr>
          <w:sz w:val="22"/>
        </w:rPr>
        <w:t>B. Ảnh hưởng của điều kiện thời tiết, tự nhiên</w:t>
      </w:r>
    </w:p>
    <w:p>
      <w:pPr>
        <w:pStyle w:val="ListParagraph"/>
      </w:pPr>
      <w:r>
        <w:rPr>
          <w:sz w:val="22"/>
        </w:rPr>
        <w:t>C. Công trình xây dựng có nhiều chi tiết phức tạp</w:t>
      </w:r>
    </w:p>
    <w:p>
      <w:pPr>
        <w:pStyle w:val="ListParagraph"/>
      </w:pPr>
      <w:r>
        <w:rPr>
          <w:sz w:val="22"/>
        </w:rPr>
        <w:t>D. Cả A, B, C đều đúng</w:t>
      </w:r>
    </w:p>
    <w:p/>
    <w:p>
      <w:r>
        <w:rPr>
          <w:b/>
          <w:sz w:val="24"/>
        </w:rPr>
        <w:t>Câu 10: Nội dung nào KHÔNG phải là đặc điểm của thị trường xây dựng?</w:t>
      </w:r>
    </w:p>
    <w:p>
      <w:pPr>
        <w:pStyle w:val="ListParagraph"/>
      </w:pPr>
      <w:r>
        <w:rPr>
          <w:sz w:val="22"/>
        </w:rPr>
        <w:t>A. Không chịu sự chi phối của các quy luật kinh tế</w:t>
      </w:r>
    </w:p>
    <w:p>
      <w:pPr>
        <w:pStyle w:val="ListParagraph"/>
      </w:pPr>
      <w:r>
        <w:rPr>
          <w:sz w:val="22"/>
        </w:rPr>
        <w:t>B. Một người mua, nhiều người bán</w:t>
      </w:r>
    </w:p>
    <w:p>
      <w:pPr>
        <w:pStyle w:val="ListParagraph"/>
      </w:pPr>
      <w:r>
        <w:rPr>
          <w:sz w:val="22"/>
        </w:rPr>
        <w:t>C. Nhà nước là khách hàng lớn nhất</w:t>
      </w:r>
    </w:p>
    <w:p>
      <w:pPr>
        <w:pStyle w:val="ListParagraph"/>
      </w:pPr>
      <w:r>
        <w:rPr>
          <w:sz w:val="22"/>
        </w:rPr>
        <w:t>D. Việc mua bán thường diễn ra tại nơi sản xuất</w:t>
      </w:r>
    </w:p>
    <w:p/>
    <w:p>
      <w:r>
        <w:rPr>
          <w:b/>
          <w:sz w:val="24"/>
        </w:rPr>
        <w:t>Câu 11: Trong thị trường xây dựng thì:</w:t>
      </w:r>
    </w:p>
    <w:p>
      <w:pPr>
        <w:pStyle w:val="ListParagraph"/>
      </w:pPr>
      <w:r>
        <w:rPr>
          <w:sz w:val="22"/>
        </w:rPr>
        <w:t>A. Chủ đầu tư là người bán</w:t>
      </w:r>
    </w:p>
    <w:p>
      <w:pPr>
        <w:pStyle w:val="ListParagraph"/>
      </w:pPr>
      <w:r>
        <w:rPr>
          <w:sz w:val="22"/>
        </w:rPr>
        <w:t>B. Chủ đầu tư là người mua</w:t>
      </w:r>
    </w:p>
    <w:p>
      <w:pPr>
        <w:pStyle w:val="ListParagraph"/>
      </w:pPr>
      <w:r>
        <w:rPr>
          <w:sz w:val="22"/>
        </w:rPr>
        <w:t>C. Cả A,B đều đúng</w:t>
      </w:r>
    </w:p>
    <w:p>
      <w:pPr>
        <w:pStyle w:val="ListParagraph"/>
      </w:pPr>
      <w:r>
        <w:rPr>
          <w:sz w:val="22"/>
        </w:rPr>
        <w:t>D. Cả A,B đều sai</w:t>
      </w:r>
    </w:p>
    <w:p/>
    <w:p>
      <w:r>
        <w:rPr>
          <w:b/>
          <w:sz w:val="24"/>
        </w:rPr>
        <w:t>Câu 12: Thu nhập hàng năm của dự án gồm:</w:t>
      </w:r>
    </w:p>
    <w:p>
      <w:pPr>
        <w:pStyle w:val="ListParagraph"/>
      </w:pPr>
      <w:r>
        <w:rPr>
          <w:sz w:val="22"/>
        </w:rPr>
        <w:t>A. Doanh thu tiêu thụ sản phẩm (không kể thuế giá trị gia tăng)</w:t>
      </w:r>
    </w:p>
    <w:p>
      <w:pPr>
        <w:pStyle w:val="ListParagraph"/>
      </w:pPr>
      <w:r>
        <w:rPr>
          <w:sz w:val="22"/>
        </w:rPr>
        <w:t>B. Giá trị thu hồi thanh lý tài sản khi hết tuổi thọ quy định (nếu có)</w:t>
      </w:r>
    </w:p>
    <w:p>
      <w:pPr>
        <w:pStyle w:val="ListParagraph"/>
      </w:pPr>
      <w:r>
        <w:rPr>
          <w:sz w:val="22"/>
        </w:rPr>
        <w:t>C. Giá trị tài sản chưa khấu hao hết ở cuối thời kỳ phân tích (nếu có)</w:t>
      </w:r>
    </w:p>
    <w:p>
      <w:pPr>
        <w:pStyle w:val="ListParagraph"/>
      </w:pPr>
      <w:r>
        <w:rPr>
          <w:sz w:val="22"/>
        </w:rPr>
        <w:t>D. Cả A, B, C đều đúng</w:t>
      </w:r>
    </w:p>
    <w:p/>
    <w:p>
      <w:r>
        <w:rPr>
          <w:b/>
          <w:sz w:val="24"/>
        </w:rPr>
        <w:t>Câu 13: Trong phương pháp dùng chỉ tiêu tổng hợp không đơn vị đo để xếp hạng các phương án bước đầu tiên cần làm đó là:</w:t>
      </w:r>
    </w:p>
    <w:p>
      <w:pPr>
        <w:pStyle w:val="ListParagraph"/>
      </w:pPr>
      <w:r>
        <w:rPr>
          <w:sz w:val="22"/>
        </w:rPr>
        <w:t>A. Đồng nhất các chỉ tiêu với hàm mục tiêu</w:t>
      </w:r>
    </w:p>
    <w:p>
      <w:pPr>
        <w:pStyle w:val="ListParagraph"/>
      </w:pPr>
      <w:r>
        <w:rPr>
          <w:sz w:val="22"/>
        </w:rPr>
        <w:t>B. Triệt tiêu đơn vị đo các chỉ tiêu</w:t>
      </w:r>
    </w:p>
    <w:p>
      <w:pPr>
        <w:pStyle w:val="ListParagraph"/>
      </w:pPr>
      <w:r>
        <w:rPr>
          <w:sz w:val="22"/>
        </w:rPr>
        <w:t>C. Xác định hướng hàm mục tiêu</w:t>
      </w:r>
    </w:p>
    <w:p>
      <w:pPr>
        <w:pStyle w:val="ListParagraph"/>
      </w:pPr>
      <w:r>
        <w:rPr>
          <w:sz w:val="22"/>
        </w:rPr>
        <w:t>D. Tìm trọng số của các đơn vị đo</w:t>
      </w:r>
    </w:p>
    <w:p/>
    <w:p>
      <w:r>
        <w:rPr>
          <w:b/>
          <w:sz w:val="24"/>
        </w:rPr>
        <w:t>Câu 14: Đâu là khái niệm đúng về “Chi phí đầu tư xây dựng”</w:t>
      </w:r>
    </w:p>
    <w:p>
      <w:pPr>
        <w:pStyle w:val="ListParagraph"/>
      </w:pPr>
      <w:r>
        <w:rPr>
          <w:sz w:val="22"/>
        </w:rPr>
        <w:t>A. Là toàn bộ chi phí cần thiết để xây dựng mới công trình.</w:t>
      </w:r>
    </w:p>
    <w:p>
      <w:pPr>
        <w:pStyle w:val="ListParagraph"/>
      </w:pPr>
      <w:r>
        <w:rPr>
          <w:sz w:val="22"/>
        </w:rPr>
        <w:t>B. Là toàn bộ chi phí cần thiết để xây dựng, trang bị mới hoặc sửa chữa, cải tạo, mở rộng hay trang bị lại kỹ thuật công trình.</w:t>
      </w:r>
    </w:p>
    <w:p>
      <w:pPr>
        <w:pStyle w:val="ListParagraph"/>
      </w:pPr>
      <w:r>
        <w:rPr>
          <w:sz w:val="22"/>
        </w:rPr>
        <w:t>C. Là toàn bộ chi phí để trang bị mới hoặc sửa chữa, cải tạo, mở rộng hay trang bị lại kỹ thuật công trình.</w:t>
      </w:r>
    </w:p>
    <w:p>
      <w:pPr>
        <w:pStyle w:val="ListParagraph"/>
      </w:pPr>
      <w:r>
        <w:rPr>
          <w:sz w:val="22"/>
        </w:rPr>
        <w:t>D. Là toàn bộ chi phí để cải tạo, mở rộng hay trang bị lại kỹ thuật công trình.</w:t>
      </w:r>
    </w:p>
    <w:p/>
    <w:p>
      <w:r>
        <w:rPr>
          <w:b/>
          <w:sz w:val="24"/>
        </w:rPr>
        <w:t>Câu 15: Định nghĩa đúng về “giá tài chính”</w:t>
      </w:r>
    </w:p>
    <w:p>
      <w:pPr>
        <w:pStyle w:val="ListParagraph"/>
      </w:pPr>
      <w:r>
        <w:rPr>
          <w:sz w:val="22"/>
        </w:rPr>
        <w:t>A. Giá tài chính là giá được hình thành từ thị trường và được dùng để phân tích hiệu quả tài chính của dự án thể hiện lợi ích trực tiếp của doanh nghiệp.</w:t>
      </w:r>
    </w:p>
    <w:p>
      <w:pPr>
        <w:pStyle w:val="ListParagraph"/>
      </w:pPr>
      <w:r>
        <w:rPr>
          <w:sz w:val="22"/>
        </w:rPr>
        <w:t>B. Giá tài chính là giá được hình thành từ thị trường và được dùng để phân tích hiệu quả kinh tế xã hội của dự án thể hiện lợi ích trực tiếp của doanh nghiệp.</w:t>
      </w:r>
    </w:p>
    <w:p>
      <w:pPr>
        <w:pStyle w:val="ListParagraph"/>
      </w:pPr>
      <w:r>
        <w:rPr>
          <w:sz w:val="22"/>
        </w:rPr>
        <w:t>C. Giá tài chính là giá được hình thành từ thị trường và được dùng để phân tích hiệu quả kinh tế xã hội của dự án thể hiện lợi ích trực tiếp của doanh nghiệp.</w:t>
      </w:r>
    </w:p>
    <w:p>
      <w:pPr>
        <w:pStyle w:val="ListParagraph"/>
      </w:pPr>
      <w:r>
        <w:rPr>
          <w:sz w:val="22"/>
        </w:rPr>
        <w:t>D. Giá tài chính là giá được hình thành từ thị trường và được dùng để phân tích hiệu quả kinh tế xã hội của dự án thể hiện lợi ích trực tiếp của nền kinh tế quốc dân.</w:t>
      </w:r>
    </w:p>
    <w:p/>
    <w:p>
      <w:r>
        <w:rPr>
          <w:b/>
          <w:sz w:val="24"/>
        </w:rPr>
        <w:t>Câu 16: Khi phân tích dự án đứng trên quan điểm của chủ doanh nghiệp để phân tích thì gọi là:</w:t>
      </w:r>
    </w:p>
    <w:p>
      <w:pPr>
        <w:pStyle w:val="ListParagraph"/>
      </w:pPr>
      <w:r>
        <w:rPr>
          <w:sz w:val="22"/>
        </w:rPr>
        <w:t>A. Phân tích tài chính</w:t>
      </w:r>
    </w:p>
    <w:p>
      <w:pPr>
        <w:pStyle w:val="ListParagraph"/>
      </w:pPr>
      <w:r>
        <w:rPr>
          <w:sz w:val="22"/>
        </w:rPr>
        <w:t>B. Phân tích kinh tế</w:t>
      </w:r>
    </w:p>
    <w:p>
      <w:pPr>
        <w:pStyle w:val="ListParagraph"/>
      </w:pPr>
      <w:r>
        <w:rPr>
          <w:sz w:val="22"/>
        </w:rPr>
        <w:t>C. Phân tích kinh tế - xã hội</w:t>
      </w:r>
    </w:p>
    <w:p>
      <w:pPr>
        <w:pStyle w:val="ListParagraph"/>
      </w:pPr>
      <w:r>
        <w:rPr>
          <w:sz w:val="22"/>
        </w:rPr>
        <w:t>D. Phân tích tài chính – kinh tế</w:t>
      </w:r>
    </w:p>
    <w:p/>
    <w:p>
      <w:r>
        <w:rPr>
          <w:b/>
          <w:sz w:val="24"/>
        </w:rPr>
        <w:t>Câu 17: Một phương án được gọi là đáng giá khi IRR thỏa mãn điều kiện:</w:t>
      </w:r>
    </w:p>
    <w:p>
      <w:pPr>
        <w:pStyle w:val="ListParagraph"/>
      </w:pPr>
      <w:r>
        <w:rPr>
          <w:sz w:val="22"/>
        </w:rPr>
        <w:t>A. IRR &lt; r</w:t>
      </w:r>
    </w:p>
    <w:p>
      <w:pPr>
        <w:pStyle w:val="ListParagraph"/>
      </w:pPr>
      <w:r>
        <w:rPr>
          <w:sz w:val="22"/>
        </w:rPr>
        <w:t>B. IRR &gt; r</w:t>
      </w:r>
    </w:p>
    <w:p>
      <w:pPr>
        <w:pStyle w:val="ListParagraph"/>
      </w:pPr>
      <w:r>
        <w:rPr>
          <w:sz w:val="22"/>
        </w:rPr>
        <w:t>C. IRR = 0</w:t>
      </w:r>
    </w:p>
    <w:p>
      <w:pPr>
        <w:pStyle w:val="ListParagraph"/>
      </w:pPr>
      <w:r>
        <w:rPr>
          <w:sz w:val="22"/>
        </w:rPr>
        <w:t>D. IRR = 1</w:t>
      </w:r>
    </w:p>
    <w:p/>
    <w:p>
      <w:r>
        <w:rPr>
          <w:b/>
          <w:sz w:val="24"/>
        </w:rPr>
        <w:t>Câu 18: Giá trị hiện tại của hiệu số thu chi (giá trị thu nhập ròng hiện tại) là:</w:t>
      </w:r>
    </w:p>
    <w:p>
      <w:pPr>
        <w:pStyle w:val="ListParagraph"/>
      </w:pPr>
      <w:r>
        <w:rPr>
          <w:sz w:val="22"/>
        </w:rPr>
        <w:t>A. Hiệu số giữa thu nhập và chi phí quy về thời điểm hiện tại</w:t>
      </w:r>
    </w:p>
    <w:p>
      <w:pPr>
        <w:pStyle w:val="ListParagraph"/>
      </w:pPr>
      <w:r>
        <w:rPr>
          <w:sz w:val="22"/>
        </w:rPr>
        <w:t>B. Lợi nhuận quy về thời điểm hiện tại</w:t>
      </w:r>
    </w:p>
    <w:p>
      <w:pPr>
        <w:pStyle w:val="ListParagraph"/>
      </w:pPr>
      <w:r>
        <w:rPr>
          <w:sz w:val="22"/>
        </w:rPr>
        <w:t>C. Thu nhập có chiết khấu trừ đi chi phí có chiết khấu</w:t>
      </w:r>
    </w:p>
    <w:p>
      <w:pPr>
        <w:pStyle w:val="ListParagraph"/>
      </w:pPr>
      <w:r>
        <w:rPr>
          <w:sz w:val="22"/>
        </w:rPr>
        <w:t>D. Cả A và B đều đúng</w:t>
      </w:r>
    </w:p>
    <w:p/>
    <w:p>
      <w:r>
        <w:rPr>
          <w:b/>
          <w:sz w:val="24"/>
        </w:rPr>
        <w:t>Câu 19: Trong phương pháp dùng chỉ tiêu tổng hợp không đơn vị đo, hướng của hàm mục tiêu nên chọn như thế nào?</w:t>
      </w:r>
    </w:p>
    <w:p>
      <w:pPr>
        <w:pStyle w:val="ListParagraph"/>
      </w:pPr>
      <w:r>
        <w:rPr>
          <w:sz w:val="22"/>
        </w:rPr>
        <w:t>A. Hướng của hàm mục tiêu nên chọn theo hướng của chỉ tiêu tổng mức đầu tư.</w:t>
      </w:r>
    </w:p>
    <w:p>
      <w:pPr>
        <w:pStyle w:val="ListParagraph"/>
      </w:pPr>
      <w:r>
        <w:rPr>
          <w:sz w:val="22"/>
        </w:rPr>
        <w:t>B. Hướng của hàm mục tiêu nên chọn theo hướng của chỉ tiêu số 1.</w:t>
      </w:r>
    </w:p>
    <w:p>
      <w:pPr>
        <w:pStyle w:val="ListParagraph"/>
      </w:pPr>
      <w:r>
        <w:rPr>
          <w:sz w:val="22"/>
        </w:rPr>
        <w:t>C. Hướng của hàm mục tiêu nên chọn theo đa số hướng của các chỉ tiêu</w:t>
      </w:r>
    </w:p>
    <w:p>
      <w:pPr>
        <w:pStyle w:val="ListParagraph"/>
      </w:pPr>
      <w:r>
        <w:rPr>
          <w:sz w:val="22"/>
        </w:rPr>
        <w:t>D. Cả A, B và C đều đúng</w:t>
      </w:r>
    </w:p>
    <w:p/>
    <w:p>
      <w:r>
        <w:t>──────────────────────────────────────────────────</w:t>
      </w:r>
    </w:p>
    <w:p>
      <w:r>
        <w:rPr>
          <w:b/>
        </w:rPr>
        <w:t>BẢNG ĐÁP ÁN &amp; LỜI GIẢI CHI TIẾT</w:t>
      </w:r>
    </w:p>
    <w:p>
      <w:r>
        <w:rPr>
          <w:b/>
        </w:rPr>
        <w:t>Câu 1: Đáp án đúng: D</w:t>
      </w:r>
    </w:p>
    <w:p>
      <w:r>
        <w:rPr>
          <w:b/>
        </w:rPr>
        <w:t>Câu 2: Đáp án đúng: B</w:t>
      </w:r>
    </w:p>
    <w:p>
      <w:r>
        <w:rPr>
          <w:b/>
        </w:rPr>
        <w:t>Câu 3: Đáp án đúng: C</w:t>
      </w:r>
    </w:p>
    <w:p>
      <w:r>
        <w:rPr>
          <w:b/>
        </w:rPr>
        <w:t>Câu 4: Đáp án đúng: D</w:t>
      </w:r>
    </w:p>
    <w:p>
      <w:r>
        <w:rPr>
          <w:b/>
        </w:rPr>
        <w:t>Câu 5: Đáp án đúng: A</w:t>
      </w:r>
    </w:p>
    <w:p>
      <w:r>
        <w:rPr>
          <w:b/>
        </w:rPr>
        <w:t>Câu 6: Đáp án đúng: B</w:t>
      </w:r>
    </w:p>
    <w:p>
      <w:r>
        <w:rPr>
          <w:b/>
        </w:rPr>
        <w:t>Câu 7: Đáp án đúng: D</w:t>
      </w:r>
    </w:p>
    <w:p>
      <w:r>
        <w:rPr>
          <w:b/>
        </w:rPr>
        <w:t>Câu 8: Đáp án đúng: C</w:t>
      </w:r>
    </w:p>
    <w:p>
      <w:r>
        <w:rPr>
          <w:b/>
        </w:rPr>
        <w:t>Câu 9: Đáp án đúng: D</w:t>
      </w:r>
    </w:p>
    <w:p>
      <w:r>
        <w:rPr>
          <w:b/>
        </w:rPr>
        <w:t>Câu 10: Đáp án đúng: A</w:t>
      </w:r>
    </w:p>
    <w:p>
      <w:r>
        <w:rPr>
          <w:b/>
        </w:rPr>
        <w:t>Câu 11: Đáp án đúng: B</w:t>
      </w:r>
    </w:p>
    <w:p>
      <w:r>
        <w:rPr>
          <w:b/>
        </w:rPr>
        <w:t>Câu 12: Đáp án đúng: D</w:t>
      </w:r>
    </w:p>
    <w:p>
      <w:r>
        <w:rPr>
          <w:b/>
        </w:rPr>
        <w:t>Câu 13: Đáp án đúng: C</w:t>
      </w:r>
    </w:p>
    <w:p>
      <w:r>
        <w:rPr>
          <w:b/>
        </w:rPr>
        <w:t>Câu 14: Đáp án đúng: B</w:t>
      </w:r>
    </w:p>
    <w:p>
      <w:r>
        <w:rPr>
          <w:b/>
        </w:rPr>
        <w:t>Câu 15: Đáp án đúng: A</w:t>
      </w:r>
    </w:p>
    <w:p>
      <w:r>
        <w:rPr>
          <w:b/>
        </w:rPr>
        <w:t>Câu 16: Đáp án đúng: A</w:t>
      </w:r>
    </w:p>
    <w:p>
      <w:r>
        <w:rPr>
          <w:b/>
        </w:rPr>
        <w:t>Câu 17: Đáp án đúng: B</w:t>
      </w:r>
    </w:p>
    <w:p>
      <w:r>
        <w:rPr>
          <w:b/>
        </w:rPr>
        <w:t>Câu 18: Đáp án đúng: A</w:t>
      </w:r>
    </w:p>
    <w:p>
      <w:r>
        <w:rPr>
          <w:b/>
        </w:rPr>
        <w:t>Câu 19: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