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Toán - Dưới đây là toàn bộ nội dung các câu hỏi được chép</w:t>
      </w:r>
    </w:p>
    <w:p>
      <w:pPr>
        <w:jc w:val="center"/>
      </w:pPr>
      <w:r>
        <w:rPr>
          <w:sz w:val="22"/>
        </w:rPr>
        <w:t>Số câu: 29    Thời gian: _____ phút    Họ và tên: _________________________</w:t>
      </w:r>
    </w:p>
    <w:p/>
    <w:p>
      <w:r>
        <w:rPr>
          <w:b/>
          <w:sz w:val="24"/>
        </w:rPr>
        <w:t>Câu 1: Tính số đo theo độ của góc lượng giác có số đo theo đơn vị radian là $-\frac{5\pi}{6}$.</w:t>
      </w:r>
    </w:p>
    <w:p>
      <w:pPr>
        <w:pStyle w:val="ListParagraph"/>
      </w:pPr>
      <w:r>
        <w:rPr>
          <w:sz w:val="22"/>
        </w:rPr>
        <w:t>A. $-160^{\circ}$</w:t>
      </w:r>
    </w:p>
    <w:p>
      <w:pPr>
        <w:pStyle w:val="ListParagraph"/>
      </w:pPr>
      <w:r>
        <w:rPr>
          <w:sz w:val="22"/>
        </w:rPr>
        <w:t>B. $150^{\circ}$</w:t>
      </w:r>
    </w:p>
    <w:p>
      <w:pPr>
        <w:pStyle w:val="ListParagraph"/>
      </w:pPr>
      <w:r>
        <w:rPr>
          <w:sz w:val="22"/>
        </w:rPr>
        <w:t>C. $-240^{\circ}$</w:t>
      </w:r>
    </w:p>
    <w:p>
      <w:pPr>
        <w:pStyle w:val="ListParagraph"/>
      </w:pPr>
      <w:r>
        <w:rPr>
          <w:sz w:val="22"/>
        </w:rPr>
        <w:t>D. $-150^{\circ}$</w:t>
      </w:r>
    </w:p>
    <w:p/>
    <w:p>
      <w:r>
        <w:rPr>
          <w:b/>
          <w:sz w:val="24"/>
        </w:rPr>
        <w:t>Câu 2: Đơn giản biểu thức $A = \sin(\pi - \alpha) - \sin\left(\frac{\pi}{2} - \alpha\right) + \cos\alpha$, ta được:</w:t>
      </w:r>
    </w:p>
    <w:p>
      <w:pPr>
        <w:pStyle w:val="ListParagraph"/>
      </w:pPr>
      <w:r>
        <w:rPr>
          <w:sz w:val="22"/>
        </w:rPr>
        <w:t>A. $B = 0$</w:t>
      </w:r>
    </w:p>
    <w:p>
      <w:pPr>
        <w:pStyle w:val="ListParagraph"/>
      </w:pPr>
      <w:r>
        <w:rPr>
          <w:sz w:val="22"/>
        </w:rPr>
        <w:t>B. $B = -\sin\alpha$</w:t>
      </w:r>
    </w:p>
    <w:p>
      <w:pPr>
        <w:pStyle w:val="ListParagraph"/>
      </w:pPr>
      <w:r>
        <w:rPr>
          <w:sz w:val="22"/>
        </w:rPr>
        <w:t>C. $B = -\cos\alpha$</w:t>
      </w:r>
    </w:p>
    <w:p>
      <w:pPr>
        <w:pStyle w:val="ListParagraph"/>
      </w:pPr>
      <w:r>
        <w:rPr>
          <w:sz w:val="22"/>
        </w:rPr>
        <w:t>D. $B = 2\cos\alpha$</w:t>
      </w:r>
    </w:p>
    <w:p/>
    <w:p>
      <w:r>
        <w:rPr>
          <w:b/>
          <w:sz w:val="24"/>
        </w:rPr>
        <w:t>Câu 3: Trong các công thức sau, công thức nào đúng?</w:t>
      </w:r>
    </w:p>
    <w:p>
      <w:pPr>
        <w:pStyle w:val="ListParagraph"/>
      </w:pPr>
      <w:r>
        <w:rPr>
          <w:sz w:val="22"/>
        </w:rPr>
        <w:t>A. $\sin 2\alpha = \sin\alpha \cos\alpha$</w:t>
      </w:r>
    </w:p>
    <w:p>
      <w:pPr>
        <w:pStyle w:val="ListParagraph"/>
      </w:pPr>
      <w:r>
        <w:rPr>
          <w:sz w:val="22"/>
        </w:rPr>
        <w:t>B. $\cos 2\alpha = 1 - \sin^2\alpha$</w:t>
      </w:r>
    </w:p>
    <w:p>
      <w:pPr>
        <w:pStyle w:val="ListParagraph"/>
      </w:pPr>
      <w:r>
        <w:rPr>
          <w:sz w:val="22"/>
        </w:rPr>
        <w:t>C. $\cos 2\alpha = 1 + 2\sin^2\alpha$</w:t>
      </w:r>
    </w:p>
    <w:p>
      <w:pPr>
        <w:pStyle w:val="ListParagraph"/>
      </w:pPr>
      <w:r>
        <w:rPr>
          <w:sz w:val="22"/>
        </w:rPr>
        <w:t>D. $\cos 2\alpha = 1 - 2\sin^2\alpha$</w:t>
      </w:r>
    </w:p>
    <w:p/>
    <w:p>
      <w:r>
        <w:rPr>
          <w:b/>
          <w:sz w:val="24"/>
        </w:rPr>
        <w:t>Câu 4: Trong các công thức sau, công thức nào đúng?</w:t>
      </w:r>
    </w:p>
    <w:p>
      <w:pPr>
        <w:pStyle w:val="ListParagraph"/>
      </w:pPr>
      <w:r>
        <w:rPr>
          <w:sz w:val="22"/>
        </w:rPr>
        <w:t>A. $\cos(a-b) = \cos a \cos b + \sin a \sin b$</w:t>
      </w:r>
    </w:p>
    <w:p>
      <w:pPr>
        <w:pStyle w:val="ListParagraph"/>
      </w:pPr>
      <w:r>
        <w:rPr>
          <w:sz w:val="22"/>
        </w:rPr>
        <w:t>B. $\sin(a-b) = \sin a \cos b - \cos a \sin b$</w:t>
      </w:r>
    </w:p>
    <w:p>
      <w:pPr>
        <w:pStyle w:val="ListParagraph"/>
      </w:pPr>
      <w:r>
        <w:rPr>
          <w:sz w:val="22"/>
        </w:rPr>
        <w:t>C. $\sin(a+b) = \sin a \cos b - \cos a \sin b$</w:t>
      </w:r>
    </w:p>
    <w:p>
      <w:pPr>
        <w:pStyle w:val="ListParagraph"/>
      </w:pPr>
      <w:r>
        <w:rPr>
          <w:sz w:val="22"/>
        </w:rPr>
        <w:t>D. $\cos(a+b) = \cos a \cos b + \sin a \sin b$</w:t>
      </w:r>
    </w:p>
    <w:p/>
    <w:p>
      <w:r>
        <w:rPr>
          <w:b/>
          <w:sz w:val="24"/>
        </w:rPr>
        <w:t>Câu 5: Mệnh đề nào sau đây là sai?</w:t>
      </w:r>
    </w:p>
    <w:p>
      <w:pPr>
        <w:pStyle w:val="ListParagraph"/>
      </w:pPr>
      <w:r>
        <w:rPr>
          <w:sz w:val="22"/>
        </w:rPr>
        <w:t>A. Hàm số $y = \sin x$ tuần hoàn với chu kì $2\pi$.</w:t>
      </w:r>
    </w:p>
    <w:p>
      <w:pPr>
        <w:pStyle w:val="ListParagraph"/>
      </w:pPr>
      <w:r>
        <w:rPr>
          <w:sz w:val="22"/>
        </w:rPr>
        <w:t>B. Hàm số $y = \cos x$ tuần hoàn với chu kì $2\pi$.</w:t>
      </w:r>
    </w:p>
    <w:p>
      <w:pPr>
        <w:pStyle w:val="ListParagraph"/>
      </w:pPr>
      <w:r>
        <w:rPr>
          <w:sz w:val="22"/>
        </w:rPr>
        <w:t>C. Hàm số $y = \tan x$ tuần hoàn với chu kì $2\pi$.</w:t>
      </w:r>
    </w:p>
    <w:p>
      <w:pPr>
        <w:pStyle w:val="ListParagraph"/>
      </w:pPr>
      <w:r>
        <w:rPr>
          <w:sz w:val="22"/>
        </w:rPr>
        <w:t>D. Hàm số $y = \cot x$ tuần hoàn với chu kì $\pi$.</w:t>
      </w:r>
    </w:p>
    <w:p/>
    <w:p>
      <w:r>
        <w:rPr>
          <w:b/>
          <w:sz w:val="24"/>
        </w:rPr>
        <w:t>Câu 6: Cho đồ thị hàm số $y = \sin x$ như hình vẽ sau: (Hình vẽ đồ thị hàm số sin) Mệnh đề nào sau đây sai?</w:t>
      </w:r>
    </w:p>
    <w:p>
      <w:pPr>
        <w:pStyle w:val="ListParagraph"/>
      </w:pPr>
      <w:r>
        <w:rPr>
          <w:sz w:val="22"/>
        </w:rPr>
        <w:t>A. Hàm số $y = \sin x$ đồng biến trên $\left(-\frac{\pi}{2}; \frac{\pi}{2}\right)$.</w:t>
      </w:r>
    </w:p>
    <w:p>
      <w:pPr>
        <w:pStyle w:val="ListParagraph"/>
      </w:pPr>
      <w:r>
        <w:rPr>
          <w:sz w:val="22"/>
        </w:rPr>
        <w:t>B. Hàm số $y = \sin x$ nghịch biến trên $\left(\frac{\pi}{2}; \frac{3\pi}{2}\right)$.</w:t>
      </w:r>
    </w:p>
    <w:p>
      <w:pPr>
        <w:pStyle w:val="ListParagraph"/>
      </w:pPr>
      <w:r>
        <w:rPr>
          <w:sz w:val="22"/>
        </w:rPr>
        <w:t>C. Hàm số $y = \sin x$ nghịch biến trên $\left(-\frac{3\pi}{2}; -\pi\right)$.</w:t>
      </w:r>
    </w:p>
    <w:p>
      <w:pPr>
        <w:pStyle w:val="ListParagraph"/>
      </w:pPr>
      <w:r>
        <w:rPr>
          <w:sz w:val="22"/>
        </w:rPr>
        <w:t>D. Hàm số $y = \sin x$ đồng biến trên $(0; \pi)$.</w:t>
      </w:r>
    </w:p>
    <w:p/>
    <w:p>
      <w:r>
        <w:rPr>
          <w:b/>
          <w:sz w:val="24"/>
        </w:rPr>
        <w:t>Câu 7: Trong các hàm số sau, hàm số nào là hàm số lẻ?</w:t>
      </w:r>
    </w:p>
    <w:p>
      <w:pPr>
        <w:pStyle w:val="ListParagraph"/>
      </w:pPr>
      <w:r>
        <w:rPr>
          <w:sz w:val="22"/>
        </w:rPr>
        <w:t>A. $y = \sin x$</w:t>
      </w:r>
    </w:p>
    <w:p>
      <w:pPr>
        <w:pStyle w:val="ListParagraph"/>
      </w:pPr>
      <w:r>
        <w:rPr>
          <w:sz w:val="22"/>
        </w:rPr>
        <w:t>B. $y = \sin x + \cos x$</w:t>
      </w:r>
    </w:p>
    <w:p>
      <w:pPr>
        <w:pStyle w:val="ListParagraph"/>
      </w:pPr>
      <w:r>
        <w:rPr>
          <w:sz w:val="22"/>
        </w:rPr>
        <w:t>C. $y = -\cos x$</w:t>
      </w:r>
    </w:p>
    <w:p>
      <w:pPr>
        <w:pStyle w:val="ListParagraph"/>
      </w:pPr>
      <w:r>
        <w:rPr>
          <w:sz w:val="22"/>
        </w:rPr>
        <w:t>D. $y = \cos x$</w:t>
      </w:r>
    </w:p>
    <w:p/>
    <w:p>
      <w:r>
        <w:rPr>
          <w:b/>
          <w:sz w:val="24"/>
        </w:rPr>
        <w:t>Câu 8: Nghiệm của phương trình $\cos x = \frac{\sqrt{3}}{2}$ là:</w:t>
      </w:r>
    </w:p>
    <w:p>
      <w:pPr>
        <w:pStyle w:val="ListParagraph"/>
      </w:pPr>
      <w:r>
        <w:rPr>
          <w:sz w:val="22"/>
        </w:rPr>
        <w:t>A. $x = \pm\frac{\pi}{6} + k2\pi$</w:t>
      </w:r>
    </w:p>
    <w:p>
      <w:pPr>
        <w:pStyle w:val="ListParagraph"/>
      </w:pPr>
      <w:r>
        <w:rPr>
          <w:sz w:val="22"/>
        </w:rPr>
        <w:t>B. $x = \pm\frac{\pi}{6} + k\pi$</w:t>
      </w:r>
    </w:p>
    <w:p>
      <w:pPr>
        <w:pStyle w:val="ListParagraph"/>
      </w:pPr>
      <w:r>
        <w:rPr>
          <w:sz w:val="22"/>
        </w:rPr>
        <w:t>C. $x = \pm\frac{2\pi}{3} + k2\pi$</w:t>
      </w:r>
    </w:p>
    <w:p>
      <w:pPr>
        <w:pStyle w:val="ListParagraph"/>
      </w:pPr>
      <w:r>
        <w:rPr>
          <w:sz w:val="22"/>
        </w:rPr>
        <w:t>D. $x = \pm\frac{\pi}{3} + k2\pi$</w:t>
      </w:r>
    </w:p>
    <w:p/>
    <w:p>
      <w:r>
        <w:rPr>
          <w:b/>
          <w:sz w:val="24"/>
        </w:rPr>
        <w:t>Câu 9: Trong các dãy số sau đây, dãy số nào là dãy giảm?</w:t>
      </w:r>
    </w:p>
    <w:p>
      <w:pPr>
        <w:pStyle w:val="ListParagraph"/>
      </w:pPr>
      <w:r>
        <w:rPr>
          <w:sz w:val="22"/>
        </w:rPr>
        <w:t>A. $u_n = -n$</w:t>
      </w:r>
    </w:p>
    <w:p>
      <w:pPr>
        <w:pStyle w:val="ListParagraph"/>
      </w:pPr>
      <w:r>
        <w:rPr>
          <w:sz w:val="22"/>
        </w:rPr>
        <w:t>B. $u_n = n - 1$</w:t>
      </w:r>
    </w:p>
    <w:p>
      <w:pPr>
        <w:pStyle w:val="ListParagraph"/>
      </w:pPr>
      <w:r>
        <w:rPr>
          <w:sz w:val="22"/>
        </w:rPr>
        <w:t>C. $u_n = 2n$</w:t>
      </w:r>
    </w:p>
    <w:p>
      <w:pPr>
        <w:pStyle w:val="ListParagraph"/>
      </w:pPr>
      <w:r>
        <w:rPr>
          <w:sz w:val="22"/>
        </w:rPr>
        <w:t>D. $u_n = n^2$</w:t>
      </w:r>
    </w:p>
    <w:p/>
    <w:p>
      <w:r>
        <w:rPr>
          <w:b/>
          <w:sz w:val="24"/>
        </w:rPr>
        <w:t>Câu 10: Cho cấp số nhân $(u_n)$ với $u_1 = -3$ và $u_2 = 9$. Công bội của cấp số nhân đã cho bằng:</w:t>
      </w:r>
    </w:p>
    <w:p>
      <w:pPr>
        <w:pStyle w:val="ListParagraph"/>
      </w:pPr>
      <w:r>
        <w:rPr>
          <w:sz w:val="22"/>
        </w:rPr>
        <w:t>A. $-6$</w:t>
      </w:r>
    </w:p>
    <w:p>
      <w:pPr>
        <w:pStyle w:val="ListParagraph"/>
      </w:pPr>
      <w:r>
        <w:rPr>
          <w:sz w:val="22"/>
        </w:rPr>
        <w:t>B. $3$</w:t>
      </w:r>
    </w:p>
    <w:p>
      <w:pPr>
        <w:pStyle w:val="ListParagraph"/>
      </w:pPr>
      <w:r>
        <w:rPr>
          <w:sz w:val="22"/>
        </w:rPr>
        <w:t>C. $-3$</w:t>
      </w:r>
    </w:p>
    <w:p>
      <w:pPr>
        <w:pStyle w:val="ListParagraph"/>
      </w:pPr>
      <w:r>
        <w:rPr>
          <w:sz w:val="22"/>
        </w:rPr>
        <w:t>D. $6$</w:t>
      </w:r>
    </w:p>
    <w:p/>
    <w:p>
      <w:r>
        <w:rPr>
          <w:b/>
          <w:sz w:val="24"/>
        </w:rPr>
        <w:t>Câu 11: Cho cấp số nhân $(u_n)$ có $u_1 = -2$ và $q = -3$. Tính tổng 8 số hạng đầu tiên của cấp số nhân.</w:t>
      </w:r>
    </w:p>
    <w:p>
      <w:pPr>
        <w:pStyle w:val="ListParagraph"/>
      </w:pPr>
      <w:r>
        <w:rPr>
          <w:sz w:val="22"/>
        </w:rPr>
        <w:t>A. $S_8 = -6560$</w:t>
      </w:r>
    </w:p>
    <w:p>
      <w:pPr>
        <w:pStyle w:val="ListParagraph"/>
      </w:pPr>
      <w:r>
        <w:rPr>
          <w:sz w:val="22"/>
        </w:rPr>
        <w:t>B. $S_8 = -3280$</w:t>
      </w:r>
    </w:p>
    <w:p>
      <w:pPr>
        <w:pStyle w:val="ListParagraph"/>
      </w:pPr>
      <w:r>
        <w:rPr>
          <w:sz w:val="22"/>
        </w:rPr>
        <w:t>C. $S_8 = -3281$</w:t>
      </w:r>
    </w:p>
    <w:p>
      <w:pPr>
        <w:pStyle w:val="ListParagraph"/>
      </w:pPr>
      <w:r>
        <w:rPr>
          <w:sz w:val="22"/>
        </w:rPr>
        <w:t>D. $S_8 = 6560$</w:t>
      </w:r>
    </w:p>
    <w:p/>
    <w:p>
      <w:r>
        <w:rPr>
          <w:b/>
          <w:sz w:val="24"/>
        </w:rPr>
        <w:t>Câu 12: Cấp số cộng $(u_n)$ với $u_n = 3n$ có công sai $d$ bằng:</w:t>
      </w:r>
    </w:p>
    <w:p>
      <w:pPr>
        <w:pStyle w:val="ListParagraph"/>
      </w:pPr>
      <w:r>
        <w:rPr>
          <w:sz w:val="22"/>
        </w:rPr>
        <w:t>A. $d = -2$</w:t>
      </w:r>
    </w:p>
    <w:p>
      <w:pPr>
        <w:pStyle w:val="ListParagraph"/>
      </w:pPr>
      <w:r>
        <w:rPr>
          <w:sz w:val="22"/>
        </w:rPr>
        <w:t>B. $d = 3$</w:t>
      </w:r>
    </w:p>
    <w:p>
      <w:pPr>
        <w:pStyle w:val="ListParagraph"/>
      </w:pPr>
      <w:r>
        <w:rPr>
          <w:sz w:val="22"/>
        </w:rPr>
        <w:t>C. $d = 1$</w:t>
      </w:r>
    </w:p>
    <w:p>
      <w:pPr>
        <w:pStyle w:val="ListParagraph"/>
      </w:pPr>
      <w:r>
        <w:rPr>
          <w:sz w:val="22"/>
        </w:rPr>
        <w:t>D. $d = 4$</w:t>
      </w:r>
    </w:p>
    <w:p/>
    <w:p>
      <w:r>
        <w:rPr>
          <w:b/>
          <w:sz w:val="24"/>
        </w:rPr>
        <w:t>Câu 13: Bảng số liệu ghép nhóm sau cho biết chiều cao (cm) của 30 học sinh lớp 12A: Chiều cao (cm) [145; 150) [150; 155) [155; 160) [160; 165) [165; 170) Số học sinh 2 5 5 8 10. Tần số nhóm [165; 170) của mẫu số liệu trên là:</w:t>
      </w:r>
    </w:p>
    <w:p>
      <w:pPr>
        <w:pStyle w:val="ListParagraph"/>
      </w:pPr>
      <w:r>
        <w:rPr>
          <w:sz w:val="22"/>
        </w:rPr>
        <w:t>A. $8$</w:t>
      </w:r>
    </w:p>
    <w:p>
      <w:pPr>
        <w:pStyle w:val="ListParagraph"/>
      </w:pPr>
      <w:r>
        <w:rPr>
          <w:sz w:val="22"/>
        </w:rPr>
        <w:t>B. $2$</w:t>
      </w:r>
    </w:p>
    <w:p>
      <w:pPr>
        <w:pStyle w:val="ListParagraph"/>
      </w:pPr>
      <w:r>
        <w:rPr>
          <w:sz w:val="22"/>
        </w:rPr>
        <w:t>C. $5$</w:t>
      </w:r>
    </w:p>
    <w:p>
      <w:pPr>
        <w:pStyle w:val="ListParagraph"/>
      </w:pPr>
      <w:r>
        <w:rPr>
          <w:sz w:val="22"/>
        </w:rPr>
        <w:t>D. $10$</w:t>
      </w:r>
    </w:p>
    <w:p/>
    <w:p>
      <w:r>
        <w:rPr>
          <w:b/>
          <w:sz w:val="24"/>
        </w:rPr>
        <w:t>Câu 14: Cho bảng khảo sát sau: Số cuộc gọi [2; 4) [4; 6) [6; 8) [8; 10) Số ngày 10 2 6 15. Theo khảo sát có bao nhiêu ngày có số cuộc gọi trong nửa khoảng [8; 10)?</w:t>
      </w:r>
    </w:p>
    <w:p>
      <w:pPr>
        <w:pStyle w:val="ListParagraph"/>
      </w:pPr>
      <w:r>
        <w:rPr>
          <w:sz w:val="22"/>
        </w:rPr>
        <w:t>A. $15$</w:t>
      </w:r>
    </w:p>
    <w:p>
      <w:pPr>
        <w:pStyle w:val="ListParagraph"/>
      </w:pPr>
      <w:r>
        <w:rPr>
          <w:sz w:val="22"/>
        </w:rPr>
        <w:t>B. $10$</w:t>
      </w:r>
    </w:p>
    <w:p>
      <w:pPr>
        <w:pStyle w:val="ListParagraph"/>
      </w:pPr>
      <w:r>
        <w:rPr>
          <w:sz w:val="22"/>
        </w:rPr>
        <w:t>C. $6$</w:t>
      </w:r>
    </w:p>
    <w:p>
      <w:pPr>
        <w:pStyle w:val="ListParagraph"/>
      </w:pPr>
      <w:r>
        <w:rPr>
          <w:sz w:val="22"/>
        </w:rPr>
        <w:t>D. $2$</w:t>
      </w:r>
    </w:p>
    <w:p/>
    <w:p>
      <w:r>
        <w:rPr>
          <w:b/>
          <w:sz w:val="24"/>
        </w:rPr>
        <w:t>Câu 15: Độ dài của mỗi nhóm $[a; b)$ trong mẫu số liệu ghép nhóm được tính thế nào?</w:t>
      </w:r>
    </w:p>
    <w:p>
      <w:pPr>
        <w:pStyle w:val="ListParagraph"/>
      </w:pPr>
      <w:r>
        <w:rPr>
          <w:sz w:val="22"/>
        </w:rPr>
        <w:t>A. $a - b$</w:t>
      </w:r>
    </w:p>
    <w:p>
      <w:pPr>
        <w:pStyle w:val="ListParagraph"/>
      </w:pPr>
      <w:r>
        <w:rPr>
          <w:sz w:val="22"/>
        </w:rPr>
        <w:t>B. $a + b$</w:t>
      </w:r>
    </w:p>
    <w:p>
      <w:pPr>
        <w:pStyle w:val="ListParagraph"/>
      </w:pPr>
      <w:r>
        <w:rPr>
          <w:sz w:val="22"/>
        </w:rPr>
        <w:t>C. $b + a$</w:t>
      </w:r>
    </w:p>
    <w:p>
      <w:pPr>
        <w:pStyle w:val="ListParagraph"/>
      </w:pPr>
      <w:r>
        <w:rPr>
          <w:sz w:val="22"/>
        </w:rPr>
        <w:t>D. $b - a$</w:t>
      </w:r>
    </w:p>
    <w:p/>
    <w:p>
      <w:r>
        <w:rPr>
          <w:b/>
          <w:sz w:val="24"/>
        </w:rPr>
        <w:t>Câu 16: Cho bảng khảo sát sau: Tuổi [20; 30) [30; 40) [40; 50) [50; 60) [60; 70) Số khách hàng 22 16 10 6 4. Độ tuổi có ít khách hàng nhất là:</w:t>
      </w:r>
    </w:p>
    <w:p>
      <w:pPr>
        <w:pStyle w:val="ListParagraph"/>
      </w:pPr>
      <w:r>
        <w:rPr>
          <w:sz w:val="22"/>
        </w:rPr>
        <w:t>A. $[20; 30)$</w:t>
      </w:r>
    </w:p>
    <w:p>
      <w:pPr>
        <w:pStyle w:val="ListParagraph"/>
      </w:pPr>
      <w:r>
        <w:rPr>
          <w:sz w:val="22"/>
        </w:rPr>
        <w:t>B. $[30; 40)$</w:t>
      </w:r>
    </w:p>
    <w:p>
      <w:pPr>
        <w:pStyle w:val="ListParagraph"/>
      </w:pPr>
      <w:r>
        <w:rPr>
          <w:sz w:val="22"/>
        </w:rPr>
        <w:t>C. $[40; 50)$</w:t>
      </w:r>
    </w:p>
    <w:p>
      <w:pPr>
        <w:pStyle w:val="ListParagraph"/>
      </w:pPr>
      <w:r>
        <w:rPr>
          <w:sz w:val="22"/>
        </w:rPr>
        <w:t>D. $[60; 70)$</w:t>
      </w:r>
    </w:p>
    <w:p/>
    <w:p>
      <w:r>
        <w:rPr>
          <w:b/>
          <w:sz w:val="24"/>
        </w:rPr>
        <w:t>Câu 17: Cho bảng khảo sát sau: Cân nặng [40; 50) [50; 60) [60; 70) [70; 80) [80; 90) Số học sinh 20 32 15 5 3. Khoảng cân nặng mà số học sinh chiếm nhiều nhất là:</w:t>
      </w:r>
    </w:p>
    <w:p>
      <w:pPr>
        <w:pStyle w:val="ListParagraph"/>
      </w:pPr>
      <w:r>
        <w:rPr>
          <w:sz w:val="22"/>
        </w:rPr>
        <w:t>A. $[60; 70)$</w:t>
      </w:r>
    </w:p>
    <w:p>
      <w:pPr>
        <w:pStyle w:val="ListParagraph"/>
      </w:pPr>
      <w:r>
        <w:rPr>
          <w:sz w:val="22"/>
        </w:rPr>
        <w:t>B. $[50; 60)$</w:t>
      </w:r>
    </w:p>
    <w:p>
      <w:pPr>
        <w:pStyle w:val="ListParagraph"/>
      </w:pPr>
      <w:r>
        <w:rPr>
          <w:sz w:val="22"/>
        </w:rPr>
        <w:t>C. $[40; 50)$</w:t>
      </w:r>
    </w:p>
    <w:p>
      <w:pPr>
        <w:pStyle w:val="ListParagraph"/>
      </w:pPr>
      <w:r>
        <w:rPr>
          <w:sz w:val="22"/>
        </w:rPr>
        <w:t>D. $[80; 90)$</w:t>
      </w:r>
    </w:p>
    <w:p/>
    <w:p>
      <w:r>
        <w:rPr>
          <w:b/>
          <w:sz w:val="24"/>
        </w:rPr>
        <w:t>Câu 18: Tìm cân nặng trung bình của số quả cam ở lô hàng theo bảng số liệu sau: Cân nặng (g) [150; 160) [160; 170) [170; 180) [180; 190) Số quả cam ở lô hàng 2 6 4 1</w:t>
      </w:r>
    </w:p>
    <w:p>
      <w:pPr>
        <w:pStyle w:val="ListParagraph"/>
      </w:pPr>
      <w:r>
        <w:rPr>
          <w:sz w:val="22"/>
        </w:rPr>
        <w:t>A. $\approx 174,5$</w:t>
      </w:r>
    </w:p>
    <w:p>
      <w:pPr>
        <w:pStyle w:val="ListParagraph"/>
      </w:pPr>
      <w:r>
        <w:rPr>
          <w:sz w:val="22"/>
        </w:rPr>
        <w:t>B. $\approx 168,08$</w:t>
      </w:r>
    </w:p>
    <w:p>
      <w:pPr>
        <w:pStyle w:val="ListParagraph"/>
      </w:pPr>
      <w:r>
        <w:rPr>
          <w:sz w:val="22"/>
        </w:rPr>
        <w:t>C. $\approx 180$</w:t>
      </w:r>
    </w:p>
    <w:p>
      <w:pPr>
        <w:pStyle w:val="ListParagraph"/>
      </w:pPr>
      <w:r>
        <w:rPr>
          <w:sz w:val="22"/>
        </w:rPr>
        <w:t>D. $\approx 160$</w:t>
      </w:r>
    </w:p>
    <w:p/>
    <w:p>
      <w:r>
        <w:rPr>
          <w:b/>
          <w:sz w:val="24"/>
        </w:rPr>
        <w:t>Câu 19: Cho bảng số liệu sau: Tuổi [2; 3) [3; 4) [4; 5) [5; 6) [6; 7) Số em bé 12 6 10 2 4. Trung bình số tuổi của các em bé là:</w:t>
      </w:r>
    </w:p>
    <w:p>
      <w:pPr>
        <w:pStyle w:val="ListParagraph"/>
      </w:pPr>
      <w:r>
        <w:rPr>
          <w:sz w:val="22"/>
        </w:rPr>
        <w:t>A. $\approx 2,5$ tuổi</w:t>
      </w:r>
    </w:p>
    <w:p>
      <w:pPr>
        <w:pStyle w:val="ListParagraph"/>
      </w:pPr>
      <w:r>
        <w:rPr>
          <w:sz w:val="22"/>
        </w:rPr>
        <w:t>B. $\approx 4,5$ tuổi</w:t>
      </w:r>
    </w:p>
    <w:p>
      <w:pPr>
        <w:pStyle w:val="ListParagraph"/>
      </w:pPr>
      <w:r>
        <w:rPr>
          <w:sz w:val="22"/>
        </w:rPr>
        <w:t>C. $\approx 3,9$ tuổi</w:t>
      </w:r>
    </w:p>
    <w:p>
      <w:pPr>
        <w:pStyle w:val="ListParagraph"/>
      </w:pPr>
      <w:r>
        <w:rPr>
          <w:sz w:val="22"/>
        </w:rPr>
        <w:t>D. $\approx 1,6$ tuổi</w:t>
      </w:r>
    </w:p>
    <w:p/>
    <w:p>
      <w:r>
        <w:rPr>
          <w:b/>
          <w:sz w:val="24"/>
        </w:rPr>
        <w:t>Câu 20: Số lượng học viên của một lớp học tiếng Anh học buổi tối ở một trung tâm được ghi lại trong bảng: Số học viên [15; 19) [20; 24) [25; 29) [30; 34) [35; 39) Tần số 10 12 14 9 5. Tính số trung bình của mẫu số liệu ghép nhóm trên.</w:t>
      </w:r>
    </w:p>
    <w:p>
      <w:pPr>
        <w:pStyle w:val="ListParagraph"/>
      </w:pPr>
      <w:r>
        <w:rPr>
          <w:sz w:val="22"/>
        </w:rPr>
        <w:t>A. $\approx 20,59$</w:t>
      </w:r>
    </w:p>
    <w:p>
      <w:pPr>
        <w:pStyle w:val="ListParagraph"/>
      </w:pPr>
      <w:r>
        <w:rPr>
          <w:sz w:val="22"/>
        </w:rPr>
        <w:t>B. $\approx 24,2$</w:t>
      </w:r>
    </w:p>
    <w:p>
      <w:pPr>
        <w:pStyle w:val="ListParagraph"/>
      </w:pPr>
      <w:r>
        <w:rPr>
          <w:sz w:val="22"/>
        </w:rPr>
        <w:t>C. $\approx 25,7$</w:t>
      </w:r>
    </w:p>
    <w:p>
      <w:pPr>
        <w:pStyle w:val="ListParagraph"/>
      </w:pPr>
      <w:r>
        <w:rPr>
          <w:sz w:val="22"/>
        </w:rPr>
        <w:t>D. $\approx 27,7$</w:t>
      </w:r>
    </w:p>
    <w:p/>
    <w:p>
      <w:r>
        <w:rPr>
          <w:b/>
          <w:sz w:val="24"/>
        </w:rPr>
        <w:t>Câu 21: Tập giá trị của hàm số $y = 2\sin x + 5$ là:</w:t>
      </w:r>
    </w:p>
    <w:p>
      <w:pPr>
        <w:pStyle w:val="ListParagraph"/>
      </w:pPr>
      <w:r>
        <w:rPr>
          <w:sz w:val="22"/>
        </w:rPr>
        <w:t>A. $[2; 7]$</w:t>
      </w:r>
    </w:p>
    <w:p>
      <w:pPr>
        <w:pStyle w:val="ListParagraph"/>
      </w:pPr>
      <w:r>
        <w:rPr>
          <w:sz w:val="22"/>
        </w:rPr>
        <w:t>B. $[-5; 5]$</w:t>
      </w:r>
    </w:p>
    <w:p>
      <w:pPr>
        <w:pStyle w:val="ListParagraph"/>
      </w:pPr>
      <w:r>
        <w:rPr>
          <w:sz w:val="22"/>
        </w:rPr>
        <w:t>C. $[3; 7]$</w:t>
      </w:r>
    </w:p>
    <w:p>
      <w:pPr>
        <w:pStyle w:val="ListParagraph"/>
      </w:pPr>
      <w:r>
        <w:rPr>
          <w:sz w:val="22"/>
        </w:rPr>
        <w:t>D. $[-1; 1]$</w:t>
      </w:r>
    </w:p>
    <w:p/>
    <w:p>
      <w:r>
        <w:rPr>
          <w:b/>
          <w:sz w:val="24"/>
        </w:rPr>
        <w:t>Câu 22: Tìm khẳng định sai?</w:t>
      </w:r>
    </w:p>
    <w:p>
      <w:pPr>
        <w:pStyle w:val="ListParagraph"/>
      </w:pPr>
      <w:r>
        <w:rPr>
          <w:sz w:val="22"/>
        </w:rPr>
        <w:t>A. $\cos(a-b) = \sin a \sin b + \cos a \cos b$</w:t>
      </w:r>
    </w:p>
    <w:p>
      <w:pPr>
        <w:pStyle w:val="ListParagraph"/>
      </w:pPr>
      <w:r>
        <w:rPr>
          <w:sz w:val="22"/>
        </w:rPr>
        <w:t>B. $\cos(a+b) = \sin a \sin b - \cos a \cos b$</w:t>
      </w:r>
    </w:p>
    <w:p>
      <w:pPr>
        <w:pStyle w:val="ListParagraph"/>
      </w:pPr>
      <w:r>
        <w:rPr>
          <w:sz w:val="22"/>
        </w:rPr>
        <w:t>C. $\sin(a-b) = \sin a \cos b - \cos a \sin b$</w:t>
      </w:r>
    </w:p>
    <w:p>
      <w:pPr>
        <w:pStyle w:val="ListParagraph"/>
      </w:pPr>
      <w:r>
        <w:rPr>
          <w:sz w:val="22"/>
        </w:rPr>
        <w:t>D. $\sin(a+b) = \sin a \cos b + \cos a \sin b$</w:t>
      </w:r>
    </w:p>
    <w:p/>
    <w:p>
      <w:r>
        <w:rPr>
          <w:b/>
          <w:sz w:val="24"/>
        </w:rPr>
        <w:t>Câu 23: Trong các dãy số sau đây, dãy số nào là dãy giảm?</w:t>
      </w:r>
    </w:p>
    <w:p>
      <w:pPr>
        <w:pStyle w:val="ListParagraph"/>
      </w:pPr>
      <w:r>
        <w:rPr>
          <w:sz w:val="22"/>
        </w:rPr>
        <w:t>A. $u_n = \frac{1}{n+2}$</w:t>
      </w:r>
    </w:p>
    <w:p>
      <w:pPr>
        <w:pStyle w:val="ListParagraph"/>
      </w:pPr>
      <w:r>
        <w:rPr>
          <w:sz w:val="22"/>
        </w:rPr>
        <w:t>B. $u_n = n^2 - 10$</w:t>
      </w:r>
    </w:p>
    <w:p>
      <w:pPr>
        <w:pStyle w:val="ListParagraph"/>
      </w:pPr>
      <w:r>
        <w:rPr>
          <w:sz w:val="22"/>
        </w:rPr>
        <w:t>C. $u_n = 2n$</w:t>
      </w:r>
    </w:p>
    <w:p>
      <w:pPr>
        <w:pStyle w:val="ListParagraph"/>
      </w:pPr>
      <w:r>
        <w:rPr>
          <w:sz w:val="22"/>
        </w:rPr>
        <w:t>D. $u_n = n^3$</w:t>
      </w:r>
    </w:p>
    <w:p/>
    <w:p>
      <w:r>
        <w:rPr>
          <w:b/>
          <w:sz w:val="24"/>
        </w:rPr>
        <w:t>Câu 24: Cho $\sin a = \frac{3}{5}$ với $\frac{\pi}{2} &lt; a &lt; \pi$ và góc $b = \frac{7\pi}{6}$. Xét tính đúng sai của các khẳng định sau: a) Giá trị góc $b$ đổi sang đơn vị độ là $210^{\circ}$. b) $\cos a = \frac{-4}{5}$. c) $\cos 2a = \frac{7}{25}$. d) $\sin(a - b) = \frac{3\sqrt{3}+4}{10}$.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25: Cho mẫu số liệu ghép nhóm về thời gian (phút) đi từ nhà đến trường của các học sinh trong một lớp 11 của một trường như sau: Thời gian [0; 5) [5; 10) [10; 15) [15; 20) [20; 25) [25; 30) Số học sinh 3 7 12 8 3 2. Xét tính đúng sai của các khẳng định sau: a) Giá trị đại diện nhóm [10; 15) là 12. b) Tần số nhóm [10; 15) lớn nhất. c) Độ dài nhóm là 5. d) Giá trị trung bình của mẫu số liệu bằng 11,25.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26: Cho cấp số cộng có số hạng đầu $u_1 = \frac{1}{2}$, công sai $d = -\frac{1}{2}$. Khi đó: a) Công thức cho số hạng tổng quát $u_n = 1 - \frac{n}{2}$. b) $u_8 = 8$.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27: Cho cấp số cộng $(u_n)$ có $u_1 = 5$ và $d = -7$. Khi đó: a) $u_{11} = -65$. b) $u_5 + u_7 = -50$. c) Tổng 100 số hạng đầu của cấp số cộng là $-34500$. d) Số $-114$ là số hạng thứ 18 của cấp số cộng.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28: Biết phương trình lượng giác $\tan x = \sqrt{3}$ có nghiệm là $x = \frac{\pi}{a} + k\pi$ ($k \in \mathbb{Z}$) ($0 &lt; \frac{\pi}{a} &lt; \pi$). Tìm $a$?</w:t>
      </w:r>
    </w:p>
    <w:p/>
    <w:p>
      <w:r>
        <w:rPr>
          <w:b/>
          <w:sz w:val="24"/>
        </w:rPr>
        <w:t>Câu 29: Cho các hàm số $f(x) = \sin 7x$, $g(x) = \cos x$, $h(x) = \tan 4x$, $y = \cot x$. Có bao nhiêu hàm số lẻ?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None</w:t>
      </w:r>
    </w:p>
    <w:p>
      <w:r>
        <w:rPr>
          <w:b/>
        </w:rPr>
        <w:t>Câu 25: Đáp án đúng: None</w:t>
      </w:r>
    </w:p>
    <w:p>
      <w:r>
        <w:rPr>
          <w:b/>
        </w:rPr>
        <w:t>Câu 26: Đáp án đúng: None</w:t>
      </w:r>
    </w:p>
    <w:p>
      <w:r>
        <w:rPr>
          <w:b/>
        </w:rPr>
        <w:t>Câu 27: Đáp án đúng: None</w:t>
      </w:r>
    </w:p>
    <w:p>
      <w:r>
        <w:rPr>
          <w:b/>
        </w:rPr>
        <w:t>Câu 28: Đáp án đúng: None</w:t>
      </w:r>
    </w:p>
    <w:p>
      <w:r>
        <w:rPr>
          <w:b/>
        </w:rPr>
        <w:t>Câu 29: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