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10 câu trắc nghiệm Tiếng Anh Thì Hiện Tại Đơn</w:t>
      </w:r>
    </w:p>
    <w:p>
      <w:pPr>
        <w:jc w:val="center"/>
      </w:pPr>
      <w:r>
        <w:rPr>
          <w:sz w:val="22"/>
        </w:rPr>
        <w:t>Số câu: 10    Thời gian: _____ phút    Họ và tên: _________________________</w:t>
      </w:r>
    </w:p>
    <w:p/>
    <w:p>
      <w:r>
        <w:rPr>
          <w:b/>
          <w:sz w:val="24"/>
        </w:rPr>
        <w:t>Câu 1: She ______ to school every day.</w:t>
      </w:r>
    </w:p>
    <w:p>
      <w:pPr>
        <w:pStyle w:val="ListParagraph"/>
      </w:pPr>
      <w:r>
        <w:rPr>
          <w:sz w:val="22"/>
        </w:rPr>
        <w:t>A. go</w:t>
      </w:r>
    </w:p>
    <w:p>
      <w:pPr>
        <w:pStyle w:val="ListParagraph"/>
      </w:pPr>
      <w:r>
        <w:rPr>
          <w:sz w:val="22"/>
        </w:rPr>
        <w:t>B. goes</w:t>
      </w:r>
    </w:p>
    <w:p>
      <w:pPr>
        <w:pStyle w:val="ListParagraph"/>
      </w:pPr>
      <w:r>
        <w:rPr>
          <w:sz w:val="22"/>
        </w:rPr>
        <w:t>C. going</w:t>
      </w:r>
    </w:p>
    <w:p>
      <w:pPr>
        <w:pStyle w:val="ListParagraph"/>
      </w:pPr>
      <w:r>
        <w:rPr>
          <w:sz w:val="22"/>
        </w:rPr>
        <w:t>D. gone</w:t>
      </w:r>
    </w:p>
    <w:p/>
    <w:p>
      <w:r>
        <w:rPr>
          <w:b/>
          <w:sz w:val="24"/>
        </w:rPr>
        <w:t>Câu 2: They ______ football on Sundays.</w:t>
      </w:r>
    </w:p>
    <w:p>
      <w:pPr>
        <w:pStyle w:val="ListParagraph"/>
      </w:pPr>
      <w:r>
        <w:rPr>
          <w:sz w:val="22"/>
        </w:rPr>
        <w:t>A. play</w:t>
      </w:r>
    </w:p>
    <w:p>
      <w:pPr>
        <w:pStyle w:val="ListParagraph"/>
      </w:pPr>
      <w:r>
        <w:rPr>
          <w:sz w:val="22"/>
        </w:rPr>
        <w:t>B. plays</w:t>
      </w:r>
    </w:p>
    <w:p>
      <w:pPr>
        <w:pStyle w:val="ListParagraph"/>
      </w:pPr>
      <w:r>
        <w:rPr>
          <w:sz w:val="22"/>
        </w:rPr>
        <w:t>C. playing</w:t>
      </w:r>
    </w:p>
    <w:p>
      <w:pPr>
        <w:pStyle w:val="ListParagraph"/>
      </w:pPr>
      <w:r>
        <w:rPr>
          <w:sz w:val="22"/>
        </w:rPr>
        <w:t>D. played</w:t>
      </w:r>
    </w:p>
    <w:p/>
    <w:p>
      <w:r>
        <w:rPr>
          <w:b/>
          <w:sz w:val="24"/>
        </w:rPr>
        <w:t>Câu 3: He ______ not like coffee.</w:t>
      </w:r>
    </w:p>
    <w:p>
      <w:pPr>
        <w:pStyle w:val="ListParagraph"/>
      </w:pPr>
      <w:r>
        <w:rPr>
          <w:sz w:val="22"/>
        </w:rPr>
        <w:t>A. do</w:t>
      </w:r>
    </w:p>
    <w:p>
      <w:pPr>
        <w:pStyle w:val="ListParagraph"/>
      </w:pPr>
      <w:r>
        <w:rPr>
          <w:sz w:val="22"/>
        </w:rPr>
        <w:t>B. does</w:t>
      </w:r>
    </w:p>
    <w:p>
      <w:pPr>
        <w:pStyle w:val="ListParagraph"/>
      </w:pPr>
      <w:r>
        <w:rPr>
          <w:sz w:val="22"/>
        </w:rPr>
        <w:t>C. is</w:t>
      </w:r>
    </w:p>
    <w:p>
      <w:pPr>
        <w:pStyle w:val="ListParagraph"/>
      </w:pPr>
      <w:r>
        <w:rPr>
          <w:sz w:val="22"/>
        </w:rPr>
        <w:t>D. are</w:t>
      </w:r>
    </w:p>
    <w:p/>
    <w:p>
      <w:r>
        <w:rPr>
          <w:b/>
          <w:sz w:val="24"/>
        </w:rPr>
        <w:t>Câu 4: ______ you speak English?</w:t>
      </w:r>
    </w:p>
    <w:p>
      <w:pPr>
        <w:pStyle w:val="ListParagraph"/>
      </w:pPr>
      <w:r>
        <w:rPr>
          <w:sz w:val="22"/>
        </w:rPr>
        <w:t>A. Do</w:t>
      </w:r>
    </w:p>
    <w:p>
      <w:pPr>
        <w:pStyle w:val="ListParagraph"/>
      </w:pPr>
      <w:r>
        <w:rPr>
          <w:sz w:val="22"/>
        </w:rPr>
        <w:t>B. Does</w:t>
      </w:r>
    </w:p>
    <w:p>
      <w:pPr>
        <w:pStyle w:val="ListParagraph"/>
      </w:pPr>
      <w:r>
        <w:rPr>
          <w:sz w:val="22"/>
        </w:rPr>
        <w:t>C. Is</w:t>
      </w:r>
    </w:p>
    <w:p>
      <w:pPr>
        <w:pStyle w:val="ListParagraph"/>
      </w:pPr>
      <w:r>
        <w:rPr>
          <w:sz w:val="22"/>
        </w:rPr>
        <w:t>D. Are</w:t>
      </w:r>
    </w:p>
    <w:p/>
    <w:p>
      <w:r>
        <w:rPr>
          <w:b/>
          <w:sz w:val="24"/>
        </w:rPr>
        <w:t>Câu 5: My sister ______ TV every evening.</w:t>
      </w:r>
    </w:p>
    <w:p>
      <w:pPr>
        <w:pStyle w:val="ListParagraph"/>
      </w:pPr>
      <w:r>
        <w:rPr>
          <w:sz w:val="22"/>
        </w:rPr>
        <w:t>A. watch</w:t>
      </w:r>
    </w:p>
    <w:p>
      <w:pPr>
        <w:pStyle w:val="ListParagraph"/>
      </w:pPr>
      <w:r>
        <w:rPr>
          <w:sz w:val="22"/>
        </w:rPr>
        <w:t>B. watches</w:t>
      </w:r>
    </w:p>
    <w:p>
      <w:pPr>
        <w:pStyle w:val="ListParagraph"/>
      </w:pPr>
      <w:r>
        <w:rPr>
          <w:sz w:val="22"/>
        </w:rPr>
        <w:t>C. watching</w:t>
      </w:r>
    </w:p>
    <w:p>
      <w:pPr>
        <w:pStyle w:val="ListParagraph"/>
      </w:pPr>
      <w:r>
        <w:rPr>
          <w:sz w:val="22"/>
        </w:rPr>
        <w:t>D. watched</w:t>
      </w:r>
    </w:p>
    <w:p/>
    <w:p>
      <w:r>
        <w:rPr>
          <w:b/>
          <w:sz w:val="24"/>
        </w:rPr>
        <w:t>Câu 6: We ______ to the park on Saturdays.</w:t>
      </w:r>
    </w:p>
    <w:p>
      <w:pPr>
        <w:pStyle w:val="ListParagraph"/>
      </w:pPr>
      <w:r>
        <w:rPr>
          <w:sz w:val="22"/>
        </w:rPr>
        <w:t>A. go</w:t>
      </w:r>
    </w:p>
    <w:p>
      <w:pPr>
        <w:pStyle w:val="ListParagraph"/>
      </w:pPr>
      <w:r>
        <w:rPr>
          <w:sz w:val="22"/>
        </w:rPr>
        <w:t>B. goes</w:t>
      </w:r>
    </w:p>
    <w:p>
      <w:pPr>
        <w:pStyle w:val="ListParagraph"/>
      </w:pPr>
      <w:r>
        <w:rPr>
          <w:sz w:val="22"/>
        </w:rPr>
        <w:t>C. going</w:t>
      </w:r>
    </w:p>
    <w:p>
      <w:pPr>
        <w:pStyle w:val="ListParagraph"/>
      </w:pPr>
      <w:r>
        <w:rPr>
          <w:sz w:val="22"/>
        </w:rPr>
        <w:t>D. gone</w:t>
      </w:r>
    </w:p>
    <w:p/>
    <w:p>
      <w:r>
        <w:rPr>
          <w:b/>
          <w:sz w:val="24"/>
        </w:rPr>
        <w:t>Câu 7: The sun ______ in the east.</w:t>
      </w:r>
    </w:p>
    <w:p>
      <w:pPr>
        <w:pStyle w:val="ListParagraph"/>
      </w:pPr>
      <w:r>
        <w:rPr>
          <w:sz w:val="22"/>
        </w:rPr>
        <w:t>A. rise</w:t>
      </w:r>
    </w:p>
    <w:p>
      <w:pPr>
        <w:pStyle w:val="ListParagraph"/>
      </w:pPr>
      <w:r>
        <w:rPr>
          <w:sz w:val="22"/>
        </w:rPr>
        <w:t>B. rises</w:t>
      </w:r>
    </w:p>
    <w:p>
      <w:pPr>
        <w:pStyle w:val="ListParagraph"/>
      </w:pPr>
      <w:r>
        <w:rPr>
          <w:sz w:val="22"/>
        </w:rPr>
        <w:t>C. rising</w:t>
      </w:r>
    </w:p>
    <w:p>
      <w:pPr>
        <w:pStyle w:val="ListParagraph"/>
      </w:pPr>
      <w:r>
        <w:rPr>
          <w:sz w:val="22"/>
        </w:rPr>
        <w:t>D. rose</w:t>
      </w:r>
    </w:p>
    <w:p/>
    <w:p>
      <w:r>
        <w:rPr>
          <w:b/>
          <w:sz w:val="24"/>
        </w:rPr>
        <w:t>Câu 8: It ______ often rain in summer.</w:t>
      </w:r>
    </w:p>
    <w:p>
      <w:pPr>
        <w:pStyle w:val="ListParagraph"/>
      </w:pPr>
      <w:r>
        <w:rPr>
          <w:sz w:val="22"/>
        </w:rPr>
        <w:t>A. do</w:t>
      </w:r>
    </w:p>
    <w:p>
      <w:pPr>
        <w:pStyle w:val="ListParagraph"/>
      </w:pPr>
      <w:r>
        <w:rPr>
          <w:sz w:val="22"/>
        </w:rPr>
        <w:t>B. does</w:t>
      </w:r>
    </w:p>
    <w:p>
      <w:pPr>
        <w:pStyle w:val="ListParagraph"/>
      </w:pPr>
      <w:r>
        <w:rPr>
          <w:sz w:val="22"/>
        </w:rPr>
        <w:t>C. is</w:t>
      </w:r>
    </w:p>
    <w:p>
      <w:pPr>
        <w:pStyle w:val="ListParagraph"/>
      </w:pPr>
      <w:r>
        <w:rPr>
          <w:sz w:val="22"/>
        </w:rPr>
        <w:t>D. are</w:t>
      </w:r>
    </w:p>
    <w:p/>
    <w:p>
      <w:r>
        <w:rPr>
          <w:b/>
          <w:sz w:val="24"/>
        </w:rPr>
        <w:t>Câu 9: ______ she like ice cream?</w:t>
      </w:r>
    </w:p>
    <w:p>
      <w:pPr>
        <w:pStyle w:val="ListParagraph"/>
      </w:pPr>
      <w:r>
        <w:rPr>
          <w:sz w:val="22"/>
        </w:rPr>
        <w:t>A. Do</w:t>
      </w:r>
    </w:p>
    <w:p>
      <w:pPr>
        <w:pStyle w:val="ListParagraph"/>
      </w:pPr>
      <w:r>
        <w:rPr>
          <w:sz w:val="22"/>
        </w:rPr>
        <w:t>B. Does</w:t>
      </w:r>
    </w:p>
    <w:p>
      <w:pPr>
        <w:pStyle w:val="ListParagraph"/>
      </w:pPr>
      <w:r>
        <w:rPr>
          <w:sz w:val="22"/>
        </w:rPr>
        <w:t>C. Is</w:t>
      </w:r>
    </w:p>
    <w:p>
      <w:pPr>
        <w:pStyle w:val="ListParagraph"/>
      </w:pPr>
      <w:r>
        <w:rPr>
          <w:sz w:val="22"/>
        </w:rPr>
        <w:t>D. Are</w:t>
      </w:r>
    </w:p>
    <w:p/>
    <w:p>
      <w:r>
        <w:rPr>
          <w:b/>
          <w:sz w:val="24"/>
        </w:rPr>
        <w:t>Câu 10: They ______ not play tennis.</w:t>
      </w:r>
    </w:p>
    <w:p>
      <w:pPr>
        <w:pStyle w:val="ListParagraph"/>
      </w:pPr>
      <w:r>
        <w:rPr>
          <w:sz w:val="22"/>
        </w:rPr>
        <w:t>A. do</w:t>
      </w:r>
    </w:p>
    <w:p>
      <w:pPr>
        <w:pStyle w:val="ListParagraph"/>
      </w:pPr>
      <w:r>
        <w:rPr>
          <w:sz w:val="22"/>
        </w:rPr>
        <w:t>B. does</w:t>
      </w:r>
    </w:p>
    <w:p>
      <w:pPr>
        <w:pStyle w:val="ListParagraph"/>
      </w:pPr>
      <w:r>
        <w:rPr>
          <w:sz w:val="22"/>
        </w:rPr>
        <w:t>C. is</w:t>
      </w:r>
    </w:p>
    <w:p>
      <w:pPr>
        <w:pStyle w:val="ListParagraph"/>
      </w:pPr>
      <w:r>
        <w:rPr>
          <w:sz w:val="22"/>
        </w:rPr>
        <w:t>D. are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B</w:t>
      </w:r>
    </w:p>
    <w:p>
      <w:r>
        <w:rPr>
          <w:b/>
        </w:rPr>
        <w:t>Câu 2: Đáp án đúng: A</w:t>
      </w:r>
    </w:p>
    <w:p>
      <w:r>
        <w:rPr>
          <w:b/>
        </w:rPr>
        <w:t>Câu 3: Đáp án đúng: B</w:t>
      </w:r>
    </w:p>
    <w:p>
      <w:r>
        <w:rPr>
          <w:b/>
        </w:rPr>
        <w:t>Câu 4: Đáp án đúng: A</w:t>
      </w:r>
    </w:p>
    <w:p>
      <w:r>
        <w:rPr>
          <w:b/>
        </w:rPr>
        <w:t>Câu 5: Đáp án đúng: B</w:t>
      </w:r>
    </w:p>
    <w:p>
      <w:r>
        <w:rPr>
          <w:b/>
        </w:rPr>
        <w:t>Câu 6: Đáp án đúng: A</w:t>
      </w:r>
    </w:p>
    <w:p>
      <w:r>
        <w:rPr>
          <w:b/>
        </w:rPr>
        <w:t>Câu 7: Đáp án đúng: B</w:t>
      </w:r>
    </w:p>
    <w:p>
      <w:r>
        <w:rPr>
          <w:b/>
        </w:rPr>
        <w:t>Câu 8: Đáp án đúng: B</w:t>
      </w:r>
    </w:p>
    <w:p>
      <w:r>
        <w:rPr>
          <w:b/>
        </w:rPr>
        <w:t>Câu 9: Đáp án đúng: B</w:t>
      </w:r>
    </w:p>
    <w:p>
      <w:r>
        <w:rPr>
          <w:b/>
        </w:rPr>
        <w:t>Câu 10: Đáp án đúng: A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