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TRẮC NGHIỆM NHIỀU LỰA CHỌN</w:t>
      </w:r>
    </w:p>
    <w:p>
      <w:pPr>
        <w:jc w:val="center"/>
      </w:pPr>
      <w:r>
        <w:rPr>
          <w:sz w:val="22"/>
        </w:rPr>
        <w:t>Số câu: 25    Thời gian: _____ phút    Họ và tên: _________________________</w:t>
      </w:r>
    </w:p>
    <w:p/>
    <w:p>
      <w:r>
        <w:rPr>
          <w:b/>
          <w:sz w:val="24"/>
        </w:rPr>
        <w:t>Câu 1: Sống có lí tưởng là</w:t>
      </w:r>
    </w:p>
    <w:p>
      <w:pPr>
        <w:pStyle w:val="ListParagraph"/>
      </w:pPr>
      <w:r>
        <w:rPr>
          <w:sz w:val="22"/>
        </w:rPr>
        <w:t>A. xác định được mục đích cao đẹp và phấn đấu thực hiện mục đích đó.</w:t>
      </w:r>
    </w:p>
    <w:p>
      <w:pPr>
        <w:pStyle w:val="ListParagraph"/>
      </w:pPr>
      <w:r>
        <w:rPr>
          <w:sz w:val="22"/>
        </w:rPr>
        <w:t>B. chỉ quan tâm đến lợi ích và mong muốn của bản thân.</w:t>
      </w:r>
    </w:p>
    <w:p>
      <w:pPr>
        <w:pStyle w:val="ListParagraph"/>
      </w:pPr>
      <w:r>
        <w:rPr>
          <w:sz w:val="22"/>
        </w:rPr>
        <w:t>C. sống tùy ý, không cần xác định mục tiêu cho tương lai.</w:t>
      </w:r>
    </w:p>
    <w:p>
      <w:pPr>
        <w:pStyle w:val="ListParagraph"/>
      </w:pPr>
      <w:r>
        <w:rPr>
          <w:sz w:val="22"/>
        </w:rPr>
        <w:t>D. chỉ chú trọng hưởng thụ những thành quả của người khác.</w:t>
      </w:r>
    </w:p>
    <w:p/>
    <w:p>
      <w:r>
        <w:rPr>
          <w:b/>
          <w:sz w:val="24"/>
        </w:rPr>
        <w:t>Câu 2: Biểu hiện nào sau đây thể hiện người sống có lí tưởng?</w:t>
      </w:r>
    </w:p>
    <w:p>
      <w:pPr>
        <w:pStyle w:val="ListParagraph"/>
      </w:pPr>
      <w:r>
        <w:rPr>
          <w:sz w:val="22"/>
        </w:rPr>
        <w:t>A. Kiên trì khắc phục khó khăn để thực hiện mục tiêu đã xác định.</w:t>
      </w:r>
    </w:p>
    <w:p>
      <w:pPr>
        <w:pStyle w:val="ListParagraph"/>
      </w:pPr>
      <w:r>
        <w:rPr>
          <w:sz w:val="22"/>
        </w:rPr>
        <w:t>B. Nản chí và từ bỏ mục tiêu khi gặp khó khăn.</w:t>
      </w:r>
    </w:p>
    <w:p>
      <w:pPr>
        <w:pStyle w:val="ListParagraph"/>
      </w:pPr>
      <w:r>
        <w:rPr>
          <w:sz w:val="22"/>
        </w:rPr>
        <w:t>C. Chỉ quan tâm đến lợi ích cá nhân.</w:t>
      </w:r>
    </w:p>
    <w:p>
      <w:pPr>
        <w:pStyle w:val="ListParagraph"/>
      </w:pPr>
      <w:r>
        <w:rPr>
          <w:sz w:val="22"/>
        </w:rPr>
        <w:t>D. Sống không có mục tiêu, phương hướng rõ ràng.</w:t>
      </w:r>
    </w:p>
    <w:p/>
    <w:p>
      <w:r>
        <w:rPr>
          <w:b/>
          <w:sz w:val="24"/>
        </w:rPr>
        <w:t>Câu 3: Lí tưởng sống của thanh niên Việt Nam là gì?</w:t>
      </w:r>
    </w:p>
    <w:p>
      <w:pPr>
        <w:pStyle w:val="ListParagraph"/>
      </w:pPr>
      <w:r>
        <w:rPr>
          <w:sz w:val="22"/>
        </w:rPr>
        <w:t>A. Tích cực học tập, rèn luyện, góp phần xây dựng và bảo vệ Tổ quốc.</w:t>
      </w:r>
    </w:p>
    <w:p>
      <w:pPr>
        <w:pStyle w:val="ListParagraph"/>
      </w:pPr>
      <w:r>
        <w:rPr>
          <w:sz w:val="22"/>
        </w:rPr>
        <w:t>B. Chỉ quan tâm đến cuộc sống cá nhân.</w:t>
      </w:r>
    </w:p>
    <w:p>
      <w:pPr>
        <w:pStyle w:val="ListParagraph"/>
      </w:pPr>
      <w:r>
        <w:rPr>
          <w:sz w:val="22"/>
        </w:rPr>
        <w:t>C. Chạy theo lợi ích vật chất và hưởng thụ.</w:t>
      </w:r>
    </w:p>
    <w:p>
      <w:pPr>
        <w:pStyle w:val="ListParagraph"/>
      </w:pPr>
      <w:r>
        <w:rPr>
          <w:sz w:val="22"/>
        </w:rPr>
        <w:t>D. Thờ ơ với các hoạt động của cộng đồng và đất nước.</w:t>
      </w:r>
    </w:p>
    <w:p/>
    <w:p>
      <w:r>
        <w:rPr>
          <w:b/>
          <w:sz w:val="24"/>
        </w:rPr>
        <w:t>Câu 4: Người sống có lí tưởng thường</w:t>
      </w:r>
    </w:p>
    <w:p>
      <w:pPr>
        <w:pStyle w:val="ListParagraph"/>
      </w:pPr>
      <w:r>
        <w:rPr>
          <w:sz w:val="22"/>
        </w:rPr>
        <w:t>A. có mục tiêu rõ ràng và kiên trì hành động.</w:t>
      </w:r>
    </w:p>
    <w:p>
      <w:pPr>
        <w:pStyle w:val="ListParagraph"/>
      </w:pPr>
      <w:r>
        <w:rPr>
          <w:sz w:val="22"/>
        </w:rPr>
        <w:t>B. chỉ làm việc khi được khen thưởng.</w:t>
      </w:r>
    </w:p>
    <w:p>
      <w:pPr>
        <w:pStyle w:val="ListParagraph"/>
      </w:pPr>
      <w:r>
        <w:rPr>
          <w:sz w:val="22"/>
        </w:rPr>
        <w:t>C. dễ từ bỏ khi gặp trở ngại.</w:t>
      </w:r>
    </w:p>
    <w:p>
      <w:pPr>
        <w:pStyle w:val="ListParagraph"/>
      </w:pPr>
      <w:r>
        <w:rPr>
          <w:sz w:val="22"/>
        </w:rPr>
        <w:t>D. không cần lập kế hoạch.</w:t>
      </w:r>
    </w:p>
    <w:p/>
    <w:p>
      <w:r>
        <w:rPr>
          <w:b/>
          <w:sz w:val="24"/>
        </w:rPr>
        <w:t>Câu 5: Một học sinh có lí tưởng sống phù hợp sẽ</w:t>
      </w:r>
    </w:p>
    <w:p>
      <w:pPr>
        <w:pStyle w:val="ListParagraph"/>
      </w:pPr>
      <w:r>
        <w:rPr>
          <w:sz w:val="22"/>
        </w:rPr>
        <w:t>A. chủ động học tập, rèn luyện để trở thành người có ích.</w:t>
      </w:r>
    </w:p>
    <w:p>
      <w:pPr>
        <w:pStyle w:val="ListParagraph"/>
      </w:pPr>
      <w:r>
        <w:rPr>
          <w:sz w:val="22"/>
        </w:rPr>
        <w:t>B. chỉ quan tâm đến thành tích của mình.</w:t>
      </w:r>
    </w:p>
    <w:p>
      <w:pPr>
        <w:pStyle w:val="ListParagraph"/>
      </w:pPr>
      <w:r>
        <w:rPr>
          <w:sz w:val="22"/>
        </w:rPr>
        <w:t>C. trốn tránh nhiệm vụ khi gặp khó.</w:t>
      </w:r>
    </w:p>
    <w:p>
      <w:pPr>
        <w:pStyle w:val="ListParagraph"/>
      </w:pPr>
      <w:r>
        <w:rPr>
          <w:sz w:val="22"/>
        </w:rPr>
        <w:t>D. coi thường những người chưa thành công.</w:t>
      </w:r>
    </w:p>
    <w:p/>
    <w:p>
      <w:r>
        <w:rPr>
          <w:b/>
          <w:sz w:val="24"/>
        </w:rPr>
        <w:t>Câu 6: Thanh niên Việt Nam cần xác định lí tưởng sống gắn với</w:t>
      </w:r>
    </w:p>
    <w:p>
      <w:pPr>
        <w:pStyle w:val="ListParagraph"/>
      </w:pPr>
      <w:r>
        <w:rPr>
          <w:sz w:val="22"/>
        </w:rPr>
        <w:t>A. độc lập dân tộc, hạnh phúc của nhân dân và sự phát triển đất nước.</w:t>
      </w:r>
    </w:p>
    <w:p>
      <w:pPr>
        <w:pStyle w:val="ListParagraph"/>
      </w:pPr>
      <w:r>
        <w:rPr>
          <w:sz w:val="22"/>
        </w:rPr>
        <w:t>B. sự nổi tiếng bằng mọi cách.</w:t>
      </w:r>
    </w:p>
    <w:p>
      <w:pPr>
        <w:pStyle w:val="ListParagraph"/>
      </w:pPr>
      <w:r>
        <w:rPr>
          <w:sz w:val="22"/>
        </w:rPr>
        <w:t>C. việc né tránh trách nhiệm.</w:t>
      </w:r>
    </w:p>
    <w:p>
      <w:pPr>
        <w:pStyle w:val="ListParagraph"/>
      </w:pPr>
      <w:r>
        <w:rPr>
          <w:sz w:val="22"/>
        </w:rPr>
        <w:t>D. lợi ích cá nhân bất kể hậu quả.</w:t>
      </w:r>
    </w:p>
    <w:p/>
    <w:p>
      <w:r>
        <w:rPr>
          <w:b/>
          <w:sz w:val="24"/>
        </w:rPr>
        <w:t>Câu 7: Người khoan dung thường</w:t>
      </w:r>
    </w:p>
    <w:p>
      <w:pPr>
        <w:pStyle w:val="ListParagraph"/>
      </w:pPr>
      <w:r>
        <w:rPr>
          <w:sz w:val="22"/>
        </w:rPr>
        <w:t>A. biết lắng nghe, tôn trọng và cảm thông với người khác.</w:t>
      </w:r>
    </w:p>
    <w:p>
      <w:pPr>
        <w:pStyle w:val="ListParagraph"/>
      </w:pPr>
      <w:r>
        <w:rPr>
          <w:sz w:val="22"/>
        </w:rPr>
        <w:t>B. chỉ trích người mắc lỗi trước đám đông.</w:t>
      </w:r>
    </w:p>
    <w:p>
      <w:pPr>
        <w:pStyle w:val="ListParagraph"/>
      </w:pPr>
      <w:r>
        <w:rPr>
          <w:sz w:val="22"/>
        </w:rPr>
        <w:t>C. không chấp nhận sự khác biệt.</w:t>
      </w:r>
    </w:p>
    <w:p>
      <w:pPr>
        <w:pStyle w:val="ListParagraph"/>
      </w:pPr>
      <w:r>
        <w:rPr>
          <w:sz w:val="22"/>
        </w:rPr>
        <w:t>D. luôn giữ định kiến.</w:t>
      </w:r>
    </w:p>
    <w:p/>
    <w:p>
      <w:r>
        <w:rPr>
          <w:b/>
          <w:sz w:val="24"/>
        </w:rPr>
        <w:t>Câu 8: Hành vi nào thể hiện sự khoan dung?</w:t>
      </w:r>
    </w:p>
    <w:p>
      <w:pPr>
        <w:pStyle w:val="ListParagraph"/>
      </w:pPr>
      <w:r>
        <w:rPr>
          <w:sz w:val="22"/>
        </w:rPr>
        <w:t>A. Lắng nghe, góp ý chân thành và tạo cơ hội để bạn sửa lỗi.</w:t>
      </w:r>
    </w:p>
    <w:p>
      <w:pPr>
        <w:pStyle w:val="ListParagraph"/>
      </w:pPr>
      <w:r>
        <w:rPr>
          <w:sz w:val="22"/>
        </w:rPr>
        <w:t>B. Nhắc lại lỗi cũ để làm bạn xấu hổ.</w:t>
      </w:r>
    </w:p>
    <w:p>
      <w:pPr>
        <w:pStyle w:val="ListParagraph"/>
      </w:pPr>
      <w:r>
        <w:rPr>
          <w:sz w:val="22"/>
        </w:rPr>
        <w:t>C. Không cho bạn cơ hội sửa sai.</w:t>
      </w:r>
    </w:p>
    <w:p>
      <w:pPr>
        <w:pStyle w:val="ListParagraph"/>
      </w:pPr>
      <w:r>
        <w:rPr>
          <w:sz w:val="22"/>
        </w:rPr>
        <w:t>D. Chế giễu bạn khi bạn mắc lỗi.</w:t>
      </w:r>
    </w:p>
    <w:p/>
    <w:p>
      <w:r>
        <w:rPr>
          <w:b/>
          <w:sz w:val="24"/>
        </w:rPr>
        <w:t>Câu 9: Người có lòng khoan dung thường có biểu hiện nào sau đây?</w:t>
      </w:r>
    </w:p>
    <w:p>
      <w:pPr>
        <w:pStyle w:val="ListParagraph"/>
      </w:pPr>
      <w:r>
        <w:rPr>
          <w:sz w:val="22"/>
        </w:rPr>
        <w:t>A. Không định kiến, hẹp hòi với người khác.</w:t>
      </w:r>
    </w:p>
    <w:p>
      <w:pPr>
        <w:pStyle w:val="ListParagraph"/>
      </w:pPr>
      <w:r>
        <w:rPr>
          <w:sz w:val="22"/>
        </w:rPr>
        <w:t>B. Luôn tìm cách trả đũa người mắc lỗi.</w:t>
      </w:r>
    </w:p>
    <w:p>
      <w:pPr>
        <w:pStyle w:val="ListParagraph"/>
      </w:pPr>
      <w:r>
        <w:rPr>
          <w:sz w:val="22"/>
        </w:rPr>
        <w:t>C. Không chấp nhận ý kiến khác biệt.</w:t>
      </w:r>
    </w:p>
    <w:p>
      <w:pPr>
        <w:pStyle w:val="ListParagraph"/>
      </w:pPr>
      <w:r>
        <w:rPr>
          <w:sz w:val="22"/>
        </w:rPr>
        <w:t>D. Phân biệt đối xử với mọi người.</w:t>
      </w:r>
    </w:p>
    <w:p/>
    <w:p>
      <w:r>
        <w:rPr>
          <w:b/>
          <w:sz w:val="24"/>
        </w:rPr>
        <w:t>Câu 10: Khoan dung không có nghĩa là</w:t>
      </w:r>
    </w:p>
    <w:p>
      <w:pPr>
        <w:pStyle w:val="ListParagraph"/>
      </w:pPr>
      <w:r>
        <w:rPr>
          <w:sz w:val="22"/>
        </w:rPr>
        <w:t>A. dung túng cho những hành vi sai trái.</w:t>
      </w:r>
    </w:p>
    <w:p>
      <w:pPr>
        <w:pStyle w:val="ListParagraph"/>
      </w:pPr>
      <w:r>
        <w:rPr>
          <w:sz w:val="22"/>
        </w:rPr>
        <w:t>B. biết cảm thông với người khác.</w:t>
      </w:r>
    </w:p>
    <w:p>
      <w:pPr>
        <w:pStyle w:val="ListParagraph"/>
      </w:pPr>
      <w:r>
        <w:rPr>
          <w:sz w:val="22"/>
        </w:rPr>
        <w:t>C. tôn trọng sự khác biệt.</w:t>
      </w:r>
    </w:p>
    <w:p>
      <w:pPr>
        <w:pStyle w:val="ListParagraph"/>
      </w:pPr>
      <w:r>
        <w:rPr>
          <w:sz w:val="22"/>
        </w:rPr>
        <w:t>D. tha thứ khi người khác nhận lỗi và sửa chữa.</w:t>
      </w:r>
    </w:p>
    <w:p/>
    <w:p>
      <w:r>
        <w:rPr>
          <w:b/>
          <w:sz w:val="24"/>
        </w:rPr>
        <w:t>Câu 11: Việc tích cực tham gia hoạt động cộng đồng mang lại ý nghĩa nào sau đây cho cộng đồng?</w:t>
      </w:r>
    </w:p>
    <w:p>
      <w:pPr>
        <w:pStyle w:val="ListParagraph"/>
      </w:pPr>
      <w:r>
        <w:rPr>
          <w:sz w:val="22"/>
        </w:rPr>
        <w:t>A. Góp phần xây dựng cộng đồng đoàn kết, phát triển.</w:t>
      </w:r>
    </w:p>
    <w:p>
      <w:pPr>
        <w:pStyle w:val="ListParagraph"/>
      </w:pPr>
      <w:r>
        <w:rPr>
          <w:sz w:val="22"/>
        </w:rPr>
        <w:t>B. Giúp mỗi cá nhân có thêm nhiều bạn bè.</w:t>
      </w:r>
    </w:p>
    <w:p>
      <w:pPr>
        <w:pStyle w:val="ListParagraph"/>
      </w:pPr>
      <w:r>
        <w:rPr>
          <w:sz w:val="22"/>
        </w:rPr>
        <w:t>C. Làm cho bản thân có nhiều kinh nghiệm sống.</w:t>
      </w:r>
    </w:p>
    <w:p>
      <w:pPr>
        <w:pStyle w:val="ListParagraph"/>
      </w:pPr>
      <w:r>
        <w:rPr>
          <w:sz w:val="22"/>
        </w:rPr>
        <w:t>D. Được mọi người quý trọng và tin tưởng.</w:t>
      </w:r>
    </w:p>
    <w:p/>
    <w:p>
      <w:r>
        <w:rPr>
          <w:b/>
          <w:sz w:val="24"/>
        </w:rPr>
        <w:t>Câu 12: Tham gia hoạt động cộng đồng giúp học sinh rèn luyện điều nào dưới đây?</w:t>
      </w:r>
    </w:p>
    <w:p>
      <w:pPr>
        <w:pStyle w:val="ListParagraph"/>
      </w:pPr>
      <w:r>
        <w:rPr>
          <w:sz w:val="22"/>
        </w:rPr>
        <w:t>A. Rèn luyện sự tự tin, kĩ năng làm việc nhóm, tinh thần trách nhiệm.</w:t>
      </w:r>
    </w:p>
    <w:p>
      <w:pPr>
        <w:pStyle w:val="ListParagraph"/>
      </w:pPr>
      <w:r>
        <w:rPr>
          <w:sz w:val="22"/>
        </w:rPr>
        <w:t>B. Rèn luyện khả năng học tập tốt hơn, linh hoạt hơn dễ đạt điểm cao.</w:t>
      </w:r>
    </w:p>
    <w:p>
      <w:pPr>
        <w:pStyle w:val="ListParagraph"/>
      </w:pPr>
      <w:r>
        <w:rPr>
          <w:sz w:val="22"/>
        </w:rPr>
        <w:t>C. Rèn luyện khả năng thi đấu thể thao bền bỉ, có tinh thần vượt khó.</w:t>
      </w:r>
    </w:p>
    <w:p>
      <w:pPr>
        <w:pStyle w:val="ListParagraph"/>
      </w:pPr>
      <w:r>
        <w:rPr>
          <w:sz w:val="22"/>
        </w:rPr>
        <w:t>D. Rèn luyện tính kiên nhẫn khi làm việc cá nhân, dễ dàng thành công.</w:t>
      </w:r>
    </w:p>
    <w:p/>
    <w:p>
      <w:r>
        <w:rPr>
          <w:b/>
          <w:sz w:val="24"/>
        </w:rPr>
        <w:t>Câu 13: Sống có lí tưởng là gì?</w:t>
      </w:r>
    </w:p>
    <w:p>
      <w:pPr>
        <w:pStyle w:val="ListParagraph"/>
      </w:pPr>
      <w:r>
        <w:rPr>
          <w:sz w:val="22"/>
        </w:rPr>
        <w:t>A. Là việc đặt ra những mục tiêu viển vông, vượt quá khả năng thực tế của bản thân.</w:t>
      </w:r>
    </w:p>
    <w:p>
      <w:pPr>
        <w:pStyle w:val="ListParagraph"/>
      </w:pPr>
      <w:r>
        <w:rPr>
          <w:sz w:val="22"/>
        </w:rPr>
        <w:t>B. Là việc chỉ lo cho lợi ích cá nhân mà không quan tâm đến tập thể và xã hội.</w:t>
      </w:r>
    </w:p>
    <w:p>
      <w:pPr>
        <w:pStyle w:val="ListParagraph"/>
      </w:pPr>
      <w:r>
        <w:rPr>
          <w:sz w:val="22"/>
        </w:rPr>
        <w:t>C. Là xác định đúng đắn mục đích, mục tiêu sống tốt đẹp và nỗ lực phấn đấu để thực hiện mục đích đó.</w:t>
      </w:r>
    </w:p>
    <w:p>
      <w:pPr>
        <w:pStyle w:val="ListParagraph"/>
      </w:pPr>
      <w:r>
        <w:rPr>
          <w:sz w:val="22"/>
        </w:rPr>
        <w:t>D. Là lối sống chỉ biết hưởng thụ những gì hiện tại mang lại mà không cần suy nghĩ về tương lai.</w:t>
      </w:r>
    </w:p>
    <w:p/>
    <w:p>
      <w:r>
        <w:rPr>
          <w:b/>
          <w:sz w:val="24"/>
        </w:rPr>
        <w:t>Câu 14: Người sống có lí tưởng là người</w:t>
      </w:r>
    </w:p>
    <w:p>
      <w:pPr>
        <w:pStyle w:val="ListParagraph"/>
      </w:pPr>
      <w:r>
        <w:rPr>
          <w:sz w:val="22"/>
        </w:rPr>
        <w:t>A. luôn tìm cách né tránh khó khăn trong cuộc sống.</w:t>
      </w:r>
    </w:p>
    <w:p>
      <w:pPr>
        <w:pStyle w:val="ListParagraph"/>
      </w:pPr>
      <w:r>
        <w:rPr>
          <w:sz w:val="22"/>
        </w:rPr>
        <w:t>B. xác định mục tiêu sống đúng đắn và nỗ lực thực hiện mục tiêu đó.</w:t>
      </w:r>
    </w:p>
    <w:p>
      <w:pPr>
        <w:pStyle w:val="ListParagraph"/>
      </w:pPr>
      <w:r>
        <w:rPr>
          <w:sz w:val="22"/>
        </w:rPr>
        <w:t>C. chỉ quan tâm đến thành công của bản thân.</w:t>
      </w:r>
    </w:p>
    <w:p>
      <w:pPr>
        <w:pStyle w:val="ListParagraph"/>
      </w:pPr>
      <w:r>
        <w:rPr>
          <w:sz w:val="22"/>
        </w:rPr>
        <w:t>D. sống không có mục tiêu và định hướng.</w:t>
      </w:r>
    </w:p>
    <w:p/>
    <w:p>
      <w:r>
        <w:rPr>
          <w:b/>
          <w:sz w:val="24"/>
        </w:rPr>
        <w:t>Câu 15: Lí tưởng sống cao đẹp của thanh niên Việt Nam trong giai đoạn hiện nay là gì?</w:t>
      </w:r>
    </w:p>
    <w:p>
      <w:pPr>
        <w:pStyle w:val="ListParagraph"/>
      </w:pPr>
      <w:r>
        <w:rPr>
          <w:sz w:val="22"/>
        </w:rPr>
        <w:t>A. Phấn đấu vì mục tiêu độc lập dân tộc và chủ nghĩa xã hội, vì "dân giàu, nước mạnh, dân chủ, công bằng, văn minh".</w:t>
      </w:r>
    </w:p>
    <w:p>
      <w:pPr>
        <w:pStyle w:val="ListParagraph"/>
      </w:pPr>
      <w:r>
        <w:rPr>
          <w:sz w:val="22"/>
        </w:rPr>
        <w:t>B. Chỉ tập trung vào việc kiếm thật nhiều tiền để làm giàu cho bản thân và gia đình.</w:t>
      </w:r>
    </w:p>
    <w:p>
      <w:pPr>
        <w:pStyle w:val="ListParagraph"/>
      </w:pPr>
      <w:r>
        <w:rPr>
          <w:sz w:val="22"/>
        </w:rPr>
        <w:t>C. Chờ đợi đất nước phát triển rồi mới đóng góp công sức xây dựng.</w:t>
      </w:r>
    </w:p>
    <w:p>
      <w:pPr>
        <w:pStyle w:val="ListParagraph"/>
      </w:pPr>
      <w:r>
        <w:rPr>
          <w:sz w:val="22"/>
        </w:rPr>
        <w:t>D. Chỉ quan tâm đến việc học tập thật giỏi để đi du học nước ngoài định cư.</w:t>
      </w:r>
    </w:p>
    <w:p/>
    <w:p>
      <w:r>
        <w:rPr>
          <w:b/>
          <w:sz w:val="24"/>
        </w:rPr>
        <w:t>Câu 16: Đâu không phải là ý nghĩa của việc sống có lí tưởng?</w:t>
      </w:r>
    </w:p>
    <w:p>
      <w:pPr>
        <w:pStyle w:val="ListParagraph"/>
      </w:pPr>
      <w:r>
        <w:rPr>
          <w:sz w:val="22"/>
        </w:rPr>
        <w:t>A. Giúp con người có thêm động lực, nghị lực để vượt qua khó khăn, thử thách.</w:t>
      </w:r>
    </w:p>
    <w:p>
      <w:pPr>
        <w:pStyle w:val="ListParagraph"/>
      </w:pPr>
      <w:r>
        <w:rPr>
          <w:sz w:val="22"/>
        </w:rPr>
        <w:t>B. Giúp định hướng suy nghĩ và hành động của bản thân đi đúng hướng.</w:t>
      </w:r>
    </w:p>
    <w:p>
      <w:pPr>
        <w:pStyle w:val="ListParagraph"/>
      </w:pPr>
      <w:r>
        <w:rPr>
          <w:sz w:val="22"/>
        </w:rPr>
        <w:t>C. Giúp con người trở nên ích kỷ, chỉ biết vun vén cho lợi ích riêng của cá nhân.</w:t>
      </w:r>
    </w:p>
    <w:p>
      <w:pPr>
        <w:pStyle w:val="ListParagraph"/>
      </w:pPr>
      <w:r>
        <w:rPr>
          <w:sz w:val="22"/>
        </w:rPr>
        <w:t>D. Góp phần xây dựng đất nước ngày càng giàu đẹp, văn minh.</w:t>
      </w:r>
    </w:p>
    <w:p/>
    <w:p>
      <w:r>
        <w:rPr>
          <w:b/>
          <w:sz w:val="24"/>
        </w:rPr>
        <w:t>Câu 17: Một trong những nội dung của lí tưởng sống của thanh niên Việt Nam là phấn đấu vì mục tiêu nào sau đây?</w:t>
      </w:r>
    </w:p>
    <w:p>
      <w:pPr>
        <w:pStyle w:val="ListParagraph"/>
      </w:pPr>
      <w:r>
        <w:rPr>
          <w:sz w:val="22"/>
        </w:rPr>
        <w:t>A. Đề cao lợi ích cá nhân hơn lợi ích quốc gia, dân tộc.</w:t>
      </w:r>
    </w:p>
    <w:p>
      <w:pPr>
        <w:pStyle w:val="ListParagraph"/>
      </w:pPr>
      <w:r>
        <w:rPr>
          <w:sz w:val="22"/>
        </w:rPr>
        <w:t>B. Dân giàu, nước mạnh, dân chủ, công bằng, văn minh.</w:t>
      </w:r>
    </w:p>
    <w:p>
      <w:pPr>
        <w:pStyle w:val="ListParagraph"/>
      </w:pPr>
      <w:r>
        <w:rPr>
          <w:sz w:val="22"/>
        </w:rPr>
        <w:t>C. Chỉ chú trọng phát triển kinh tế cá nhân.</w:t>
      </w:r>
    </w:p>
    <w:p>
      <w:pPr>
        <w:pStyle w:val="ListParagraph"/>
      </w:pPr>
      <w:r>
        <w:rPr>
          <w:sz w:val="22"/>
        </w:rPr>
        <w:t>D. Đạt được thành công bằng mọi cách.</w:t>
      </w:r>
    </w:p>
    <w:p/>
    <w:p>
      <w:r>
        <w:rPr>
          <w:b/>
          <w:sz w:val="24"/>
        </w:rPr>
        <w:t>Câu 18: Nhận định nào dưới đây đúng khi nói về lí tưởng sống của thế hệ trẻ?</w:t>
      </w:r>
    </w:p>
    <w:p>
      <w:pPr>
        <w:pStyle w:val="ListParagraph"/>
      </w:pPr>
      <w:r>
        <w:rPr>
          <w:sz w:val="22"/>
        </w:rPr>
        <w:t>A. Lí tưởng sống chỉ cần thiết đối với người lớn tuổi và những người có chức quyền.</w:t>
      </w:r>
    </w:p>
    <w:p>
      <w:pPr>
        <w:pStyle w:val="ListParagraph"/>
      </w:pPr>
      <w:r>
        <w:rPr>
          <w:sz w:val="22"/>
        </w:rPr>
        <w:t>B. Lí tưởng sống là cái có sẵn, thanh niên không cần phải rèn luyện hay phấn đấu.</w:t>
      </w:r>
    </w:p>
    <w:p>
      <w:pPr>
        <w:pStyle w:val="ListParagraph"/>
      </w:pPr>
      <w:r>
        <w:rPr>
          <w:sz w:val="22"/>
        </w:rPr>
        <w:t>C. Mỗi thanh niên cần tự xây dựng cho mình một lí tưởng sống cao đẹp, phù hợp với sự phát triển của đất nước.</w:t>
      </w:r>
    </w:p>
    <w:p>
      <w:pPr>
        <w:pStyle w:val="ListParagraph"/>
      </w:pPr>
      <w:r>
        <w:rPr>
          <w:sz w:val="22"/>
        </w:rPr>
        <w:t>D. Thanh niên thời nay không cần có lí tưởng sống mà chỉ cần sống thực tế là đủ.</w:t>
      </w:r>
    </w:p>
    <w:p/>
    <w:p>
      <w:r>
        <w:rPr>
          <w:b/>
          <w:sz w:val="24"/>
        </w:rPr>
        <w:t>Câu 19: Khoan dung là</w:t>
      </w:r>
    </w:p>
    <w:p>
      <w:pPr>
        <w:pStyle w:val="ListParagraph"/>
      </w:pPr>
      <w:r>
        <w:rPr>
          <w:sz w:val="22"/>
        </w:rPr>
        <w:t>A. sự dung túng, bao che cho những hành vi vi phạm pháp luật của người thân.</w:t>
      </w:r>
    </w:p>
    <w:p>
      <w:pPr>
        <w:pStyle w:val="ListParagraph"/>
      </w:pPr>
      <w:r>
        <w:rPr>
          <w:sz w:val="22"/>
        </w:rPr>
        <w:t>B. sự rộng lượng, tha thứ, tôn trọng và chấp nhận sự khác biệt của người khác.</w:t>
      </w:r>
    </w:p>
    <w:p>
      <w:pPr>
        <w:pStyle w:val="ListParagraph"/>
      </w:pPr>
      <w:r>
        <w:rPr>
          <w:sz w:val="22"/>
        </w:rPr>
        <w:t>C. lối sống dễ dãi, bỏ qua mọi lỗi lầm kể cả khi người đó không hối cải.</w:t>
      </w:r>
    </w:p>
    <w:p>
      <w:pPr>
        <w:pStyle w:val="ListParagraph"/>
      </w:pPr>
      <w:r>
        <w:rPr>
          <w:sz w:val="22"/>
        </w:rPr>
        <w:t>D. sự nhượng bộ vô điều kiện trước mọi yêu cầu của người khác.</w:t>
      </w:r>
    </w:p>
    <w:p/>
    <w:p>
      <w:r>
        <w:rPr>
          <w:b/>
          <w:sz w:val="24"/>
        </w:rPr>
        <w:t>Câu 20: Việc làm nào sau đây không phải là biểu hiện của sự khoan dung?</w:t>
      </w:r>
    </w:p>
    <w:p>
      <w:pPr>
        <w:pStyle w:val="ListParagraph"/>
      </w:pPr>
      <w:r>
        <w:rPr>
          <w:sz w:val="22"/>
        </w:rPr>
        <w:t>A. Bỏ qua lỗi nhỏ khi bạn lỡ tay làm hỏng đồ dùng của mình và đã xin lỗi.</w:t>
      </w:r>
    </w:p>
    <w:p>
      <w:pPr>
        <w:pStyle w:val="ListParagraph"/>
      </w:pPr>
      <w:r>
        <w:rPr>
          <w:sz w:val="22"/>
        </w:rPr>
        <w:t>B. Sẵn sàng lắng nghe ý kiến trái chiều từ người khác trong thảo luận nhóm.</w:t>
      </w:r>
    </w:p>
    <w:p>
      <w:pPr>
        <w:pStyle w:val="ListParagraph"/>
      </w:pPr>
      <w:r>
        <w:rPr>
          <w:sz w:val="22"/>
        </w:rPr>
        <w:t>C. Cố tình làm ngơ và bảo vệ người thân khi họ thực hiện hành vi vi phạm pháp luật.</w:t>
      </w:r>
    </w:p>
    <w:p>
      <w:pPr>
        <w:pStyle w:val="ListParagraph"/>
      </w:pPr>
      <w:r>
        <w:rPr>
          <w:sz w:val="22"/>
        </w:rPr>
        <w:t>D. Đặt mình vào vị trí của người khác để thấu hiểu hoàn cảnh của họ.</w:t>
      </w:r>
    </w:p>
    <w:p/>
    <w:p>
      <w:r>
        <w:rPr>
          <w:b/>
          <w:sz w:val="24"/>
        </w:rPr>
        <w:t>Câu 21: Dựa vào thông tin trên và kiến thức đã học về sống có lí tưởng, em hãy xác định các nhận định sau là đúng hay sai.</w:t>
        <w:br/>
        <w:t>a. Hành động cứu em bé của anh Mạnh thể hiện mong muốn làm những điều tốt đẹp cho cuộc sống và tinh thần sống vì mọi người.</w:t>
        <w:br/>
        <w:t>b. Việc làm của anh Mạnh chỉ thể hiện lòng dũng cảm, không liên quan đến lí tưởng sống của mỗi người.</w:t>
        <w:br/>
        <w:t>c. Qua hành động của anh Mạnh, có thể hiểu rằng sống có lí tưởng còn được thể hiện qua những việc làm có ích trong học tập và cuộc sống hằng ngày.</w:t>
        <w:br/>
        <w:t>d. Sống có lí tưởng là phải thực hiện những việc làm lớn lao, phi thường như anh Mạnh thì mới có ý nghĩa.</w:t>
      </w:r>
    </w:p>
    <w:p>
      <w:pPr>
        <w:pStyle w:val="ListParagraph"/>
      </w:pPr>
      <w:r>
        <w:rPr>
          <w:sz w:val="22"/>
        </w:rPr>
        <w:t>A. Đúng</w:t>
      </w:r>
    </w:p>
    <w:p>
      <w:pPr>
        <w:pStyle w:val="ListParagraph"/>
      </w:pPr>
      <w:r>
        <w:rPr>
          <w:sz w:val="22"/>
        </w:rPr>
        <w:t>B. Sai</w:t>
      </w:r>
    </w:p>
    <w:p/>
    <w:p>
      <w:r>
        <w:rPr>
          <w:b/>
          <w:sz w:val="24"/>
        </w:rPr>
        <w:t>Câu 22: Khi tìm hiểu về giá trị của lòng khoan dung, các bạn học sinh đưa ra những nhận định sau. Em hãy xác định mỗi nhận định là đúng hay sai.</w:t>
        <w:br/>
        <w:t>a. Khoan dung giúp con người thấu hiểu, cảm thông với nhau, góp phần duy trì và củng cố các mối quan hệ tốt đẹp.</w:t>
        <w:br/>
        <w:t>b. Người có lòng khoan dung luôn bỏ qua mọi lỗi lầm của người khác, kể cả khi họ không nhận ra sai lầm và không sửa chữa.</w:t>
        <w:br/>
        <w:t>c. Khi biết tha thứ cho lỗi lầm của người khác một cách phù hợp, chúng ta có thể hóa giải mâu thuẫn, xây dựng tình bạn đoàn kết và thân thiện hơn.</w:t>
        <w:br/>
        <w:t>d. Khoan dung chỉ có lợi cho người mắc lỗi, không đem lại giá trị tích cực cho người biết tha thứ và cộng đồng.</w:t>
      </w:r>
    </w:p>
    <w:p>
      <w:pPr>
        <w:pStyle w:val="ListParagraph"/>
      </w:pPr>
      <w:r>
        <w:rPr>
          <w:sz w:val="22"/>
        </w:rPr>
        <w:t>A. Đúng</w:t>
      </w:r>
    </w:p>
    <w:p>
      <w:pPr>
        <w:pStyle w:val="ListParagraph"/>
      </w:pPr>
      <w:r>
        <w:rPr>
          <w:sz w:val="22"/>
        </w:rPr>
        <w:t>B. Sai</w:t>
      </w:r>
    </w:p>
    <w:p/>
    <w:p>
      <w:r>
        <w:rPr>
          <w:b/>
          <w:sz w:val="24"/>
        </w:rPr>
        <w:t>Câu 23: Gần đến ngày lễ kỷ niệm Ngày Nhà giáo Việt Nam 20/11, chi đoàn lớp 9C phát động phong trào làm thiệp và viết báo tường tri ân thầy cô. Nam cho rằng việc này chỉ tốn thời gian, học sinh thì nhiệm vụ chính là học văn hóa chứ không cần thiết phải tham gia mấy hoạt động tập thể này, nên Nam từ chối phân công và chọn cách ngồi chơi điện thoại suốt các buổi sinh hoạt lớp. Ngược lại, Lan dù bận ôn thi học sinh giỏi nhưng vẫn chủ động sắp xếp thời gian để hoàn thành tốt phần việc được giao, đồng thời tích cực vận động các bạn cùng tham gia.</w:t>
        <w:br/>
        <w:t>a. Việc Nam từ chối tham gia và thờ ơ với hoạt động chung của lớp thể hiện thái độ thiếu trách nhiệm, cần phải phê phán.</w:t>
        <w:br/>
        <w:t>b. Hành động của Lan là biểu hiện của sự tự giác, tích cực tham gia các hoạt động cộng đồng phù hợp với lứa tuổi.</w:t>
        <w:br/>
        <w:t>c. Học sinh chỉ nên tập trung vào việc học tập văn hóa trên lớp, việc tham gia các hoạt động tập thể hay phong trào là không mang lại giá trị thực tế.</w:t>
        <w:br/>
        <w:t>d. Phê phán những biểu hiện thờ ơ, vô cảm với hoạt động chung là việc làm cần thiết để xây dựng tập thể lớp đoàn kết và phát triển kỹ năng sống cho bản thân.</w:t>
      </w:r>
    </w:p>
    <w:p>
      <w:pPr>
        <w:pStyle w:val="ListParagraph"/>
      </w:pPr>
      <w:r>
        <w:rPr>
          <w:sz w:val="22"/>
        </w:rPr>
        <w:t>A. Đúng</w:t>
      </w:r>
    </w:p>
    <w:p>
      <w:pPr>
        <w:pStyle w:val="ListParagraph"/>
      </w:pPr>
      <w:r>
        <w:rPr>
          <w:sz w:val="22"/>
        </w:rPr>
        <w:t>B. Sai</w:t>
      </w:r>
    </w:p>
    <w:p/>
    <w:p>
      <w:r>
        <w:rPr>
          <w:b/>
          <w:sz w:val="24"/>
        </w:rPr>
        <w:t>Câu 24: Trong giờ sinh hoạt nhóm, Nam vô tình làm rách quyển tài liệu mà Mai đã chuẩn bị. Nam chân thành xin lỗi và đề nghị sửa lại. Tuy nhiên, một số bạn trong lớp, nhắc đi nhắc lại lỗi của bạn và không cho Nam tham gia hoạt động nhóm tiếp theo. Mai đã động viên Nam, cùng bạn khắc phục sai sót và góp ý với các bạn trong lớp về cách ứng xử phù hợp.</w:t>
        <w:br/>
        <w:t>Em hãy xác định các nhận định sau là Đúng hay Sai.</w:t>
        <w:br/>
        <w:t>a. Mai thể hiện lòng khoan dung khi thông cảm, động viên Nam và cùng bạn khắc phục sai sót.</w:t>
        <w:br/>
        <w:t>b. Các bạn trong lớp có quyền chế giễu và cô lập Nam vì Nam đã mắc lỗi.</w:t>
        <w:br/>
        <w:t>c. Học sinh cần phê phán hành vi chế giễu, cố chấp và không cho người khác cơ hội sửa chữa lỗi lầm.</w:t>
        <w:br/>
        <w:t>d. Khi bạn mắc lỗi và chân thành nhận lỗi, học sinh nên tạo điều kiện để bạn sửa sai, đồng thời nhắc nhở bạn có trách nhiệm với việc mình làm.</w:t>
      </w:r>
    </w:p>
    <w:p>
      <w:pPr>
        <w:pStyle w:val="ListParagraph"/>
      </w:pPr>
      <w:r>
        <w:rPr>
          <w:sz w:val="22"/>
        </w:rPr>
        <w:t>A. Đúng</w:t>
      </w:r>
    </w:p>
    <w:p>
      <w:pPr>
        <w:pStyle w:val="ListParagraph"/>
      </w:pPr>
      <w:r>
        <w:rPr>
          <w:sz w:val="22"/>
        </w:rPr>
        <w:t>B. Sai</w:t>
      </w:r>
    </w:p>
    <w:p/>
    <w:p>
      <w:r>
        <w:rPr>
          <w:b/>
          <w:sz w:val="24"/>
        </w:rPr>
        <w:t>Câu 25: Mùa hè này, nhóm học sinh lớp 9 do bạn An làm nhóm trưởng đã tự giác đề xuất với BQL khu phố và tổ chức chiến dịch vệ sinh môi trường. Nhóm đã dọn dẹp rác thải và trồng thêm cây xanh tại công viên địa phương. Tuy nhiên, bạn Bình (thành viên trong nhóm) cho rằng dọn rác ở công viên là việc của công nhân môi trường nên làm qua loa rồi bỏ về sớm để đi chơi. Thấy vậy, An đã trực tiếp nhắc nhở Bình về thái độ làm việc và giải thích cho Bình hiểu trách nhiệm của học sinh khi tham gia công việc chung.</w:t>
        <w:br/>
        <w:t>a. Việc làm của nhóm bạn An là hoạt động cộng đồng thiết thực, thể hiện tinh thần tự giác, trách nhiệm bảo vệ môi trường sống tại địa phương.</w:t>
        <w:br/>
        <w:t>b. Suy nghĩ và hành động của Bình thể hiện sự hời hợt, thiếu trách nhiệm đối với các hoạt động chung của cộng đồng.</w:t>
        <w:br/>
        <w:t>c. Cách ứng xử của An thể hiện tinh thần phê phán biểu hiện thiếu trách nhiệm và biết tuyên truyền, nhắc nhở bạn bè tham gia hoạt động cộng đồng đúng đắn.</w:t>
        <w:br/>
        <w:t>d. Việc Bình bỏ về sớm để giải trí là phù hợp vì học sinh nghỉ hè chỉ nên tập trung nghỉ ngơi, không cần tận tụy với công việc tự nguyện.</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C</w:t>
      </w:r>
    </w:p>
    <w:p>
      <w:r>
        <w:rPr>
          <w:b/>
        </w:rPr>
        <w:t>Câu 14: Đáp án đúng: B</w:t>
      </w:r>
    </w:p>
    <w:p>
      <w:r>
        <w:rPr>
          <w:b/>
        </w:rPr>
        <w:t>Câu 15: Đáp án đúng: A</w:t>
      </w:r>
    </w:p>
    <w:p>
      <w:r>
        <w:rPr>
          <w:b/>
        </w:rPr>
        <w:t>Câu 16: Đáp án đúng: C</w:t>
      </w:r>
    </w:p>
    <w:p>
      <w:r>
        <w:rPr>
          <w:b/>
        </w:rPr>
        <w:t>Câu 17: Đáp án đúng: B</w:t>
      </w:r>
    </w:p>
    <w:p>
      <w:r>
        <w:rPr>
          <w:b/>
        </w:rPr>
        <w:t>Câu 18: Đáp án đúng: C</w:t>
      </w:r>
    </w:p>
    <w:p>
      <w:r>
        <w:rPr>
          <w:b/>
        </w:rPr>
        <w:t>Câu 19: Đáp án đúng: B</w:t>
      </w:r>
    </w:p>
    <w:p>
      <w:r>
        <w:rPr>
          <w:b/>
        </w:rPr>
        <w:t>Câu 20: Đáp án đúng: C</w:t>
      </w:r>
    </w:p>
    <w:p>
      <w:r>
        <w:rPr>
          <w:b/>
        </w:rPr>
        <w:t>Câu 21: Đáp án đúng: None</w:t>
      </w:r>
    </w:p>
    <w:p>
      <w:r>
        <w:rPr>
          <w:b/>
        </w:rPr>
        <w:t>Câu 22: Đáp án đúng: None</w:t>
      </w:r>
    </w:p>
    <w:p>
      <w:r>
        <w:rPr>
          <w:b/>
        </w:rPr>
        <w:t>Câu 23: Đáp án đúng: None</w:t>
      </w:r>
    </w:p>
    <w:p>
      <w:r>
        <w:rPr>
          <w:b/>
        </w:rPr>
        <w:t>Câu 24: Đáp án đúng: None</w:t>
      </w:r>
    </w:p>
    <w:p>
      <w:r>
        <w:rPr>
          <w:b/>
        </w:rPr>
        <w:t>Câu 25: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