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Địa lý Lớp 10 - Hệ quả chuyển động tự quay của Trái Đất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Trái Đất được hình thành cách đây khoảng bao nhiêu năm?</w:t>
      </w:r>
    </w:p>
    <w:p>
      <w:pPr>
        <w:pStyle w:val="ListParagraph"/>
      </w:pPr>
      <w:r>
        <w:rPr>
          <w:sz w:val="22"/>
        </w:rPr>
        <w:t>A. 4,6 tỉ năm</w:t>
      </w:r>
    </w:p>
    <w:p>
      <w:pPr>
        <w:pStyle w:val="ListParagraph"/>
      </w:pPr>
      <w:r>
        <w:rPr>
          <w:sz w:val="22"/>
        </w:rPr>
        <w:t>B. 4,6 triệu năm</w:t>
      </w:r>
    </w:p>
    <w:p>
      <w:pPr>
        <w:pStyle w:val="ListParagraph"/>
      </w:pPr>
      <w:r>
        <w:rPr>
          <w:sz w:val="22"/>
        </w:rPr>
        <w:t>C. 3,5 tỉ năm</w:t>
      </w:r>
    </w:p>
    <w:p>
      <w:pPr>
        <w:pStyle w:val="ListParagraph"/>
      </w:pPr>
      <w:r>
        <w:rPr>
          <w:sz w:val="22"/>
        </w:rPr>
        <w:t>D. 5,5 tỉ năm</w:t>
      </w:r>
    </w:p>
    <w:p/>
    <w:p>
      <w:r>
        <w:rPr>
          <w:b/>
          <w:sz w:val="24"/>
        </w:rPr>
        <w:t>Câu 2: Vỏ Trái Đất được cấu tạo chủ yếu từ các loại đá nào sau đây?</w:t>
      </w:r>
    </w:p>
    <w:p>
      <w:pPr>
        <w:pStyle w:val="ListParagraph"/>
      </w:pPr>
      <w:r>
        <w:rPr>
          <w:sz w:val="22"/>
        </w:rPr>
        <w:t>A. Đá macma, đá trầm tích, đá biến chất</w:t>
      </w:r>
    </w:p>
    <w:p>
      <w:pPr>
        <w:pStyle w:val="ListParagraph"/>
      </w:pPr>
      <w:r>
        <w:rPr>
          <w:sz w:val="22"/>
        </w:rPr>
        <w:t>B. Đá macma, đá trầm tích, đá vôi</w:t>
      </w:r>
    </w:p>
    <w:p>
      <w:pPr>
        <w:pStyle w:val="ListParagraph"/>
      </w:pPr>
      <w:r>
        <w:rPr>
          <w:sz w:val="22"/>
        </w:rPr>
        <w:t>C. Đá trầm tích, đá biến chất, đá bazan</w:t>
      </w:r>
    </w:p>
    <w:p>
      <w:pPr>
        <w:pStyle w:val="ListParagraph"/>
      </w:pPr>
      <w:r>
        <w:rPr>
          <w:sz w:val="22"/>
        </w:rPr>
        <w:t>D. Đá macma, đá biến chất, đá granit</w:t>
      </w:r>
    </w:p>
    <w:p/>
    <w:p>
      <w:r>
        <w:rPr>
          <w:b/>
          <w:sz w:val="24"/>
        </w:rPr>
        <w:t>Câu 3: Lớp nào sau đây của Trái Đất có thành phần vật chất chủ yếu là sắt và niken?</w:t>
      </w:r>
    </w:p>
    <w:p>
      <w:pPr>
        <w:pStyle w:val="ListParagraph"/>
      </w:pPr>
      <w:r>
        <w:rPr>
          <w:sz w:val="22"/>
        </w:rPr>
        <w:t>A. Vỏ Trái Đất</w:t>
      </w:r>
    </w:p>
    <w:p>
      <w:pPr>
        <w:pStyle w:val="ListParagraph"/>
      </w:pPr>
      <w:r>
        <w:rPr>
          <w:sz w:val="22"/>
        </w:rPr>
        <w:t>B. Lớp Manti</w:t>
      </w:r>
    </w:p>
    <w:p>
      <w:pPr>
        <w:pStyle w:val="ListParagraph"/>
      </w:pPr>
      <w:r>
        <w:rPr>
          <w:sz w:val="22"/>
        </w:rPr>
        <w:t>C. Nhân Trái Đất</w:t>
      </w:r>
    </w:p>
    <w:p>
      <w:pPr>
        <w:pStyle w:val="ListParagraph"/>
      </w:pPr>
      <w:r>
        <w:rPr>
          <w:sz w:val="22"/>
        </w:rPr>
        <w:t>D. Thạch quyển</w:t>
      </w:r>
    </w:p>
    <w:p/>
    <w:p>
      <w:r>
        <w:rPr>
          <w:b/>
          <w:sz w:val="24"/>
        </w:rPr>
        <w:t>Câu 4: Khoáng vật là gì?</w:t>
      </w:r>
    </w:p>
    <w:p>
      <w:pPr>
        <w:pStyle w:val="ListParagraph"/>
      </w:pPr>
      <w:r>
        <w:rPr>
          <w:sz w:val="22"/>
        </w:rPr>
        <w:t>A. Là những đơn chất hoặc hợp chất hóa học tự nhiên</w:t>
      </w:r>
    </w:p>
    <w:p>
      <w:pPr>
        <w:pStyle w:val="ListParagraph"/>
      </w:pPr>
      <w:r>
        <w:rPr>
          <w:sz w:val="22"/>
        </w:rPr>
        <w:t>B. Là những tập hợp của một hay nhiều khoáng vật</w:t>
      </w:r>
    </w:p>
    <w:p>
      <w:pPr>
        <w:pStyle w:val="ListParagraph"/>
      </w:pPr>
      <w:r>
        <w:rPr>
          <w:sz w:val="22"/>
        </w:rPr>
        <w:t>C. Là những loại đá có nguồn gốc macma</w:t>
      </w:r>
    </w:p>
    <w:p>
      <w:pPr>
        <w:pStyle w:val="ListParagraph"/>
      </w:pPr>
      <w:r>
        <w:rPr>
          <w:sz w:val="22"/>
        </w:rPr>
        <w:t>D. Là những vật liệu cấu tạo nên vỏ Trái Đất</w:t>
      </w:r>
    </w:p>
    <w:p/>
    <w:p>
      <w:r>
        <w:rPr>
          <w:b/>
          <w:sz w:val="24"/>
        </w:rPr>
        <w:t>Câu 5: Đá macma được hình thành do nguyên nhân nào sau đây?</w:t>
      </w:r>
    </w:p>
    <w:p>
      <w:pPr>
        <w:pStyle w:val="ListParagraph"/>
      </w:pPr>
      <w:r>
        <w:rPr>
          <w:sz w:val="22"/>
        </w:rPr>
        <w:t>A. Sự lắng đọng và nén chặt của các vật liệu trầm tích</w:t>
      </w:r>
    </w:p>
    <w:p>
      <w:pPr>
        <w:pStyle w:val="ListParagraph"/>
      </w:pPr>
      <w:r>
        <w:rPr>
          <w:sz w:val="22"/>
        </w:rPr>
        <w:t>B. Sự nguội đi và kết tinh của macma</w:t>
      </w:r>
    </w:p>
    <w:p>
      <w:pPr>
        <w:pStyle w:val="ListParagraph"/>
      </w:pPr>
      <w:r>
        <w:rPr>
          <w:sz w:val="22"/>
        </w:rPr>
        <w:t>C. Sự biến đổi của các loại đá dưới tác động của nhiệt độ và áp suất</w:t>
      </w:r>
    </w:p>
    <w:p>
      <w:pPr>
        <w:pStyle w:val="ListParagraph"/>
      </w:pPr>
      <w:r>
        <w:rPr>
          <w:sz w:val="22"/>
        </w:rPr>
        <w:t>D. Sự phong hóa và xói mòn của các loại đá</w:t>
      </w:r>
    </w:p>
    <w:p/>
    <w:p>
      <w:r>
        <w:rPr>
          <w:b/>
          <w:sz w:val="24"/>
        </w:rPr>
        <w:t>Câu 6: Loại đá nào sau đây thuộc nhóm đá trầm tích?</w:t>
      </w:r>
    </w:p>
    <w:p>
      <w:pPr>
        <w:pStyle w:val="ListParagraph"/>
      </w:pPr>
      <w:r>
        <w:rPr>
          <w:sz w:val="22"/>
        </w:rPr>
        <w:t>A. Đá granit</w:t>
      </w:r>
    </w:p>
    <w:p>
      <w:pPr>
        <w:pStyle w:val="ListParagraph"/>
      </w:pPr>
      <w:r>
        <w:rPr>
          <w:sz w:val="22"/>
        </w:rPr>
        <w:t>B. Đá bazan</w:t>
      </w:r>
    </w:p>
    <w:p>
      <w:pPr>
        <w:pStyle w:val="ListParagraph"/>
      </w:pPr>
      <w:r>
        <w:rPr>
          <w:sz w:val="22"/>
        </w:rPr>
        <w:t>C. Đá vôi</w:t>
      </w:r>
    </w:p>
    <w:p>
      <w:pPr>
        <w:pStyle w:val="ListParagraph"/>
      </w:pPr>
      <w:r>
        <w:rPr>
          <w:sz w:val="22"/>
        </w:rPr>
        <w:t>D. Đá gơnai</w:t>
      </w:r>
    </w:p>
    <w:p/>
    <w:p>
      <w:r>
        <w:rPr>
          <w:b/>
          <w:sz w:val="24"/>
        </w:rPr>
        <w:t>Câu 7: Thạch quyển bao gồm những bộ phận nào sau đây?</w:t>
      </w:r>
    </w:p>
    <w:p>
      <w:pPr>
        <w:pStyle w:val="ListParagraph"/>
      </w:pPr>
      <w:r>
        <w:rPr>
          <w:sz w:val="22"/>
        </w:rPr>
        <w:t>A. Vỏ Trái Đất và phần trên cùng của lớp Manti</w:t>
      </w:r>
    </w:p>
    <w:p>
      <w:pPr>
        <w:pStyle w:val="ListParagraph"/>
      </w:pPr>
      <w:r>
        <w:rPr>
          <w:sz w:val="22"/>
        </w:rPr>
        <w:t>B. Vỏ Trái Đất và toàn bộ lớp Manti</w:t>
      </w:r>
    </w:p>
    <w:p>
      <w:pPr>
        <w:pStyle w:val="ListParagraph"/>
      </w:pPr>
      <w:r>
        <w:rPr>
          <w:sz w:val="22"/>
        </w:rPr>
        <w:t>C. Lớp Manti và nhân Trái Đất</w:t>
      </w:r>
    </w:p>
    <w:p>
      <w:pPr>
        <w:pStyle w:val="ListParagraph"/>
      </w:pPr>
      <w:r>
        <w:rPr>
          <w:sz w:val="22"/>
        </w:rPr>
        <w:t>D. Vỏ Trái Đất và nhân Trái Đất</w:t>
      </w:r>
    </w:p>
    <w:p/>
    <w:p>
      <w:r>
        <w:rPr>
          <w:b/>
          <w:sz w:val="24"/>
        </w:rPr>
        <w:t>Câu 8: Vỏ Trái Đất có độ dày khoảng bao nhiêu?</w:t>
      </w:r>
    </w:p>
    <w:p>
      <w:pPr>
        <w:pStyle w:val="ListParagraph"/>
      </w:pPr>
      <w:r>
        <w:rPr>
          <w:sz w:val="22"/>
        </w:rPr>
        <w:t>A. 5 - 70 km</w:t>
      </w:r>
    </w:p>
    <w:p>
      <w:pPr>
        <w:pStyle w:val="ListParagraph"/>
      </w:pPr>
      <w:r>
        <w:rPr>
          <w:sz w:val="22"/>
        </w:rPr>
        <w:t>B. 70 - 100 km</w:t>
      </w:r>
    </w:p>
    <w:p>
      <w:pPr>
        <w:pStyle w:val="ListParagraph"/>
      </w:pPr>
      <w:r>
        <w:rPr>
          <w:sz w:val="22"/>
        </w:rPr>
        <w:t>C. 100 - 200 km</w:t>
      </w:r>
    </w:p>
    <w:p>
      <w:pPr>
        <w:pStyle w:val="ListParagraph"/>
      </w:pPr>
      <w:r>
        <w:rPr>
          <w:sz w:val="22"/>
        </w:rPr>
        <w:t>D. 200 - 300 km</w:t>
      </w:r>
    </w:p>
    <w:p/>
    <w:p>
      <w:r>
        <w:rPr>
          <w:b/>
          <w:sz w:val="24"/>
        </w:rPr>
        <w:t>Câu 9: Đá biến chất được hình thành do tác động của những yếu tố nào sau đây?</w:t>
      </w:r>
    </w:p>
    <w:p>
      <w:pPr>
        <w:pStyle w:val="ListParagraph"/>
      </w:pPr>
      <w:r>
        <w:rPr>
          <w:sz w:val="22"/>
        </w:rPr>
        <w:t>A. Nhiệt độ và áp suất cao</w:t>
      </w:r>
    </w:p>
    <w:p>
      <w:pPr>
        <w:pStyle w:val="ListParagraph"/>
      </w:pPr>
      <w:r>
        <w:rPr>
          <w:sz w:val="22"/>
        </w:rPr>
        <w:t>B. Nước và không khí</w:t>
      </w:r>
    </w:p>
    <w:p>
      <w:pPr>
        <w:pStyle w:val="ListParagraph"/>
      </w:pPr>
      <w:r>
        <w:rPr>
          <w:sz w:val="22"/>
        </w:rPr>
        <w:t>C. Sinh vật và con người</w:t>
      </w:r>
    </w:p>
    <w:p>
      <w:pPr>
        <w:pStyle w:val="ListParagraph"/>
      </w:pPr>
      <w:r>
        <w:rPr>
          <w:sz w:val="22"/>
        </w:rPr>
        <w:t>D. Gió và dòng chảy</w:t>
      </w:r>
    </w:p>
    <w:p/>
    <w:p>
      <w:r>
        <w:rPr>
          <w:b/>
          <w:sz w:val="24"/>
        </w:rPr>
        <w:t>Câu 10: Khoáng vật nào sau đây là khoáng vật tạo đá phổ biến?</w:t>
      </w:r>
    </w:p>
    <w:p>
      <w:pPr>
        <w:pStyle w:val="ListParagraph"/>
      </w:pPr>
      <w:r>
        <w:rPr>
          <w:sz w:val="22"/>
        </w:rPr>
        <w:t>A. Thạch anh</w:t>
      </w:r>
    </w:p>
    <w:p>
      <w:pPr>
        <w:pStyle w:val="ListParagraph"/>
      </w:pPr>
      <w:r>
        <w:rPr>
          <w:sz w:val="22"/>
        </w:rPr>
        <w:t>B. Vàng</w:t>
      </w:r>
    </w:p>
    <w:p>
      <w:pPr>
        <w:pStyle w:val="ListParagraph"/>
      </w:pPr>
      <w:r>
        <w:rPr>
          <w:sz w:val="22"/>
        </w:rPr>
        <w:t>C. Kim cương</w:t>
      </w:r>
    </w:p>
    <w:p>
      <w:pPr>
        <w:pStyle w:val="ListParagraph"/>
      </w:pPr>
      <w:r>
        <w:rPr>
          <w:sz w:val="22"/>
        </w:rPr>
        <w:t>D. Bạc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