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ĐỀ THI SỐ 1</w:t>
      </w:r>
    </w:p>
    <w:p>
      <w:pPr>
        <w:jc w:val="center"/>
      </w:pPr>
      <w:r>
        <w:rPr>
          <w:sz w:val="22"/>
        </w:rPr>
        <w:t>Số câu: 20    Thời gian: _____ phút    Họ và tên: _________________________</w:t>
      </w:r>
    </w:p>
    <w:p/>
    <w:p>
      <w:r>
        <w:rPr>
          <w:b/>
          <w:sz w:val="24"/>
        </w:rPr>
        <w:t>Câu 1: Vi phạm vượt đèn đỏ khi tham gia giao thông thuộc loại vi phạm nào dưới đây?</w:t>
      </w:r>
    </w:p>
    <w:p>
      <w:pPr>
        <w:pStyle w:val="ListParagraph"/>
      </w:pPr>
      <w:r>
        <w:rPr>
          <w:sz w:val="22"/>
        </w:rPr>
        <w:t>A. Vi phạm dân sự.</w:t>
      </w:r>
    </w:p>
    <w:p>
      <w:pPr>
        <w:pStyle w:val="ListParagraph"/>
      </w:pPr>
      <w:r>
        <w:rPr>
          <w:sz w:val="22"/>
        </w:rPr>
        <w:t>B. Vi phạm hành chính.</w:t>
      </w:r>
    </w:p>
    <w:p>
      <w:pPr>
        <w:pStyle w:val="ListParagraph"/>
      </w:pPr>
      <w:r>
        <w:rPr>
          <w:sz w:val="22"/>
        </w:rPr>
        <w:t>C. Vi phạm hình sự.</w:t>
      </w:r>
    </w:p>
    <w:p>
      <w:pPr>
        <w:pStyle w:val="ListParagraph"/>
      </w:pPr>
      <w:r>
        <w:rPr>
          <w:sz w:val="22"/>
        </w:rPr>
        <w:t>D. Tất cả đáp án đều đúng.</w:t>
      </w:r>
    </w:p>
    <w:p/>
    <w:p>
      <w:r>
        <w:rPr>
          <w:b/>
          <w:sz w:val="24"/>
        </w:rPr>
        <w:t>Câu 2: Nghị định 168/2024/NĐ-CP của Chính phủ quy định về xử phạt vi phạm hành chính trong lĩnh vực giao thông nào?</w:t>
      </w:r>
    </w:p>
    <w:p>
      <w:pPr>
        <w:pStyle w:val="ListParagraph"/>
      </w:pPr>
      <w:r>
        <w:rPr>
          <w:sz w:val="22"/>
        </w:rPr>
        <w:t>A. Giao thông đường bộ và đường sắt.</w:t>
      </w:r>
    </w:p>
    <w:p>
      <w:pPr>
        <w:pStyle w:val="ListParagraph"/>
      </w:pPr>
      <w:r>
        <w:rPr>
          <w:sz w:val="22"/>
        </w:rPr>
        <w:t>B. Giao thông đường thủy.</w:t>
      </w:r>
    </w:p>
    <w:p>
      <w:pPr>
        <w:pStyle w:val="ListParagraph"/>
      </w:pPr>
      <w:r>
        <w:rPr>
          <w:sz w:val="22"/>
        </w:rPr>
        <w:t>C. Giao thông đường bộ.</w:t>
      </w:r>
    </w:p>
    <w:p>
      <w:pPr>
        <w:pStyle w:val="ListParagraph"/>
      </w:pPr>
      <w:r>
        <w:rPr>
          <w:sz w:val="22"/>
        </w:rPr>
        <w:t>D. Đường hàng không.</w:t>
      </w:r>
    </w:p>
    <w:p/>
    <w:p>
      <w:r>
        <w:rPr>
          <w:b/>
          <w:sz w:val="24"/>
        </w:rPr>
        <w:t>Câu 3: Nghị định 168/2024/NĐ-CP của Chính phủ quy định về xử phạt vi phạm hành chính trong lĩnh vực giao thông được ban hành ngày, tháng, năm nào?</w:t>
      </w:r>
    </w:p>
    <w:p>
      <w:pPr>
        <w:pStyle w:val="ListParagraph"/>
      </w:pPr>
      <w:r>
        <w:rPr>
          <w:sz w:val="22"/>
        </w:rPr>
        <w:t>A. 30-12-2017.</w:t>
      </w:r>
    </w:p>
    <w:p>
      <w:pPr>
        <w:pStyle w:val="ListParagraph"/>
      </w:pPr>
      <w:r>
        <w:rPr>
          <w:sz w:val="22"/>
        </w:rPr>
        <w:t>B. 30-12-2018.</w:t>
      </w:r>
    </w:p>
    <w:p>
      <w:pPr>
        <w:pStyle w:val="ListParagraph"/>
      </w:pPr>
      <w:r>
        <w:rPr>
          <w:sz w:val="22"/>
        </w:rPr>
        <w:t>C. 30-12-2024.</w:t>
      </w:r>
    </w:p>
    <w:p>
      <w:pPr>
        <w:pStyle w:val="ListParagraph"/>
      </w:pPr>
      <w:r>
        <w:rPr>
          <w:sz w:val="22"/>
        </w:rPr>
        <w:t>D. 26-12-2024.</w:t>
      </w:r>
    </w:p>
    <w:p/>
    <w:p>
      <w:r>
        <w:rPr>
          <w:b/>
          <w:sz w:val="24"/>
        </w:rPr>
        <w:t>Câu 4: Pháp luật về bảo đảm trật tự, an toàn giao thông là ý chí của</w:t>
      </w:r>
    </w:p>
    <w:p>
      <w:pPr>
        <w:pStyle w:val="ListParagraph"/>
      </w:pPr>
      <w:r>
        <w:rPr>
          <w:sz w:val="22"/>
        </w:rPr>
        <w:t>A. Nhà nước đề ra và tổ chức thực hiện bảo đảm trật tự, an toàn giao thông.</w:t>
      </w:r>
    </w:p>
    <w:p>
      <w:pPr>
        <w:pStyle w:val="ListParagraph"/>
      </w:pPr>
      <w:r>
        <w:rPr>
          <w:sz w:val="22"/>
        </w:rPr>
        <w:t>B. Đảng đề ra và tổ chức thực hiện bảo đảm trật tự, an toàn giao thông.</w:t>
      </w:r>
    </w:p>
    <w:p>
      <w:pPr>
        <w:pStyle w:val="ListParagraph"/>
      </w:pPr>
      <w:r>
        <w:rPr>
          <w:sz w:val="22"/>
        </w:rPr>
        <w:t>C. Công an nhân dân đề ra và tổ chức thực hiện bảo đảm trật tự, an toàn giao thông.</w:t>
      </w:r>
    </w:p>
    <w:p>
      <w:pPr>
        <w:pStyle w:val="ListParagraph"/>
      </w:pPr>
      <w:r>
        <w:rPr>
          <w:sz w:val="22"/>
        </w:rPr>
        <w:t>D. Mặt trận Tổ quốc đề ra và tổ chức thực hiện bảo đảm trật tự, an toàn giao thông.</w:t>
      </w:r>
    </w:p>
    <w:p/>
    <w:p>
      <w:r>
        <w:rPr>
          <w:b/>
          <w:sz w:val="24"/>
        </w:rPr>
        <w:t>Câu 5: Điểm a khoản 9 Điều 7 Nghị định 168/2024/NĐ-CP quy định lỗi vi phạm “Điều khiển xe lạng lách, đánh võng” thì bị phạt bao nhiêu tiền?</w:t>
      </w:r>
    </w:p>
    <w:p>
      <w:pPr>
        <w:pStyle w:val="ListParagraph"/>
      </w:pPr>
      <w:r>
        <w:rPr>
          <w:sz w:val="22"/>
        </w:rPr>
        <w:t>A. 08 đến 10 triệu đồng</w:t>
      </w:r>
    </w:p>
    <w:p>
      <w:pPr>
        <w:pStyle w:val="ListParagraph"/>
      </w:pPr>
      <w:r>
        <w:rPr>
          <w:sz w:val="22"/>
        </w:rPr>
        <w:t>B. 05 đến 07 triệu đồng</w:t>
      </w:r>
    </w:p>
    <w:p>
      <w:pPr>
        <w:pStyle w:val="ListParagraph"/>
      </w:pPr>
      <w:r>
        <w:rPr>
          <w:sz w:val="22"/>
        </w:rPr>
        <w:t>C. 06 đến 08 triệu đồng</w:t>
      </w:r>
    </w:p>
    <w:p>
      <w:pPr>
        <w:pStyle w:val="ListParagraph"/>
      </w:pPr>
      <w:r>
        <w:rPr>
          <w:sz w:val="22"/>
        </w:rPr>
        <w:t>D. 07 đến 09 triệu đồng</w:t>
      </w:r>
    </w:p>
    <w:p/>
    <w:p>
      <w:r>
        <w:rPr>
          <w:b/>
          <w:sz w:val="24"/>
        </w:rPr>
        <w:t>Câu 6: Trong phạm vi chức năng, nhiệm vụ được giao có thẩm quyền xử phạt đối với các hành vi vi phạm thì lực lượng nào sau đây được phép xử phạt vi phạm?</w:t>
      </w:r>
    </w:p>
    <w:p>
      <w:pPr>
        <w:pStyle w:val="ListParagraph"/>
      </w:pPr>
      <w:r>
        <w:rPr>
          <w:sz w:val="22"/>
        </w:rPr>
        <w:t>A. Cảnh sát giao thông.</w:t>
      </w:r>
    </w:p>
    <w:p>
      <w:pPr>
        <w:pStyle w:val="ListParagraph"/>
      </w:pPr>
      <w:r>
        <w:rPr>
          <w:sz w:val="22"/>
        </w:rPr>
        <w:t>B. Cảnh sát trật tự.</w:t>
      </w:r>
    </w:p>
    <w:p>
      <w:pPr>
        <w:pStyle w:val="ListParagraph"/>
      </w:pPr>
      <w:r>
        <w:rPr>
          <w:sz w:val="22"/>
        </w:rPr>
        <w:t>C. Tất cả đáp án đều đúng.</w:t>
      </w:r>
    </w:p>
    <w:p>
      <w:pPr>
        <w:pStyle w:val="ListParagraph"/>
      </w:pPr>
      <w:r>
        <w:rPr>
          <w:sz w:val="22"/>
        </w:rPr>
        <w:t>D. Cảnh sát cơ động.</w:t>
      </w:r>
    </w:p>
    <w:p/>
    <w:p>
      <w:r>
        <w:rPr>
          <w:b/>
          <w:sz w:val="24"/>
        </w:rPr>
        <w:t>Câu 7: Điểm c khoản 7 Điều 7 Nghị định 168/2024/NĐ-CP quy định hành vi “Không chấp hành hiệu lệnh của đèn tín hiệu giao thông” thì bị phạt bao nhiêu tiền?</w:t>
      </w:r>
    </w:p>
    <w:p>
      <w:pPr>
        <w:pStyle w:val="ListParagraph"/>
      </w:pPr>
      <w:r>
        <w:rPr>
          <w:sz w:val="22"/>
        </w:rPr>
        <w:t>A. 02 đến 04 triệu đồng</w:t>
      </w:r>
    </w:p>
    <w:p>
      <w:pPr>
        <w:pStyle w:val="ListParagraph"/>
      </w:pPr>
      <w:r>
        <w:rPr>
          <w:sz w:val="22"/>
        </w:rPr>
        <w:t>B. 04 đến 06 triệu đồng</w:t>
      </w:r>
    </w:p>
    <w:p>
      <w:pPr>
        <w:pStyle w:val="ListParagraph"/>
      </w:pPr>
      <w:r>
        <w:rPr>
          <w:sz w:val="22"/>
        </w:rPr>
        <w:t>C. 03 đến 05 triệu đồng</w:t>
      </w:r>
    </w:p>
    <w:p>
      <w:pPr>
        <w:pStyle w:val="ListParagraph"/>
      </w:pPr>
      <w:r>
        <w:rPr>
          <w:sz w:val="22"/>
        </w:rPr>
        <w:t>D. 05 đến 07 triệu đồng</w:t>
      </w:r>
    </w:p>
    <w:p/>
    <w:p>
      <w:r>
        <w:rPr>
          <w:b/>
          <w:sz w:val="24"/>
        </w:rPr>
        <w:t>Câu 8: Dấu hiệu vi phạm pháp luật về bảo đảm trật tự, an toàn giao thông là gì?</w:t>
      </w:r>
    </w:p>
    <w:p>
      <w:pPr>
        <w:pStyle w:val="ListParagraph"/>
      </w:pPr>
      <w:r>
        <w:rPr>
          <w:sz w:val="22"/>
        </w:rPr>
        <w:t>A. Tính trái pháp luật về bảo đảm trật tự, an toàn giao thông.</w:t>
      </w:r>
    </w:p>
    <w:p>
      <w:pPr>
        <w:pStyle w:val="ListParagraph"/>
      </w:pPr>
      <w:r>
        <w:rPr>
          <w:sz w:val="22"/>
        </w:rPr>
        <w:t>B. Tính nguy hiểm cho xã hội.</w:t>
      </w:r>
    </w:p>
    <w:p>
      <w:pPr>
        <w:pStyle w:val="ListParagraph"/>
      </w:pPr>
      <w:r>
        <w:rPr>
          <w:sz w:val="22"/>
        </w:rPr>
        <w:t>C. Tính trái pháp luật về bảo đảm trật tự, an toàn giao thông, tính nguy hiểm cho xã hội.</w:t>
      </w:r>
    </w:p>
    <w:p>
      <w:pPr>
        <w:pStyle w:val="ListParagraph"/>
      </w:pPr>
      <w:r>
        <w:rPr>
          <w:sz w:val="22"/>
        </w:rPr>
        <w:t>D. Tính không có lỗi.</w:t>
      </w:r>
    </w:p>
    <w:p/>
    <w:p>
      <w:r>
        <w:rPr>
          <w:b/>
          <w:sz w:val="24"/>
        </w:rPr>
        <w:t>Câu 9: Điểm b khoản 8 Điều 7 Nghị định 168/2024/NĐ-CP quy định người tham gia giao thông bị phạt tiền từ 06 đến 08 triệu đồng đối với hành vi nào sau đây?</w:t>
      </w:r>
    </w:p>
    <w:p>
      <w:pPr>
        <w:pStyle w:val="ListParagraph"/>
      </w:pPr>
      <w:r>
        <w:rPr>
          <w:sz w:val="22"/>
        </w:rPr>
        <w:t>A. Điều khiển xe trên đường mà trong máu hoặc hơi thở có nồng độ cồn vượt quá 40 miligam đến 60 miligam/100 mililit máu hoặc vượt quá 0,25 miligam đến 0,5 miligam/1 lít khí thở.</w:t>
      </w:r>
    </w:p>
    <w:p>
      <w:pPr>
        <w:pStyle w:val="ListParagraph"/>
      </w:pPr>
      <w:r>
        <w:rPr>
          <w:sz w:val="22"/>
        </w:rPr>
        <w:t>B. Điều khiển xe trên đường mà trong máu hoặc hơi thở có nồng độ cồn vượt quá 50 miligam đến 80 miligam/100 mililit máu hoặc vượt quá 0,25 miligam đến 0,4 miligam/1 lít khí thở.</w:t>
      </w:r>
    </w:p>
    <w:p>
      <w:pPr>
        <w:pStyle w:val="ListParagraph"/>
      </w:pPr>
      <w:r>
        <w:rPr>
          <w:sz w:val="22"/>
        </w:rPr>
        <w:t>C. Điều khiển xe trên đường mà trong máu hoặc hơi thở có nồng độ cồn vượt quá 60 miligam đến 80 miligam/100 mililit máu hoặc vượt quá 0,3 miligam đến 0,5 miligam/1 lít khí thở.</w:t>
      </w:r>
    </w:p>
    <w:p>
      <w:pPr>
        <w:pStyle w:val="ListParagraph"/>
      </w:pPr>
      <w:r>
        <w:rPr>
          <w:sz w:val="22"/>
        </w:rPr>
        <w:t>D. Điều khiển xe trên đường mà trong máu hoặc hơi thở có nồng độ cồn vượt quá 25 miligam đến 50 miligam/100 mililit máu hoặc vượt quá 0,2 miligam đến 0,4 miligam/1 lít khí thở.</w:t>
      </w:r>
    </w:p>
    <w:p/>
    <w:p>
      <w:r>
        <w:rPr>
          <w:b/>
          <w:sz w:val="24"/>
        </w:rPr>
        <w:t>Câu 10: Điền từ còn thiếu vào câu sau: “Bảo đảm trật tự, an toàn giao thông là các hành vi … khi tham gia giao thông bao gồm việc chấp hành luật giao thông.”</w:t>
      </w:r>
    </w:p>
    <w:p>
      <w:pPr>
        <w:pStyle w:val="ListParagraph"/>
      </w:pPr>
      <w:r>
        <w:rPr>
          <w:sz w:val="22"/>
        </w:rPr>
        <w:t>A. Đảm bảo</w:t>
      </w:r>
    </w:p>
    <w:p>
      <w:pPr>
        <w:pStyle w:val="ListParagraph"/>
      </w:pPr>
      <w:r>
        <w:rPr>
          <w:sz w:val="22"/>
        </w:rPr>
        <w:t>B. Văn minh</w:t>
      </w:r>
    </w:p>
    <w:p>
      <w:pPr>
        <w:pStyle w:val="ListParagraph"/>
      </w:pPr>
      <w:r>
        <w:rPr>
          <w:sz w:val="22"/>
        </w:rPr>
        <w:t>C. Văn hóa</w:t>
      </w:r>
    </w:p>
    <w:p>
      <w:pPr>
        <w:pStyle w:val="ListParagraph"/>
      </w:pPr>
      <w:r>
        <w:rPr>
          <w:sz w:val="22"/>
        </w:rPr>
        <w:t>D. Ý thức</w:t>
      </w:r>
    </w:p>
    <w:p/>
    <w:p>
      <w:r>
        <w:rPr>
          <w:b/>
          <w:sz w:val="24"/>
        </w:rPr>
        <w:t>Câu 11: Vi phạm vượt đèn đỏ khi tham gia giao thông thuộc loại vi phạm nào dưới đây?</w:t>
      </w:r>
    </w:p>
    <w:p>
      <w:pPr>
        <w:pStyle w:val="ListParagraph"/>
      </w:pPr>
      <w:r>
        <w:rPr>
          <w:sz w:val="22"/>
        </w:rPr>
        <w:t>A. Vi phạm hình sự.</w:t>
      </w:r>
    </w:p>
    <w:p>
      <w:pPr>
        <w:pStyle w:val="ListParagraph"/>
      </w:pPr>
      <w:r>
        <w:rPr>
          <w:sz w:val="22"/>
        </w:rPr>
        <w:t>B. Vi phạm dân sự.</w:t>
      </w:r>
    </w:p>
    <w:p>
      <w:pPr>
        <w:pStyle w:val="ListParagraph"/>
      </w:pPr>
      <w:r>
        <w:rPr>
          <w:sz w:val="22"/>
        </w:rPr>
        <w:t>C. Tất cả đáp án đều đúng.</w:t>
      </w:r>
    </w:p>
    <w:p>
      <w:pPr>
        <w:pStyle w:val="ListParagraph"/>
      </w:pPr>
      <w:r>
        <w:rPr>
          <w:sz w:val="22"/>
        </w:rPr>
        <w:t>D. Vi phạm hành chính.</w:t>
      </w:r>
    </w:p>
    <w:p/>
    <w:p>
      <w:r>
        <w:rPr>
          <w:b/>
          <w:sz w:val="24"/>
        </w:rPr>
        <w:t>Câu 12: Nghị định 168/2024/NĐ-CP của Chính phủ quy định về xử phạt vi phạm hành chính trong lĩnh vực giao thông nào?</w:t>
      </w:r>
    </w:p>
    <w:p>
      <w:pPr>
        <w:pStyle w:val="ListParagraph"/>
      </w:pPr>
      <w:r>
        <w:rPr>
          <w:sz w:val="22"/>
        </w:rPr>
        <w:t>A. Giao thông đường thủy.</w:t>
      </w:r>
    </w:p>
    <w:p>
      <w:pPr>
        <w:pStyle w:val="ListParagraph"/>
      </w:pPr>
      <w:r>
        <w:rPr>
          <w:sz w:val="22"/>
        </w:rPr>
        <w:t>B. Giao thông đường bộ.</w:t>
      </w:r>
    </w:p>
    <w:p>
      <w:pPr>
        <w:pStyle w:val="ListParagraph"/>
      </w:pPr>
      <w:r>
        <w:rPr>
          <w:sz w:val="22"/>
        </w:rPr>
        <w:t>C. Đường hàng không.</w:t>
      </w:r>
    </w:p>
    <w:p>
      <w:pPr>
        <w:pStyle w:val="ListParagraph"/>
      </w:pPr>
      <w:r>
        <w:rPr>
          <w:sz w:val="22"/>
        </w:rPr>
        <w:t>D. Giao thông đường bộ và đường sắt.</w:t>
      </w:r>
    </w:p>
    <w:p/>
    <w:p>
      <w:r>
        <w:rPr>
          <w:b/>
          <w:sz w:val="24"/>
        </w:rPr>
        <w:t>Câu 13: Nghị định 168/2024/NĐ-CP của Chính phủ quy định về xử phạt vi phạm hành chính trong lĩnh vực giao thông được ban hành ngày, tháng, năm nào?</w:t>
      </w:r>
    </w:p>
    <w:p>
      <w:pPr>
        <w:pStyle w:val="ListParagraph"/>
      </w:pPr>
      <w:r>
        <w:rPr>
          <w:sz w:val="22"/>
        </w:rPr>
        <w:t>A. 26-12-2024.</w:t>
      </w:r>
    </w:p>
    <w:p>
      <w:pPr>
        <w:pStyle w:val="ListParagraph"/>
      </w:pPr>
      <w:r>
        <w:rPr>
          <w:sz w:val="22"/>
        </w:rPr>
        <w:t>B. 30-12-2017.</w:t>
      </w:r>
    </w:p>
    <w:p>
      <w:pPr>
        <w:pStyle w:val="ListParagraph"/>
      </w:pPr>
      <w:r>
        <w:rPr>
          <w:sz w:val="22"/>
        </w:rPr>
        <w:t>C. 30-12-2018.</w:t>
      </w:r>
    </w:p>
    <w:p>
      <w:pPr>
        <w:pStyle w:val="ListParagraph"/>
      </w:pPr>
      <w:r>
        <w:rPr>
          <w:sz w:val="22"/>
        </w:rPr>
        <w:t>D. 30-12-2024.</w:t>
      </w:r>
    </w:p>
    <w:p/>
    <w:p>
      <w:r>
        <w:rPr>
          <w:b/>
          <w:sz w:val="24"/>
        </w:rPr>
        <w:t>Câu 14: Pháp luật về bảo đảm trật tự, an toàn giao thông là ý chí của</w:t>
      </w:r>
    </w:p>
    <w:p>
      <w:pPr>
        <w:pStyle w:val="ListParagraph"/>
      </w:pPr>
      <w:r>
        <w:rPr>
          <w:sz w:val="22"/>
        </w:rPr>
        <w:t>A. Đảng đề ra và tổ chức thực hiện bảo đảm trật tự, an toàn giao thông.</w:t>
      </w:r>
    </w:p>
    <w:p>
      <w:pPr>
        <w:pStyle w:val="ListParagraph"/>
      </w:pPr>
      <w:r>
        <w:rPr>
          <w:sz w:val="22"/>
        </w:rPr>
        <w:t>B. Công an nhân dân đề ra và tổ chức thực hiện bảo đảm trật tự, an toàn giao thông.</w:t>
      </w:r>
    </w:p>
    <w:p>
      <w:pPr>
        <w:pStyle w:val="ListParagraph"/>
      </w:pPr>
      <w:r>
        <w:rPr>
          <w:sz w:val="22"/>
        </w:rPr>
        <w:t>C. Nhà nước đề ra và tổ chức thực hiện bảo đảm trật tự, an toàn giao thông.</w:t>
      </w:r>
    </w:p>
    <w:p>
      <w:pPr>
        <w:pStyle w:val="ListParagraph"/>
      </w:pPr>
      <w:r>
        <w:rPr>
          <w:sz w:val="22"/>
        </w:rPr>
        <w:t>D. Mặt trận Tổ quốc đề ra và tổ chức thực hiện bảo đảm trật tự, an toàn giao thông.</w:t>
      </w:r>
    </w:p>
    <w:p/>
    <w:p>
      <w:r>
        <w:rPr>
          <w:b/>
          <w:sz w:val="24"/>
        </w:rPr>
        <w:t>Câu 15: Điểm a khoản 9 Điều 7 Nghị định 168/2024/NĐ-CP quy định lỗi vi phạm “Điều khiển xe lạng lách, đánh võng” thì bị phạt bao nhiêu tiền?</w:t>
      </w:r>
    </w:p>
    <w:p>
      <w:pPr>
        <w:pStyle w:val="ListParagraph"/>
      </w:pPr>
      <w:r>
        <w:rPr>
          <w:sz w:val="22"/>
        </w:rPr>
        <w:t>A. 05 đến 07 triệu đồng</w:t>
      </w:r>
    </w:p>
    <w:p>
      <w:pPr>
        <w:pStyle w:val="ListParagraph"/>
      </w:pPr>
      <w:r>
        <w:rPr>
          <w:sz w:val="22"/>
        </w:rPr>
        <w:t>B. 08 đến 10 triệu đồng</w:t>
      </w:r>
    </w:p>
    <w:p>
      <w:pPr>
        <w:pStyle w:val="ListParagraph"/>
      </w:pPr>
      <w:r>
        <w:rPr>
          <w:sz w:val="22"/>
        </w:rPr>
        <w:t>C. 06 đến 08 triệu đồng</w:t>
      </w:r>
    </w:p>
    <w:p>
      <w:pPr>
        <w:pStyle w:val="ListParagraph"/>
      </w:pPr>
      <w:r>
        <w:rPr>
          <w:sz w:val="22"/>
        </w:rPr>
        <w:t>D. 07 đến 09 triệu đồng</w:t>
      </w:r>
    </w:p>
    <w:p/>
    <w:p>
      <w:r>
        <w:rPr>
          <w:b/>
          <w:sz w:val="24"/>
        </w:rPr>
        <w:t>Câu 16: Trong phạm vi chức năng, nhiệm vụ được giao có thẩm quyền xử phạt đối với các hành vi vi phạm thì lực lượng nào sau đây được phép xử phạt vi phạm?</w:t>
      </w:r>
    </w:p>
    <w:p>
      <w:pPr>
        <w:pStyle w:val="ListParagraph"/>
      </w:pPr>
      <w:r>
        <w:rPr>
          <w:sz w:val="22"/>
        </w:rPr>
        <w:t>A. Cảnh sát giao thông.</w:t>
      </w:r>
    </w:p>
    <w:p>
      <w:pPr>
        <w:pStyle w:val="ListParagraph"/>
      </w:pPr>
      <w:r>
        <w:rPr>
          <w:sz w:val="22"/>
        </w:rPr>
        <w:t>B. Cảnh sát cơ động.</w:t>
      </w:r>
    </w:p>
    <w:p>
      <w:pPr>
        <w:pStyle w:val="ListParagraph"/>
      </w:pPr>
      <w:r>
        <w:rPr>
          <w:sz w:val="22"/>
        </w:rPr>
        <w:t>C. Cảnh sát trật tự.</w:t>
      </w:r>
    </w:p>
    <w:p>
      <w:pPr>
        <w:pStyle w:val="ListParagraph"/>
      </w:pPr>
      <w:r>
        <w:rPr>
          <w:sz w:val="22"/>
        </w:rPr>
        <w:t>D. Tất cả đáp án đều đúng.</w:t>
      </w:r>
    </w:p>
    <w:p/>
    <w:p>
      <w:r>
        <w:rPr>
          <w:b/>
          <w:sz w:val="24"/>
        </w:rPr>
        <w:t>Câu 17: Điểm c khoản 7 Điều 7 Nghị định 168/2024/NĐ-CP quy định hành vi “Không chấp hành hiệu lệnh của đèn tín hiệu giao thông” thì bị phạt bao nhiêu tiền?</w:t>
      </w:r>
    </w:p>
    <w:p>
      <w:pPr>
        <w:pStyle w:val="ListParagraph"/>
      </w:pPr>
      <w:r>
        <w:rPr>
          <w:sz w:val="22"/>
        </w:rPr>
        <w:t>A. 04 đến 06 triệu đồng</w:t>
      </w:r>
    </w:p>
    <w:p>
      <w:pPr>
        <w:pStyle w:val="ListParagraph"/>
      </w:pPr>
      <w:r>
        <w:rPr>
          <w:sz w:val="22"/>
        </w:rPr>
        <w:t>B. 02 đến 04 triệu đồng</w:t>
      </w:r>
    </w:p>
    <w:p>
      <w:pPr>
        <w:pStyle w:val="ListParagraph"/>
      </w:pPr>
      <w:r>
        <w:rPr>
          <w:sz w:val="22"/>
        </w:rPr>
        <w:t>C. 03 đến 05 triệu đồng</w:t>
      </w:r>
    </w:p>
    <w:p>
      <w:pPr>
        <w:pStyle w:val="ListParagraph"/>
      </w:pPr>
      <w:r>
        <w:rPr>
          <w:sz w:val="22"/>
        </w:rPr>
        <w:t>D. 05 đến 07 triệu đồng</w:t>
      </w:r>
    </w:p>
    <w:p/>
    <w:p>
      <w:r>
        <w:rPr>
          <w:b/>
          <w:sz w:val="24"/>
        </w:rPr>
        <w:t>Câu 18: Dấu hiệu vi phạm pháp luật về bảo đảm trật tự, an toàn giao thông là gì?</w:t>
      </w:r>
    </w:p>
    <w:p>
      <w:pPr>
        <w:pStyle w:val="ListParagraph"/>
      </w:pPr>
      <w:r>
        <w:rPr>
          <w:sz w:val="22"/>
        </w:rPr>
        <w:t>A. Tính trái pháp luật về bảo đảm trật tự, an toàn giao thông, tính nguy hiểm cho xã hội.</w:t>
      </w:r>
    </w:p>
    <w:p>
      <w:pPr>
        <w:pStyle w:val="ListParagraph"/>
      </w:pPr>
      <w:r>
        <w:rPr>
          <w:sz w:val="22"/>
        </w:rPr>
        <w:t>B. Tính trái pháp luật về bảo đảm trật tự, an toàn giao thông.</w:t>
      </w:r>
    </w:p>
    <w:p>
      <w:pPr>
        <w:pStyle w:val="ListParagraph"/>
      </w:pPr>
      <w:r>
        <w:rPr>
          <w:sz w:val="22"/>
        </w:rPr>
        <w:t>C. Tính nguy hiểm cho xã hội.</w:t>
      </w:r>
    </w:p>
    <w:p>
      <w:pPr>
        <w:pStyle w:val="ListParagraph"/>
      </w:pPr>
      <w:r>
        <w:rPr>
          <w:sz w:val="22"/>
        </w:rPr>
        <w:t>D. Tính không có lỗi.</w:t>
      </w:r>
    </w:p>
    <w:p/>
    <w:p>
      <w:r>
        <w:rPr>
          <w:b/>
          <w:sz w:val="24"/>
        </w:rPr>
        <w:t>Câu 19: Điểm b khoản 8 Điều 7 Nghị định 168/2024/NĐ-CP quy định người tham gia giao thông bị phạt tiền từ 06 đến 08 triệu đồng đối với hành vi nào sau đây?</w:t>
      </w:r>
    </w:p>
    <w:p>
      <w:pPr>
        <w:pStyle w:val="ListParagraph"/>
      </w:pPr>
      <w:r>
        <w:rPr>
          <w:sz w:val="22"/>
        </w:rPr>
        <w:t>A. Điều khiển xe trên đường mà trong máu hoặc hơi thở có nồng độ cồn vượt quá 40 miligam đến 60 miligam/100 mililit máu hoặc vượt quá 0,25 miligam đến 0,5 miligam/1 lít khí thở.</w:t>
      </w:r>
    </w:p>
    <w:p>
      <w:pPr>
        <w:pStyle w:val="ListParagraph"/>
      </w:pPr>
      <w:r>
        <w:rPr>
          <w:sz w:val="22"/>
        </w:rPr>
        <w:t>B. Điều khiển xe trên đường mà trong máu hoặc hơi thở có nồng độ cồn vượt quá 60 miligam đến 80 miligam/100 mililit máu hoặc vượt quá 0,3 miligam đến 0,5 miligam/1 lít khí thở.</w:t>
      </w:r>
    </w:p>
    <w:p>
      <w:pPr>
        <w:pStyle w:val="ListParagraph"/>
      </w:pPr>
      <w:r>
        <w:rPr>
          <w:sz w:val="22"/>
        </w:rPr>
        <w:t>C. Điều khiển xe trên đường mà trong máu hoặc hơi thở có nồng độ cồn vượt quá 50 miligam đến 80 miligam/100 mililit máu hoặc vượt quá 0,25 miligam đến 0,4 miligam/1 lít khí thở.</w:t>
      </w:r>
    </w:p>
    <w:p>
      <w:pPr>
        <w:pStyle w:val="ListParagraph"/>
      </w:pPr>
      <w:r>
        <w:rPr>
          <w:sz w:val="22"/>
        </w:rPr>
        <w:t>D. Điều khiển xe trên đường mà trong máu hoặc hơi thở có nồng độ cồn vượt quá 25 miligam đến 50 miligam/100 mililit máu hoặc vượt quá 0,2 miligam đến 0,4 miligam/1 lít khí thở.</w:t>
      </w:r>
    </w:p>
    <w:p/>
    <w:p>
      <w:r>
        <w:rPr>
          <w:b/>
          <w:sz w:val="24"/>
        </w:rPr>
        <w:t>Câu 20: Điền từ còn thiếu vào câu sau: “Bảo đảm trật tự, an toàn giao thông là các hành vi … khi tham gia giao thông bao gồm việc chấp hành luật giao thông.”</w:t>
      </w:r>
    </w:p>
    <w:p>
      <w:pPr>
        <w:pStyle w:val="ListParagraph"/>
      </w:pPr>
      <w:r>
        <w:rPr>
          <w:sz w:val="22"/>
        </w:rPr>
        <w:t>A. Ý thức</w:t>
      </w:r>
    </w:p>
    <w:p>
      <w:pPr>
        <w:pStyle w:val="ListParagraph"/>
      </w:pPr>
      <w:r>
        <w:rPr>
          <w:sz w:val="22"/>
        </w:rPr>
        <w:t>B. Văn hóa</w:t>
      </w:r>
    </w:p>
    <w:p>
      <w:pPr>
        <w:pStyle w:val="ListParagraph"/>
      </w:pPr>
      <w:r>
        <w:rPr>
          <w:sz w:val="22"/>
        </w:rPr>
        <w:t>C. Đảm bảo</w:t>
      </w:r>
    </w:p>
    <w:p>
      <w:pPr>
        <w:pStyle w:val="ListParagraph"/>
      </w:pPr>
      <w:r>
        <w:rPr>
          <w:sz w:val="22"/>
        </w:rPr>
        <w:t>D. Văn minh</w:t>
      </w:r>
    </w:p>
    <w:p/>
    <w:p>
      <w:r>
        <w:t>──────────────────────────────────────────────────</w:t>
      </w:r>
    </w:p>
    <w:p>
      <w:r>
        <w:rPr>
          <w:b/>
        </w:rPr>
        <w:t>BẢNG ĐÁP ÁN &amp; LỜI GIẢI CHI TIẾT</w:t>
      </w:r>
    </w:p>
    <w:p>
      <w:r>
        <w:rPr>
          <w:b/>
        </w:rPr>
        <w:t>Câu 1: Đáp án đúng: B</w:t>
      </w:r>
    </w:p>
    <w:p>
      <w:r>
        <w:rPr>
          <w:b/>
        </w:rPr>
        <w:t>Câu 2: Đáp án đúng: C</w:t>
      </w:r>
    </w:p>
    <w:p>
      <w:r>
        <w:rPr>
          <w:b/>
        </w:rPr>
        <w:t>Câu 3: Đáp án đúng: D</w:t>
      </w:r>
    </w:p>
    <w:p>
      <w:r>
        <w:rPr>
          <w:b/>
        </w:rPr>
        <w:t>Câu 4: Đáp án đúng: A</w:t>
      </w:r>
    </w:p>
    <w:p>
      <w:r>
        <w:rPr>
          <w:b/>
        </w:rPr>
        <w:t>Câu 5: Đáp án đúng: A</w:t>
      </w:r>
    </w:p>
    <w:p>
      <w:r>
        <w:rPr>
          <w:b/>
        </w:rPr>
        <w:t>Câu 6: Đáp án đúng: C</w:t>
      </w:r>
    </w:p>
    <w:p>
      <w:r>
        <w:rPr>
          <w:b/>
        </w:rPr>
        <w:t>Câu 7: Đáp án đúng: B</w:t>
      </w:r>
    </w:p>
    <w:p>
      <w:r>
        <w:rPr>
          <w:b/>
        </w:rPr>
        <w:t>Câu 8: Đáp án đúng: C</w:t>
      </w:r>
    </w:p>
    <w:p>
      <w:r>
        <w:rPr>
          <w:b/>
        </w:rPr>
        <w:t>Câu 9: Đáp án đúng: B</w:t>
      </w:r>
    </w:p>
    <w:p>
      <w:r>
        <w:rPr>
          <w:b/>
        </w:rPr>
        <w:t>Câu 10: Đáp án đúng: C</w:t>
      </w:r>
    </w:p>
    <w:p>
      <w:r>
        <w:rPr>
          <w:b/>
        </w:rPr>
        <w:t>Câu 11: Đáp án đúng: D</w:t>
      </w:r>
    </w:p>
    <w:p>
      <w:r>
        <w:rPr>
          <w:b/>
        </w:rPr>
        <w:t>Câu 12: Đáp án đúng: B</w:t>
      </w:r>
    </w:p>
    <w:p>
      <w:r>
        <w:rPr>
          <w:b/>
        </w:rPr>
        <w:t>Câu 13: Đáp án đúng: A</w:t>
      </w:r>
    </w:p>
    <w:p>
      <w:r>
        <w:rPr>
          <w:b/>
        </w:rPr>
        <w:t>Câu 14: Đáp án đúng: C</w:t>
      </w:r>
    </w:p>
    <w:p>
      <w:r>
        <w:rPr>
          <w:b/>
        </w:rPr>
        <w:t>Câu 15: Đáp án đúng: B</w:t>
      </w:r>
    </w:p>
    <w:p>
      <w:r>
        <w:rPr>
          <w:b/>
        </w:rPr>
        <w:t>Câu 16: Đáp án đúng: D</w:t>
      </w:r>
    </w:p>
    <w:p>
      <w:r>
        <w:rPr>
          <w:b/>
        </w:rPr>
        <w:t>Câu 17: Đáp án đúng: A</w:t>
      </w:r>
    </w:p>
    <w:p>
      <w:r>
        <w:rPr>
          <w:b/>
        </w:rPr>
        <w:t>Câu 18: Đáp án đúng: A</w:t>
      </w:r>
    </w:p>
    <w:p>
      <w:r>
        <w:rPr>
          <w:b/>
        </w:rPr>
        <w:t>Câu 19: Đáp án đúng: C</w:t>
      </w:r>
    </w:p>
    <w:p>
      <w:r>
        <w:rPr>
          <w:b/>
        </w:rPr>
        <w:t>Câu 20: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