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- Dưới đây là bộ quiz trắc nghiệm gồm 32 câu hỏi đượ</w:t>
      </w:r>
    </w:p>
    <w:p>
      <w:pPr>
        <w:jc w:val="center"/>
      </w:pPr>
      <w:r>
        <w:rPr>
          <w:sz w:val="22"/>
        </w:rPr>
        <w:t>Số câu: 32    Thời gian: _____ phút    Họ và tên: _________________________</w:t>
      </w:r>
    </w:p>
    <w:p/>
    <w:p>
      <w:r>
        <w:rPr>
          <w:b/>
          <w:sz w:val="24"/>
        </w:rPr>
        <w:t>Câu 1: Which word matches the definition: "a series of things that are done in order to achieve a particular result"?</w:t>
      </w:r>
    </w:p>
    <w:p>
      <w:pPr>
        <w:pStyle w:val="ListParagraph"/>
      </w:pPr>
      <w:r>
        <w:rPr>
          <w:sz w:val="22"/>
        </w:rPr>
        <w:t>A. process</w:t>
      </w:r>
    </w:p>
    <w:p>
      <w:pPr>
        <w:pStyle w:val="ListParagraph"/>
      </w:pPr>
      <w:r>
        <w:rPr>
          <w:sz w:val="22"/>
        </w:rPr>
        <w:t>B. compound</w:t>
      </w:r>
    </w:p>
    <w:p>
      <w:pPr>
        <w:pStyle w:val="ListParagraph"/>
      </w:pPr>
      <w:r>
        <w:rPr>
          <w:sz w:val="22"/>
        </w:rPr>
        <w:t>C. formulation</w:t>
      </w:r>
    </w:p>
    <w:p>
      <w:pPr>
        <w:pStyle w:val="ListParagraph"/>
      </w:pPr>
      <w:r>
        <w:rPr>
          <w:sz w:val="22"/>
        </w:rPr>
        <w:t>D. protocol</w:t>
      </w:r>
    </w:p>
    <w:p/>
    <w:p>
      <w:r>
        <w:rPr>
          <w:b/>
          <w:sz w:val="24"/>
        </w:rPr>
        <w:t>Câu 2: Which word matches the definition: "to mix something together"?</w:t>
      </w:r>
    </w:p>
    <w:p>
      <w:pPr>
        <w:pStyle w:val="ListParagraph"/>
      </w:pPr>
      <w:r>
        <w:rPr>
          <w:sz w:val="22"/>
        </w:rPr>
        <w:t>A. package</w:t>
      </w:r>
    </w:p>
    <w:p>
      <w:pPr>
        <w:pStyle w:val="ListParagraph"/>
      </w:pPr>
      <w:r>
        <w:rPr>
          <w:sz w:val="22"/>
        </w:rPr>
        <w:t>B. compound</w:t>
      </w:r>
    </w:p>
    <w:p>
      <w:pPr>
        <w:pStyle w:val="ListParagraph"/>
      </w:pPr>
      <w:r>
        <w:rPr>
          <w:sz w:val="22"/>
        </w:rPr>
        <w:t>C. compile</w:t>
      </w:r>
    </w:p>
    <w:p>
      <w:pPr>
        <w:pStyle w:val="ListParagraph"/>
      </w:pPr>
      <w:r>
        <w:rPr>
          <w:sz w:val="22"/>
        </w:rPr>
        <w:t>D. market</w:t>
      </w:r>
    </w:p>
    <w:p/>
    <w:p>
      <w:r>
        <w:rPr>
          <w:b/>
          <w:sz w:val="24"/>
        </w:rPr>
        <w:t>Câu 3: Which word matches the definition: "to put something into a box, bag, etc. to be sold or transported"?</w:t>
      </w:r>
    </w:p>
    <w:p>
      <w:pPr>
        <w:pStyle w:val="ListParagraph"/>
      </w:pPr>
      <w:r>
        <w:rPr>
          <w:sz w:val="22"/>
        </w:rPr>
        <w:t>A. process</w:t>
      </w:r>
    </w:p>
    <w:p>
      <w:pPr>
        <w:pStyle w:val="ListParagraph"/>
      </w:pPr>
      <w:r>
        <w:rPr>
          <w:sz w:val="22"/>
        </w:rPr>
        <w:t>B. leaflet</w:t>
      </w:r>
    </w:p>
    <w:p>
      <w:pPr>
        <w:pStyle w:val="ListParagraph"/>
      </w:pPr>
      <w:r>
        <w:rPr>
          <w:sz w:val="22"/>
        </w:rPr>
        <w:t>C. package</w:t>
      </w:r>
    </w:p>
    <w:p>
      <w:pPr>
        <w:pStyle w:val="ListParagraph"/>
      </w:pPr>
      <w:r>
        <w:rPr>
          <w:sz w:val="22"/>
        </w:rPr>
        <w:t>D. dossier</w:t>
      </w:r>
    </w:p>
    <w:p/>
    <w:p>
      <w:r>
        <w:rPr>
          <w:b/>
          <w:sz w:val="24"/>
        </w:rPr>
        <w:t>Câu 4: Which word matches the definition: "a printed sheet of paper or a few printed pages that are given free to advertise or give information about something"?</w:t>
      </w:r>
    </w:p>
    <w:p>
      <w:pPr>
        <w:pStyle w:val="ListParagraph"/>
      </w:pPr>
      <w:r>
        <w:rPr>
          <w:sz w:val="22"/>
        </w:rPr>
        <w:t>A. dossier</w:t>
      </w:r>
    </w:p>
    <w:p>
      <w:pPr>
        <w:pStyle w:val="ListParagraph"/>
      </w:pPr>
      <w:r>
        <w:rPr>
          <w:sz w:val="22"/>
        </w:rPr>
        <w:t>B. leaflet</w:t>
      </w:r>
    </w:p>
    <w:p>
      <w:pPr>
        <w:pStyle w:val="ListParagraph"/>
      </w:pPr>
      <w:r>
        <w:rPr>
          <w:sz w:val="22"/>
        </w:rPr>
        <w:t>C. promotion</w:t>
      </w:r>
    </w:p>
    <w:p>
      <w:pPr>
        <w:pStyle w:val="ListParagraph"/>
      </w:pPr>
      <w:r>
        <w:rPr>
          <w:sz w:val="22"/>
        </w:rPr>
        <w:t>D. protocol</w:t>
      </w:r>
    </w:p>
    <w:p/>
    <w:p>
      <w:r>
        <w:rPr>
          <w:b/>
          <w:sz w:val="24"/>
        </w:rPr>
        <w:t>Câu 5: Which word matches the definition: "A medical drug that has been prepared in a particular way"?</w:t>
      </w:r>
    </w:p>
    <w:p>
      <w:pPr>
        <w:pStyle w:val="ListParagraph"/>
      </w:pPr>
      <w:r>
        <w:rPr>
          <w:sz w:val="22"/>
        </w:rPr>
        <w:t>A. formulation</w:t>
      </w:r>
    </w:p>
    <w:p>
      <w:pPr>
        <w:pStyle w:val="ListParagraph"/>
      </w:pPr>
      <w:r>
        <w:rPr>
          <w:sz w:val="22"/>
        </w:rPr>
        <w:t>B. OTC drug</w:t>
      </w:r>
    </w:p>
    <w:p>
      <w:pPr>
        <w:pStyle w:val="ListParagraph"/>
      </w:pPr>
      <w:r>
        <w:rPr>
          <w:sz w:val="22"/>
        </w:rPr>
        <w:t>C. capsule</w:t>
      </w:r>
    </w:p>
    <w:p>
      <w:pPr>
        <w:pStyle w:val="ListParagraph"/>
      </w:pPr>
      <w:r>
        <w:rPr>
          <w:sz w:val="22"/>
        </w:rPr>
        <w:t>D. compound</w:t>
      </w:r>
    </w:p>
    <w:p/>
    <w:p>
      <w:r>
        <w:rPr>
          <w:b/>
          <w:sz w:val="24"/>
        </w:rPr>
        <w:t>Câu 6: Which word matches the definition: "official permission or power to do something; the act of giving permission"?</w:t>
      </w:r>
    </w:p>
    <w:p>
      <w:pPr>
        <w:pStyle w:val="ListParagraph"/>
      </w:pPr>
      <w:r>
        <w:rPr>
          <w:sz w:val="22"/>
        </w:rPr>
        <w:t>A. compliance</w:t>
      </w:r>
    </w:p>
    <w:p>
      <w:pPr>
        <w:pStyle w:val="ListParagraph"/>
      </w:pPr>
      <w:r>
        <w:rPr>
          <w:sz w:val="22"/>
        </w:rPr>
        <w:t>B. promotion</w:t>
      </w:r>
    </w:p>
    <w:p>
      <w:pPr>
        <w:pStyle w:val="ListParagraph"/>
      </w:pPr>
      <w:r>
        <w:rPr>
          <w:sz w:val="22"/>
        </w:rPr>
        <w:t>C. authorization</w:t>
      </w:r>
    </w:p>
    <w:p>
      <w:pPr>
        <w:pStyle w:val="ListParagraph"/>
      </w:pPr>
      <w:r>
        <w:rPr>
          <w:sz w:val="22"/>
        </w:rPr>
        <w:t>D. protocol</w:t>
      </w:r>
    </w:p>
    <w:p/>
    <w:p>
      <w:r>
        <w:rPr>
          <w:b/>
          <w:sz w:val="24"/>
        </w:rPr>
        <w:t>Câu 7: Which word matches the definition: "to offer a product for sale"?</w:t>
      </w:r>
    </w:p>
    <w:p>
      <w:pPr>
        <w:pStyle w:val="ListParagraph"/>
      </w:pPr>
      <w:r>
        <w:rPr>
          <w:sz w:val="22"/>
        </w:rPr>
        <w:t>A. Market (v)</w:t>
      </w:r>
    </w:p>
    <w:p>
      <w:pPr>
        <w:pStyle w:val="ListParagraph"/>
      </w:pPr>
      <w:r>
        <w:rPr>
          <w:sz w:val="22"/>
        </w:rPr>
        <w:t>B. Promotion</w:t>
      </w:r>
    </w:p>
    <w:p>
      <w:pPr>
        <w:pStyle w:val="ListParagraph"/>
      </w:pPr>
      <w:r>
        <w:rPr>
          <w:sz w:val="22"/>
        </w:rPr>
        <w:t>C. Package</w:t>
      </w:r>
    </w:p>
    <w:p>
      <w:pPr>
        <w:pStyle w:val="ListParagraph"/>
      </w:pPr>
      <w:r>
        <w:rPr>
          <w:sz w:val="22"/>
        </w:rPr>
        <w:t>D. Process</w:t>
      </w:r>
    </w:p>
    <w:p/>
    <w:p>
      <w:r>
        <w:rPr>
          <w:b/>
          <w:sz w:val="24"/>
        </w:rPr>
        <w:t>Câu 8: Which word matches the definition: "activities done in order to increase the sales of a product or service; a set of advertisements for a particular product or service"?</w:t>
      </w:r>
    </w:p>
    <w:p>
      <w:pPr>
        <w:pStyle w:val="ListParagraph"/>
      </w:pPr>
      <w:r>
        <w:rPr>
          <w:sz w:val="22"/>
        </w:rPr>
        <w:t>A. Authorization</w:t>
      </w:r>
    </w:p>
    <w:p>
      <w:pPr>
        <w:pStyle w:val="ListParagraph"/>
      </w:pPr>
      <w:r>
        <w:rPr>
          <w:sz w:val="22"/>
        </w:rPr>
        <w:t>B. Promotion</w:t>
      </w:r>
    </w:p>
    <w:p>
      <w:pPr>
        <w:pStyle w:val="ListParagraph"/>
      </w:pPr>
      <w:r>
        <w:rPr>
          <w:sz w:val="22"/>
        </w:rPr>
        <w:t>C. Compliance</w:t>
      </w:r>
    </w:p>
    <w:p>
      <w:pPr>
        <w:pStyle w:val="ListParagraph"/>
      </w:pPr>
      <w:r>
        <w:rPr>
          <w:sz w:val="22"/>
        </w:rPr>
        <w:t>D. Pharmacovigilance</w:t>
      </w:r>
    </w:p>
    <w:p/>
    <w:p>
      <w:r>
        <w:rPr>
          <w:b/>
          <w:sz w:val="24"/>
        </w:rPr>
        <w:t>Câu 9: Which word matches the definition: "are medicines sold directly to a consumer without a requirement for a prescription from a healthcare professional,"?</w:t>
      </w:r>
    </w:p>
    <w:p>
      <w:pPr>
        <w:pStyle w:val="ListParagraph"/>
      </w:pPr>
      <w:r>
        <w:rPr>
          <w:sz w:val="22"/>
        </w:rPr>
        <w:t>A. Formulation</w:t>
      </w:r>
    </w:p>
    <w:p>
      <w:pPr>
        <w:pStyle w:val="ListParagraph"/>
      </w:pPr>
      <w:r>
        <w:rPr>
          <w:sz w:val="22"/>
        </w:rPr>
        <w:t>B. Over-the-counter (OTC) drugs</w:t>
      </w:r>
    </w:p>
    <w:p>
      <w:pPr>
        <w:pStyle w:val="ListParagraph"/>
      </w:pPr>
      <w:r>
        <w:rPr>
          <w:sz w:val="22"/>
        </w:rPr>
        <w:t>C. Dossier</w:t>
      </w:r>
    </w:p>
    <w:p>
      <w:pPr>
        <w:pStyle w:val="ListParagraph"/>
      </w:pPr>
      <w:r>
        <w:rPr>
          <w:sz w:val="22"/>
        </w:rPr>
        <w:t>D. Protocol</w:t>
      </w:r>
    </w:p>
    <w:p/>
    <w:p>
      <w:r>
        <w:rPr>
          <w:b/>
          <w:sz w:val="24"/>
        </w:rPr>
        <w:t>Câu 10: Which word matches the definition: "the practice of obeying rules or requests made by people in authority"?</w:t>
      </w:r>
    </w:p>
    <w:p>
      <w:pPr>
        <w:pStyle w:val="ListParagraph"/>
      </w:pPr>
      <w:r>
        <w:rPr>
          <w:sz w:val="22"/>
        </w:rPr>
        <w:t>A. Compliance</w:t>
      </w:r>
    </w:p>
    <w:p>
      <w:pPr>
        <w:pStyle w:val="ListParagraph"/>
      </w:pPr>
      <w:r>
        <w:rPr>
          <w:sz w:val="22"/>
        </w:rPr>
        <w:t>B. Authorization</w:t>
      </w:r>
    </w:p>
    <w:p>
      <w:pPr>
        <w:pStyle w:val="ListParagraph"/>
      </w:pPr>
      <w:r>
        <w:rPr>
          <w:sz w:val="22"/>
        </w:rPr>
        <w:t>C. Promotion</w:t>
      </w:r>
    </w:p>
    <w:p>
      <w:pPr>
        <w:pStyle w:val="ListParagraph"/>
      </w:pPr>
      <w:r>
        <w:rPr>
          <w:sz w:val="22"/>
        </w:rPr>
        <w:t>D. Pharmacovigilance</w:t>
      </w:r>
    </w:p>
    <w:p/>
    <w:p>
      <w:r>
        <w:rPr>
          <w:b/>
          <w:sz w:val="24"/>
        </w:rPr>
        <w:t>Câu 11: Which term is "defined as the science and activities relating to the detection, assessment, understanding and prevention of adverse effects or any other drug-related problem"?</w:t>
      </w:r>
    </w:p>
    <w:p>
      <w:pPr>
        <w:pStyle w:val="ListParagraph"/>
      </w:pPr>
      <w:r>
        <w:rPr>
          <w:sz w:val="22"/>
        </w:rPr>
        <w:t>A. Compliance</w:t>
      </w:r>
    </w:p>
    <w:p>
      <w:pPr>
        <w:pStyle w:val="ListParagraph"/>
      </w:pPr>
      <w:r>
        <w:rPr>
          <w:sz w:val="22"/>
        </w:rPr>
        <w:t>B. Protocol</w:t>
      </w:r>
    </w:p>
    <w:p>
      <w:pPr>
        <w:pStyle w:val="ListParagraph"/>
      </w:pPr>
      <w:r>
        <w:rPr>
          <w:sz w:val="22"/>
        </w:rPr>
        <w:t>C. Pharmacovigilance (PV)</w:t>
      </w:r>
    </w:p>
    <w:p>
      <w:pPr>
        <w:pStyle w:val="ListParagraph"/>
      </w:pPr>
      <w:r>
        <w:rPr>
          <w:sz w:val="22"/>
        </w:rPr>
        <w:t>D. Formulation</w:t>
      </w:r>
    </w:p>
    <w:p/>
    <w:p>
      <w:r>
        <w:rPr>
          <w:b/>
          <w:sz w:val="24"/>
        </w:rPr>
        <w:t>Câu 12: Which word matches the definition: "a plan for performing a scientific experiment or medical treatment"?</w:t>
      </w:r>
    </w:p>
    <w:p>
      <w:pPr>
        <w:pStyle w:val="ListParagraph"/>
      </w:pPr>
      <w:r>
        <w:rPr>
          <w:sz w:val="22"/>
        </w:rPr>
        <w:t>A. Protocol</w:t>
      </w:r>
    </w:p>
    <w:p>
      <w:pPr>
        <w:pStyle w:val="ListParagraph"/>
      </w:pPr>
      <w:r>
        <w:rPr>
          <w:sz w:val="22"/>
        </w:rPr>
        <w:t>B. Dossier</w:t>
      </w:r>
    </w:p>
    <w:p>
      <w:pPr>
        <w:pStyle w:val="ListParagraph"/>
      </w:pPr>
      <w:r>
        <w:rPr>
          <w:sz w:val="22"/>
        </w:rPr>
        <w:t>C. Process</w:t>
      </w:r>
    </w:p>
    <w:p>
      <w:pPr>
        <w:pStyle w:val="ListParagraph"/>
      </w:pPr>
      <w:r>
        <w:rPr>
          <w:sz w:val="22"/>
        </w:rPr>
        <w:t>D. Formulation</w:t>
      </w:r>
    </w:p>
    <w:p/>
    <w:p>
      <w:r>
        <w:rPr>
          <w:b/>
          <w:sz w:val="24"/>
        </w:rPr>
        <w:t>Câu 13: Which job title matches the definition: "an employee who works on an assembly line"?</w:t>
      </w:r>
    </w:p>
    <w:p>
      <w:pPr>
        <w:pStyle w:val="ListParagraph"/>
      </w:pPr>
      <w:r>
        <w:rPr>
          <w:sz w:val="22"/>
        </w:rPr>
        <w:t>A. employee</w:t>
      </w:r>
    </w:p>
    <w:p>
      <w:pPr>
        <w:pStyle w:val="ListParagraph"/>
      </w:pPr>
      <w:r>
        <w:rPr>
          <w:sz w:val="22"/>
        </w:rPr>
        <w:t>B. line worker</w:t>
      </w:r>
    </w:p>
    <w:p>
      <w:pPr>
        <w:pStyle w:val="ListParagraph"/>
      </w:pPr>
      <w:r>
        <w:rPr>
          <w:sz w:val="22"/>
        </w:rPr>
        <w:t>C. project manager</w:t>
      </w:r>
    </w:p>
    <w:p>
      <w:pPr>
        <w:pStyle w:val="ListParagraph"/>
      </w:pPr>
      <w:r>
        <w:rPr>
          <w:sz w:val="22"/>
        </w:rPr>
        <w:t>D. laboratory technician</w:t>
      </w:r>
    </w:p>
    <w:p/>
    <w:p>
      <w:r>
        <w:rPr>
          <w:b/>
          <w:sz w:val="24"/>
        </w:rPr>
        <w:t>Câu 14: Which word matches the definition: "a worker who is hired to perform a job"?</w:t>
      </w:r>
    </w:p>
    <w:p>
      <w:pPr>
        <w:pStyle w:val="ListParagraph"/>
      </w:pPr>
      <w:r>
        <w:rPr>
          <w:sz w:val="22"/>
        </w:rPr>
        <w:t>A. employee</w:t>
      </w:r>
    </w:p>
    <w:p>
      <w:pPr>
        <w:pStyle w:val="ListParagraph"/>
      </w:pPr>
      <w:r>
        <w:rPr>
          <w:sz w:val="22"/>
        </w:rPr>
        <w:t>B. line worker</w:t>
      </w:r>
    </w:p>
    <w:p>
      <w:pPr>
        <w:pStyle w:val="ListParagraph"/>
      </w:pPr>
      <w:r>
        <w:rPr>
          <w:sz w:val="22"/>
        </w:rPr>
        <w:t>C. medical writer</w:t>
      </w:r>
    </w:p>
    <w:p>
      <w:pPr>
        <w:pStyle w:val="ListParagraph"/>
      </w:pPr>
      <w:r>
        <w:rPr>
          <w:sz w:val="22"/>
        </w:rPr>
        <w:t>D. qualified person</w:t>
      </w:r>
    </w:p>
    <w:p/>
    <w:p>
      <w:r>
        <w:rPr>
          <w:b/>
          <w:sz w:val="24"/>
        </w:rPr>
        <w:t>Câu 15: Which word matches the definition: "a collection of documents that contain information about a person, an event or a subject"?</w:t>
      </w:r>
    </w:p>
    <w:p>
      <w:pPr>
        <w:pStyle w:val="ListParagraph"/>
      </w:pPr>
      <w:r>
        <w:rPr>
          <w:sz w:val="22"/>
        </w:rPr>
        <w:t>A. leaflet</w:t>
      </w:r>
    </w:p>
    <w:p>
      <w:pPr>
        <w:pStyle w:val="ListParagraph"/>
      </w:pPr>
      <w:r>
        <w:rPr>
          <w:sz w:val="22"/>
        </w:rPr>
        <w:t>B. protocol</w:t>
      </w:r>
    </w:p>
    <w:p>
      <w:pPr>
        <w:pStyle w:val="ListParagraph"/>
      </w:pPr>
      <w:r>
        <w:rPr>
          <w:sz w:val="22"/>
        </w:rPr>
        <w:t>C. dossier</w:t>
      </w:r>
    </w:p>
    <w:p>
      <w:pPr>
        <w:pStyle w:val="ListParagraph"/>
      </w:pPr>
      <w:r>
        <w:rPr>
          <w:sz w:val="22"/>
        </w:rPr>
        <w:t>D. formulation</w:t>
      </w:r>
    </w:p>
    <w:p/>
    <w:p>
      <w:r>
        <w:rPr>
          <w:b/>
          <w:sz w:val="24"/>
        </w:rPr>
        <w:t>Câu 16: Complete the sentence from the image: "The medicine can be taken in tablet or ________ form."</w:t>
      </w:r>
    </w:p>
    <w:p>
      <w:pPr>
        <w:pStyle w:val="ListParagraph"/>
      </w:pPr>
      <w:r>
        <w:rPr>
          <w:sz w:val="22"/>
        </w:rPr>
        <w:t>A. capsule</w:t>
      </w:r>
    </w:p>
    <w:p>
      <w:pPr>
        <w:pStyle w:val="ListParagraph"/>
      </w:pPr>
      <w:r>
        <w:rPr>
          <w:sz w:val="22"/>
        </w:rPr>
        <w:t>B. leaflet</w:t>
      </w:r>
    </w:p>
    <w:p>
      <w:pPr>
        <w:pStyle w:val="ListParagraph"/>
      </w:pPr>
      <w:r>
        <w:rPr>
          <w:sz w:val="22"/>
        </w:rPr>
        <w:t>C. dossier</w:t>
      </w:r>
    </w:p>
    <w:p>
      <w:pPr>
        <w:pStyle w:val="ListParagraph"/>
      </w:pPr>
      <w:r>
        <w:rPr>
          <w:sz w:val="22"/>
        </w:rPr>
        <w:t>D. formulation</w:t>
      </w:r>
    </w:p>
    <w:p/>
    <w:p>
      <w:r>
        <w:rPr>
          <w:b/>
          <w:sz w:val="24"/>
        </w:rPr>
        <w:t>Câu 17: Which word matches the definition: "compile something to produce a book, list, report, etc. by bringing together different items, articles, songs, etc.; to collect information in order to produce a book, list, etc."?</w:t>
      </w:r>
    </w:p>
    <w:p>
      <w:pPr>
        <w:pStyle w:val="ListParagraph"/>
      </w:pPr>
      <w:r>
        <w:rPr>
          <w:sz w:val="22"/>
        </w:rPr>
        <w:t>A. compound</w:t>
      </w:r>
    </w:p>
    <w:p>
      <w:pPr>
        <w:pStyle w:val="ListParagraph"/>
      </w:pPr>
      <w:r>
        <w:rPr>
          <w:sz w:val="22"/>
        </w:rPr>
        <w:t>B. compile</w:t>
      </w:r>
    </w:p>
    <w:p>
      <w:pPr>
        <w:pStyle w:val="ListParagraph"/>
      </w:pPr>
      <w:r>
        <w:rPr>
          <w:sz w:val="22"/>
        </w:rPr>
        <w:t>C. process</w:t>
      </w:r>
    </w:p>
    <w:p>
      <w:pPr>
        <w:pStyle w:val="ListParagraph"/>
      </w:pPr>
      <w:r>
        <w:rPr>
          <w:sz w:val="22"/>
        </w:rPr>
        <w:t>D. package</w:t>
      </w:r>
    </w:p>
    <w:p/>
    <w:p>
      <w:r>
        <w:rPr>
          <w:b/>
          <w:sz w:val="24"/>
        </w:rPr>
        <w:t>Câu 18: What is the exact definition of process?</w:t>
      </w:r>
    </w:p>
    <w:p>
      <w:pPr>
        <w:pStyle w:val="ListParagraph"/>
      </w:pPr>
      <w:r>
        <w:rPr>
          <w:sz w:val="22"/>
        </w:rPr>
        <w:t>A. a series of things that are done in order to achieve a particular result</w:t>
      </w:r>
    </w:p>
    <w:p>
      <w:pPr>
        <w:pStyle w:val="ListParagraph"/>
      </w:pPr>
      <w:r>
        <w:rPr>
          <w:sz w:val="22"/>
        </w:rPr>
        <w:t>B. to mix something together</w:t>
      </w:r>
    </w:p>
    <w:p>
      <w:pPr>
        <w:pStyle w:val="ListParagraph"/>
      </w:pPr>
      <w:r>
        <w:rPr>
          <w:sz w:val="22"/>
        </w:rPr>
        <w:t>C. to put something into a box, bag, etc.</w:t>
      </w:r>
    </w:p>
    <w:p>
      <w:pPr>
        <w:pStyle w:val="ListParagraph"/>
      </w:pPr>
      <w:r>
        <w:rPr>
          <w:sz w:val="22"/>
        </w:rPr>
        <w:t>D. a plan for performing a scientific experiment</w:t>
      </w:r>
    </w:p>
    <w:p/>
    <w:p>
      <w:r>
        <w:rPr>
          <w:b/>
          <w:sz w:val="24"/>
        </w:rPr>
        <w:t>Câu 19: What is the exact definition of compound?</w:t>
      </w:r>
    </w:p>
    <w:p>
      <w:pPr>
        <w:pStyle w:val="ListParagraph"/>
      </w:pPr>
      <w:r>
        <w:rPr>
          <w:sz w:val="22"/>
        </w:rPr>
        <w:t>A. to offer a product for sale</w:t>
      </w:r>
    </w:p>
    <w:p>
      <w:pPr>
        <w:pStyle w:val="ListParagraph"/>
      </w:pPr>
      <w:r>
        <w:rPr>
          <w:sz w:val="22"/>
        </w:rPr>
        <w:t>B. to mix something together</w:t>
      </w:r>
    </w:p>
    <w:p>
      <w:pPr>
        <w:pStyle w:val="ListParagraph"/>
      </w:pPr>
      <w:r>
        <w:rPr>
          <w:sz w:val="22"/>
        </w:rPr>
        <w:t>C. a medical drug that has been prepared in a particular way</w:t>
      </w:r>
    </w:p>
    <w:p>
      <w:pPr>
        <w:pStyle w:val="ListParagraph"/>
      </w:pPr>
      <w:r>
        <w:rPr>
          <w:sz w:val="22"/>
        </w:rPr>
        <w:t>D. to collect information in order to produce a book</w:t>
      </w:r>
    </w:p>
    <w:p/>
    <w:p>
      <w:r>
        <w:rPr>
          <w:b/>
          <w:sz w:val="24"/>
        </w:rPr>
        <w:t>Câu 20: What is the exact definition of package (verb)?</w:t>
      </w:r>
    </w:p>
    <w:p>
      <w:pPr>
        <w:pStyle w:val="ListParagraph"/>
      </w:pPr>
      <w:r>
        <w:rPr>
          <w:sz w:val="22"/>
        </w:rPr>
        <w:t>A. to put something into a box, bag, etc. to be sold or transported</w:t>
      </w:r>
    </w:p>
    <w:p>
      <w:pPr>
        <w:pStyle w:val="ListParagraph"/>
      </w:pPr>
      <w:r>
        <w:rPr>
          <w:sz w:val="22"/>
        </w:rPr>
        <w:t>B. a printed sheet of paper or a few printed pages</w:t>
      </w:r>
    </w:p>
    <w:p>
      <w:pPr>
        <w:pStyle w:val="ListParagraph"/>
      </w:pPr>
      <w:r>
        <w:rPr>
          <w:sz w:val="22"/>
        </w:rPr>
        <w:t>C. a collection of documents that contain information</w:t>
      </w:r>
    </w:p>
    <w:p>
      <w:pPr>
        <w:pStyle w:val="ListParagraph"/>
      </w:pPr>
      <w:r>
        <w:rPr>
          <w:sz w:val="22"/>
        </w:rPr>
        <w:t>D. to mix something together</w:t>
      </w:r>
    </w:p>
    <w:p/>
    <w:p>
      <w:r>
        <w:rPr>
          <w:b/>
          <w:sz w:val="24"/>
        </w:rPr>
        <w:t>Câu 21: What is the exact definition of leaflet (noun)?</w:t>
      </w:r>
    </w:p>
    <w:p>
      <w:pPr>
        <w:pStyle w:val="ListParagraph"/>
      </w:pPr>
      <w:r>
        <w:rPr>
          <w:sz w:val="22"/>
        </w:rPr>
        <w:t>A. a printed sheet of paper or a few printed pages that are given free to advertise or give information about something</w:t>
      </w:r>
    </w:p>
    <w:p>
      <w:pPr>
        <w:pStyle w:val="ListParagraph"/>
      </w:pPr>
      <w:r>
        <w:rPr>
          <w:sz w:val="22"/>
        </w:rPr>
        <w:t>B. a collection of documents that contain information about a person, an event or a subject</w:t>
      </w:r>
    </w:p>
    <w:p>
      <w:pPr>
        <w:pStyle w:val="ListParagraph"/>
      </w:pPr>
      <w:r>
        <w:rPr>
          <w:sz w:val="22"/>
        </w:rPr>
        <w:t>C. activities done in order to increase the sales of a product</w:t>
      </w:r>
    </w:p>
    <w:p>
      <w:pPr>
        <w:pStyle w:val="ListParagraph"/>
      </w:pPr>
      <w:r>
        <w:rPr>
          <w:sz w:val="22"/>
        </w:rPr>
        <w:t>D. a plan for performing a scientific experiment</w:t>
      </w:r>
    </w:p>
    <w:p/>
    <w:p>
      <w:r>
        <w:rPr>
          <w:b/>
          <w:sz w:val="24"/>
        </w:rPr>
        <w:t>Câu 22: What is the exact definition of formulation?</w:t>
      </w:r>
    </w:p>
    <w:p>
      <w:pPr>
        <w:pStyle w:val="ListParagraph"/>
      </w:pPr>
      <w:r>
        <w:rPr>
          <w:sz w:val="22"/>
        </w:rPr>
        <w:t>A. A medical drug that has been prepared in a particular way</w:t>
      </w:r>
    </w:p>
    <w:p>
      <w:pPr>
        <w:pStyle w:val="ListParagraph"/>
      </w:pPr>
      <w:r>
        <w:rPr>
          <w:sz w:val="22"/>
        </w:rPr>
        <w:t>B. medicines sold directly to a consumer without a prescription</w:t>
      </w:r>
    </w:p>
    <w:p>
      <w:pPr>
        <w:pStyle w:val="ListParagraph"/>
      </w:pPr>
      <w:r>
        <w:rPr>
          <w:sz w:val="22"/>
        </w:rPr>
        <w:t>C. the practice of obeying rules or requests made by people in authority</w:t>
      </w:r>
    </w:p>
    <w:p>
      <w:pPr>
        <w:pStyle w:val="ListParagraph"/>
      </w:pPr>
      <w:r>
        <w:rPr>
          <w:sz w:val="22"/>
        </w:rPr>
        <w:t>D. an employee who works on an assembly line</w:t>
      </w:r>
    </w:p>
    <w:p/>
    <w:p>
      <w:r>
        <w:rPr>
          <w:b/>
          <w:sz w:val="24"/>
        </w:rPr>
        <w:t>Câu 23: What is the exact definition of authorization?</w:t>
      </w:r>
    </w:p>
    <w:p>
      <w:pPr>
        <w:pStyle w:val="ListParagraph"/>
      </w:pPr>
      <w:r>
        <w:rPr>
          <w:sz w:val="22"/>
        </w:rPr>
        <w:t>A. official permission or power to do something; the act of giving permission</w:t>
      </w:r>
    </w:p>
    <w:p>
      <w:pPr>
        <w:pStyle w:val="ListParagraph"/>
      </w:pPr>
      <w:r>
        <w:rPr>
          <w:sz w:val="22"/>
        </w:rPr>
        <w:t>B. the practice of obeying rules or requests made by people in authority</w:t>
      </w:r>
    </w:p>
    <w:p>
      <w:pPr>
        <w:pStyle w:val="ListParagraph"/>
      </w:pPr>
      <w:r>
        <w:rPr>
          <w:sz w:val="22"/>
        </w:rPr>
        <w:t>C. defined as the science and activities relating to the detection of adverse effects</w:t>
      </w:r>
    </w:p>
    <w:p>
      <w:pPr>
        <w:pStyle w:val="ListParagraph"/>
      </w:pPr>
      <w:r>
        <w:rPr>
          <w:sz w:val="22"/>
        </w:rPr>
        <w:t>D. activities done in order to increase the sales of a product</w:t>
      </w:r>
    </w:p>
    <w:p/>
    <w:p>
      <w:r>
        <w:rPr>
          <w:b/>
          <w:sz w:val="24"/>
        </w:rPr>
        <w:t>Câu 24: What is the exact definition of Market (v)?</w:t>
      </w:r>
    </w:p>
    <w:p>
      <w:pPr>
        <w:pStyle w:val="ListParagraph"/>
      </w:pPr>
      <w:r>
        <w:rPr>
          <w:sz w:val="22"/>
        </w:rPr>
        <w:t>A. to offer a product for sale</w:t>
      </w:r>
    </w:p>
    <w:p>
      <w:pPr>
        <w:pStyle w:val="ListParagraph"/>
      </w:pPr>
      <w:r>
        <w:rPr>
          <w:sz w:val="22"/>
        </w:rPr>
        <w:t>B. to mix something together</w:t>
      </w:r>
    </w:p>
    <w:p>
      <w:pPr>
        <w:pStyle w:val="ListParagraph"/>
      </w:pPr>
      <w:r>
        <w:rPr>
          <w:sz w:val="22"/>
        </w:rPr>
        <w:t>C. to put something into a box or bag</w:t>
      </w:r>
    </w:p>
    <w:p>
      <w:pPr>
        <w:pStyle w:val="ListParagraph"/>
      </w:pPr>
      <w:r>
        <w:rPr>
          <w:sz w:val="22"/>
        </w:rPr>
        <w:t>D. to collect information in order to produce a report</w:t>
      </w:r>
    </w:p>
    <w:p/>
    <w:p>
      <w:r>
        <w:rPr>
          <w:b/>
          <w:sz w:val="24"/>
        </w:rPr>
        <w:t>Câu 25: What is the exact definition of Promotion?</w:t>
      </w:r>
    </w:p>
    <w:p>
      <w:pPr>
        <w:pStyle w:val="ListParagraph"/>
      </w:pPr>
      <w:r>
        <w:rPr>
          <w:sz w:val="22"/>
        </w:rPr>
        <w:t>A. activities done in order to increase the sales of a product or service; a set of advertisements for a particular product or service</w:t>
      </w:r>
    </w:p>
    <w:p>
      <w:pPr>
        <w:pStyle w:val="ListParagraph"/>
      </w:pPr>
      <w:r>
        <w:rPr>
          <w:sz w:val="22"/>
        </w:rPr>
        <w:t>B. official permission or power to do something</w:t>
      </w:r>
    </w:p>
    <w:p>
      <w:pPr>
        <w:pStyle w:val="ListParagraph"/>
      </w:pPr>
      <w:r>
        <w:rPr>
          <w:sz w:val="22"/>
        </w:rPr>
        <w:t>C. the practice of obeying rules or requests made by people in authority</w:t>
      </w:r>
    </w:p>
    <w:p>
      <w:pPr>
        <w:pStyle w:val="ListParagraph"/>
      </w:pPr>
      <w:r>
        <w:rPr>
          <w:sz w:val="22"/>
        </w:rPr>
        <w:t>D. defined as the science and activities relating to drug safety</w:t>
      </w:r>
    </w:p>
    <w:p/>
    <w:p>
      <w:r>
        <w:rPr>
          <w:b/>
          <w:sz w:val="24"/>
        </w:rPr>
        <w:t>Câu 26: What is the exact definition of Over-the-counter (OTC) drugs?</w:t>
      </w:r>
    </w:p>
    <w:p>
      <w:pPr>
        <w:pStyle w:val="ListParagraph"/>
      </w:pPr>
      <w:r>
        <w:rPr>
          <w:sz w:val="22"/>
        </w:rPr>
        <w:t>A. are medicines sold directly to a consumer without a requirement for a prescription from a healthcare professional,</w:t>
      </w:r>
    </w:p>
    <w:p>
      <w:pPr>
        <w:pStyle w:val="ListParagraph"/>
      </w:pPr>
      <w:r>
        <w:rPr>
          <w:sz w:val="22"/>
        </w:rPr>
        <w:t>B. A medical drug that has been prepared in a particular way</w:t>
      </w:r>
    </w:p>
    <w:p>
      <w:pPr>
        <w:pStyle w:val="ListParagraph"/>
      </w:pPr>
      <w:r>
        <w:rPr>
          <w:sz w:val="22"/>
        </w:rPr>
        <w:t>C. a collection of documents that contain information about a person or subject</w:t>
      </w:r>
    </w:p>
    <w:p>
      <w:pPr>
        <w:pStyle w:val="ListParagraph"/>
      </w:pPr>
      <w:r>
        <w:rPr>
          <w:sz w:val="22"/>
        </w:rPr>
        <w:t>D. medicines available only with a doctor's prescription</w:t>
      </w:r>
    </w:p>
    <w:p/>
    <w:p>
      <w:r>
        <w:rPr>
          <w:b/>
          <w:sz w:val="24"/>
        </w:rPr>
        <w:t>Câu 27: What is the exact definition of Compliance?</w:t>
      </w:r>
    </w:p>
    <w:p>
      <w:pPr>
        <w:pStyle w:val="ListParagraph"/>
      </w:pPr>
      <w:r>
        <w:rPr>
          <w:sz w:val="22"/>
        </w:rPr>
        <w:t>A. official permission or power to do something</w:t>
      </w:r>
    </w:p>
    <w:p>
      <w:pPr>
        <w:pStyle w:val="ListParagraph"/>
      </w:pPr>
      <w:r>
        <w:rPr>
          <w:sz w:val="22"/>
        </w:rPr>
        <w:t>B. the practice of obeying rules or requests made by people in authority</w:t>
      </w:r>
    </w:p>
    <w:p>
      <w:pPr>
        <w:pStyle w:val="ListParagraph"/>
      </w:pPr>
      <w:r>
        <w:rPr>
          <w:sz w:val="22"/>
        </w:rPr>
        <w:t>C. a plan for performing a scientific experiment or medical treatment</w:t>
      </w:r>
    </w:p>
    <w:p>
      <w:pPr>
        <w:pStyle w:val="ListParagraph"/>
      </w:pPr>
      <w:r>
        <w:rPr>
          <w:sz w:val="22"/>
        </w:rPr>
        <w:t>D. activities done in order to increase sales</w:t>
      </w:r>
    </w:p>
    <w:p/>
    <w:p>
      <w:r>
        <w:rPr>
          <w:b/>
          <w:sz w:val="24"/>
        </w:rPr>
        <w:t>Câu 28: How is Pharmacovigilance (PV) defined?</w:t>
      </w:r>
    </w:p>
    <w:p>
      <w:pPr>
        <w:pStyle w:val="ListParagraph"/>
      </w:pPr>
      <w:r>
        <w:rPr>
          <w:sz w:val="22"/>
        </w:rPr>
        <w:t>A. defined as the science and activities relating to the detection, assessment, understanding and prevention of adverse effects or any other drug-related problem</w:t>
      </w:r>
    </w:p>
    <w:p>
      <w:pPr>
        <w:pStyle w:val="ListParagraph"/>
      </w:pPr>
      <w:r>
        <w:rPr>
          <w:sz w:val="22"/>
        </w:rPr>
        <w:t>B. the practice of obeying rules or requests made by people in authority</w:t>
      </w:r>
    </w:p>
    <w:p>
      <w:pPr>
        <w:pStyle w:val="ListParagraph"/>
      </w:pPr>
      <w:r>
        <w:rPr>
          <w:sz w:val="22"/>
        </w:rPr>
        <w:t>C. official permission or power to do something; the act of giving permission</w:t>
      </w:r>
    </w:p>
    <w:p>
      <w:pPr>
        <w:pStyle w:val="ListParagraph"/>
      </w:pPr>
      <w:r>
        <w:rPr>
          <w:sz w:val="22"/>
        </w:rPr>
        <w:t>D. a series of things that are done in order to achieve a particular result</w:t>
      </w:r>
    </w:p>
    <w:p/>
    <w:p>
      <w:r>
        <w:rPr>
          <w:b/>
          <w:sz w:val="24"/>
        </w:rPr>
        <w:t>Câu 29: What is the exact definition of Protocol?</w:t>
      </w:r>
    </w:p>
    <w:p>
      <w:pPr>
        <w:pStyle w:val="ListParagraph"/>
      </w:pPr>
      <w:r>
        <w:rPr>
          <w:sz w:val="22"/>
        </w:rPr>
        <w:t>A. a plan for performing a scientific experiment or medical treatment</w:t>
      </w:r>
    </w:p>
    <w:p>
      <w:pPr>
        <w:pStyle w:val="ListParagraph"/>
      </w:pPr>
      <w:r>
        <w:rPr>
          <w:sz w:val="22"/>
        </w:rPr>
        <w:t>B. a collection of documents that contain information</w:t>
      </w:r>
    </w:p>
    <w:p>
      <w:pPr>
        <w:pStyle w:val="ListParagraph"/>
      </w:pPr>
      <w:r>
        <w:rPr>
          <w:sz w:val="22"/>
        </w:rPr>
        <w:t>C. a series of things that are done in order to achieve a result</w:t>
      </w:r>
    </w:p>
    <w:p>
      <w:pPr>
        <w:pStyle w:val="ListParagraph"/>
      </w:pPr>
      <w:r>
        <w:rPr>
          <w:sz w:val="22"/>
        </w:rPr>
        <w:t>D. a printed sheet of paper given free to advertise</w:t>
      </w:r>
    </w:p>
    <w:p/>
    <w:p>
      <w:r>
        <w:rPr>
          <w:b/>
          <w:sz w:val="24"/>
        </w:rPr>
        <w:t>Câu 30: What is the exact definition of line worker?</w:t>
      </w:r>
    </w:p>
    <w:p>
      <w:pPr>
        <w:pStyle w:val="ListParagraph"/>
      </w:pPr>
      <w:r>
        <w:rPr>
          <w:sz w:val="22"/>
        </w:rPr>
        <w:t>A. an employee who works on an assembly line</w:t>
      </w:r>
    </w:p>
    <w:p>
      <w:pPr>
        <w:pStyle w:val="ListParagraph"/>
      </w:pPr>
      <w:r>
        <w:rPr>
          <w:sz w:val="22"/>
        </w:rPr>
        <w:t>B. a worker who is hired to perform a job</w:t>
      </w:r>
    </w:p>
    <w:p>
      <w:pPr>
        <w:pStyle w:val="ListParagraph"/>
      </w:pPr>
      <w:r>
        <w:rPr>
          <w:sz w:val="22"/>
        </w:rPr>
        <w:t>C. a person who performs laboratory tests</w:t>
      </w:r>
    </w:p>
    <w:p>
      <w:pPr>
        <w:pStyle w:val="ListParagraph"/>
      </w:pPr>
      <w:r>
        <w:rPr>
          <w:sz w:val="22"/>
        </w:rPr>
        <w:t>D. a person who packages medicines</w:t>
      </w:r>
    </w:p>
    <w:p/>
    <w:p>
      <w:r>
        <w:rPr>
          <w:b/>
          <w:sz w:val="24"/>
        </w:rPr>
        <w:t>Câu 31: What is the exact definition of employee?</w:t>
      </w:r>
    </w:p>
    <w:p>
      <w:pPr>
        <w:pStyle w:val="ListParagraph"/>
      </w:pPr>
      <w:r>
        <w:rPr>
          <w:sz w:val="22"/>
        </w:rPr>
        <w:t>A. a worker who is hired to perform a job</w:t>
      </w:r>
    </w:p>
    <w:p>
      <w:pPr>
        <w:pStyle w:val="ListParagraph"/>
      </w:pPr>
      <w:r>
        <w:rPr>
          <w:sz w:val="22"/>
        </w:rPr>
        <w:t>B. an employee who works on an assembly line</w:t>
      </w:r>
    </w:p>
    <w:p>
      <w:pPr>
        <w:pStyle w:val="ListParagraph"/>
      </w:pPr>
      <w:r>
        <w:rPr>
          <w:sz w:val="22"/>
        </w:rPr>
        <w:t>C. a person legally responsible for certifying quality</w:t>
      </w:r>
    </w:p>
    <w:p>
      <w:pPr>
        <w:pStyle w:val="ListParagraph"/>
      </w:pPr>
      <w:r>
        <w:rPr>
          <w:sz w:val="22"/>
        </w:rPr>
        <w:t>D. a scientist who develops medicines</w:t>
      </w:r>
    </w:p>
    <w:p/>
    <w:p>
      <w:r>
        <w:rPr>
          <w:b/>
          <w:sz w:val="24"/>
        </w:rPr>
        <w:t>Câu 32: What is the exact definition of dossier?</w:t>
      </w:r>
    </w:p>
    <w:p>
      <w:pPr>
        <w:pStyle w:val="ListParagraph"/>
      </w:pPr>
      <w:r>
        <w:rPr>
          <w:sz w:val="22"/>
        </w:rPr>
        <w:t>A. a collection of documents that contain information about a person, an event or a subject</w:t>
      </w:r>
    </w:p>
    <w:p>
      <w:pPr>
        <w:pStyle w:val="ListParagraph"/>
      </w:pPr>
      <w:r>
        <w:rPr>
          <w:sz w:val="22"/>
        </w:rPr>
        <w:t>B. a printed sheet of paper given free to advertise</w:t>
      </w:r>
    </w:p>
    <w:p>
      <w:pPr>
        <w:pStyle w:val="ListParagraph"/>
      </w:pPr>
      <w:r>
        <w:rPr>
          <w:sz w:val="22"/>
        </w:rPr>
        <w:t>C. a plan for performing a scientific experiment</w:t>
      </w:r>
    </w:p>
    <w:p>
      <w:pPr>
        <w:pStyle w:val="ListParagraph"/>
      </w:pPr>
      <w:r>
        <w:rPr>
          <w:sz w:val="22"/>
        </w:rPr>
        <w:t>D. a medical drug prepared in a particular way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