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Mark the letter A, B, C, or D on your answer sheet</w:t>
      </w:r>
    </w:p>
    <w:p>
      <w:pPr>
        <w:jc w:val="center"/>
      </w:pPr>
      <w:r>
        <w:rPr>
          <w:sz w:val="22"/>
        </w:rPr>
        <w:t>Số câu: 21    Thời gian: _____ phút    Họ và tên: _________________________</w:t>
      </w:r>
    </w:p>
    <w:p/>
    <w:p>
      <w:r>
        <w:rPr>
          <w:b/>
          <w:sz w:val="24"/>
        </w:rPr>
        <w:t>Câu 1: There are many ways for foreign students to deal with _____ and adjust to the new environment.</w:t>
      </w:r>
    </w:p>
    <w:p>
      <w:pPr>
        <w:pStyle w:val="ListParagraph"/>
      </w:pPr>
      <w:r>
        <w:rPr>
          <w:sz w:val="22"/>
        </w:rPr>
        <w:t>A. globalisation</w:t>
      </w:r>
    </w:p>
    <w:p>
      <w:pPr>
        <w:pStyle w:val="ListParagraph"/>
      </w:pPr>
      <w:r>
        <w:rPr>
          <w:sz w:val="22"/>
        </w:rPr>
        <w:t>B. cultural group</w:t>
      </w:r>
    </w:p>
    <w:p>
      <w:pPr>
        <w:pStyle w:val="ListParagraph"/>
      </w:pPr>
      <w:r>
        <w:rPr>
          <w:sz w:val="22"/>
        </w:rPr>
        <w:t>C. culture shock</w:t>
      </w:r>
    </w:p>
    <w:p>
      <w:pPr>
        <w:pStyle w:val="ListParagraph"/>
      </w:pPr>
      <w:r>
        <w:rPr>
          <w:sz w:val="22"/>
        </w:rPr>
        <w:t>D. youth culture</w:t>
      </w:r>
    </w:p>
    <w:p/>
    <w:p>
      <w:r>
        <w:rPr>
          <w:b/>
          <w:sz w:val="24"/>
        </w:rPr>
        <w:t>Câu 2: It is obvious that using reusable bags is ________ than using single-use plastic ones.</w:t>
      </w:r>
    </w:p>
    <w:p>
      <w:pPr>
        <w:pStyle w:val="ListParagraph"/>
      </w:pPr>
      <w:r>
        <w:rPr>
          <w:sz w:val="22"/>
        </w:rPr>
        <w:t>A. eco-friendlier</w:t>
      </w:r>
    </w:p>
    <w:p>
      <w:pPr>
        <w:pStyle w:val="ListParagraph"/>
      </w:pPr>
      <w:r>
        <w:rPr>
          <w:sz w:val="22"/>
        </w:rPr>
        <w:t>B. more eco-friendly</w:t>
      </w:r>
    </w:p>
    <w:p>
      <w:pPr>
        <w:pStyle w:val="ListParagraph"/>
      </w:pPr>
      <w:r>
        <w:rPr>
          <w:sz w:val="22"/>
        </w:rPr>
        <w:t>C. less eco-friendly</w:t>
      </w:r>
    </w:p>
    <w:p>
      <w:pPr>
        <w:pStyle w:val="ListParagraph"/>
      </w:pPr>
      <w:r>
        <w:rPr>
          <w:sz w:val="22"/>
        </w:rPr>
        <w:t>D. more eco-friendlier</w:t>
      </w:r>
    </w:p>
    <w:p/>
    <w:p>
      <w:r>
        <w:rPr>
          <w:b/>
          <w:sz w:val="24"/>
        </w:rPr>
        <w:t>Câu 3: General Vo Nguyen Giap ________ the Communist Party of Viet Nam and led the army during the war.</w:t>
      </w:r>
    </w:p>
    <w:p>
      <w:pPr>
        <w:pStyle w:val="ListParagraph"/>
      </w:pPr>
      <w:r>
        <w:rPr>
          <w:sz w:val="22"/>
        </w:rPr>
        <w:t>A. joined</w:t>
      </w:r>
    </w:p>
    <w:p>
      <w:pPr>
        <w:pStyle w:val="ListParagraph"/>
      </w:pPr>
      <w:r>
        <w:rPr>
          <w:sz w:val="22"/>
        </w:rPr>
        <w:t>B. was joining</w:t>
      </w:r>
    </w:p>
    <w:p>
      <w:pPr>
        <w:pStyle w:val="ListParagraph"/>
      </w:pPr>
      <w:r>
        <w:rPr>
          <w:sz w:val="22"/>
        </w:rPr>
        <w:t>C. has joined</w:t>
      </w:r>
    </w:p>
    <w:p>
      <w:pPr>
        <w:pStyle w:val="ListParagraph"/>
      </w:pPr>
      <w:r>
        <w:rPr>
          <w:sz w:val="22"/>
        </w:rPr>
        <w:t>D. joins</w:t>
      </w:r>
    </w:p>
    <w:p/>
    <w:p>
      <w:r>
        <w:rPr>
          <w:b/>
          <w:sz w:val="24"/>
        </w:rPr>
        <w:t>Câu 4: Ernest Hemingway, who was a well-known American novelist, ________ the Nobel Prize for Literature in 1954.</w:t>
      </w:r>
    </w:p>
    <w:p>
      <w:pPr>
        <w:pStyle w:val="ListParagraph"/>
      </w:pPr>
      <w:r>
        <w:rPr>
          <w:sz w:val="22"/>
        </w:rPr>
        <w:t>A. winning</w:t>
      </w:r>
    </w:p>
    <w:p>
      <w:pPr>
        <w:pStyle w:val="ListParagraph"/>
      </w:pPr>
      <w:r>
        <w:rPr>
          <w:sz w:val="22"/>
        </w:rPr>
        <w:t>B. was winning</w:t>
      </w:r>
    </w:p>
    <w:p>
      <w:pPr>
        <w:pStyle w:val="ListParagraph"/>
      </w:pPr>
      <w:r>
        <w:rPr>
          <w:sz w:val="22"/>
        </w:rPr>
        <w:t>C. won</w:t>
      </w:r>
    </w:p>
    <w:p>
      <w:pPr>
        <w:pStyle w:val="ListParagraph"/>
      </w:pPr>
      <w:r>
        <w:rPr>
          <w:sz w:val="22"/>
        </w:rPr>
        <w:t>D. has won</w:t>
      </w:r>
    </w:p>
    <w:p/>
    <w:p>
      <w:r>
        <w:rPr>
          <w:b/>
          <w:sz w:val="24"/>
        </w:rPr>
        <w:t>Câu 5: Her diary contains detailed _____ of her travels around Europe.</w:t>
      </w:r>
    </w:p>
    <w:p>
      <w:pPr>
        <w:pStyle w:val="ListParagraph"/>
      </w:pPr>
      <w:r>
        <w:rPr>
          <w:sz w:val="22"/>
        </w:rPr>
        <w:t>A. novels</w:t>
      </w:r>
    </w:p>
    <w:p>
      <w:pPr>
        <w:pStyle w:val="ListParagraph"/>
      </w:pPr>
      <w:r>
        <w:rPr>
          <w:sz w:val="22"/>
        </w:rPr>
        <w:t>B. biographies</w:t>
      </w:r>
    </w:p>
    <w:p>
      <w:pPr>
        <w:pStyle w:val="ListParagraph"/>
      </w:pPr>
      <w:r>
        <w:rPr>
          <w:sz w:val="22"/>
        </w:rPr>
        <w:t>C. accounts</w:t>
      </w:r>
    </w:p>
    <w:p>
      <w:pPr>
        <w:pStyle w:val="ListParagraph"/>
      </w:pPr>
      <w:r>
        <w:rPr>
          <w:sz w:val="22"/>
        </w:rPr>
        <w:t>D. poems</w:t>
      </w:r>
    </w:p>
    <w:p/>
    <w:p>
      <w:r>
        <w:rPr>
          <w:b/>
          <w:sz w:val="24"/>
        </w:rPr>
        <w:t>Câu 6: My grandfather had a difficult _____ since he had to start work at the age of nine.</w:t>
      </w:r>
    </w:p>
    <w:p>
      <w:pPr>
        <w:pStyle w:val="ListParagraph"/>
      </w:pPr>
      <w:r>
        <w:rPr>
          <w:sz w:val="22"/>
        </w:rPr>
        <w:t>A. childhood</w:t>
      </w:r>
    </w:p>
    <w:p>
      <w:pPr>
        <w:pStyle w:val="ListParagraph"/>
      </w:pPr>
      <w:r>
        <w:rPr>
          <w:sz w:val="22"/>
        </w:rPr>
        <w:t>B. youth</w:t>
      </w:r>
    </w:p>
    <w:p>
      <w:pPr>
        <w:pStyle w:val="ListParagraph"/>
      </w:pPr>
      <w:r>
        <w:rPr>
          <w:sz w:val="22"/>
        </w:rPr>
        <w:t>C. birth</w:t>
      </w:r>
    </w:p>
    <w:p>
      <w:pPr>
        <w:pStyle w:val="ListParagraph"/>
      </w:pPr>
      <w:r>
        <w:rPr>
          <w:sz w:val="22"/>
        </w:rPr>
        <w:t>D. marriage</w:t>
      </w:r>
    </w:p>
    <w:p/>
    <w:p>
      <w:r>
        <w:rPr>
          <w:b/>
          <w:sz w:val="24"/>
        </w:rPr>
        <w:t>Câu 7: My dad was given the 'Employee of the Year' award for his impressive _____ at work.</w:t>
      </w:r>
    </w:p>
    <w:p>
      <w:pPr>
        <w:pStyle w:val="ListParagraph"/>
      </w:pPr>
      <w:r>
        <w:rPr>
          <w:sz w:val="22"/>
        </w:rPr>
        <w:t>A. genius</w:t>
      </w:r>
    </w:p>
    <w:p>
      <w:pPr>
        <w:pStyle w:val="ListParagraph"/>
      </w:pPr>
      <w:r>
        <w:rPr>
          <w:sz w:val="22"/>
        </w:rPr>
        <w:t>B. accounts</w:t>
      </w:r>
    </w:p>
    <w:p>
      <w:pPr>
        <w:pStyle w:val="ListParagraph"/>
      </w:pPr>
      <w:r>
        <w:rPr>
          <w:sz w:val="22"/>
        </w:rPr>
        <w:t>C. determination</w:t>
      </w:r>
    </w:p>
    <w:p>
      <w:pPr>
        <w:pStyle w:val="ListParagraph"/>
      </w:pPr>
      <w:r>
        <w:rPr>
          <w:sz w:val="22"/>
        </w:rPr>
        <w:t>D. achievements</w:t>
      </w:r>
    </w:p>
    <w:p/>
    <w:p>
      <w:r>
        <w:rPr>
          <w:b/>
          <w:sz w:val="24"/>
        </w:rPr>
        <w:t>Câu 8: Some people think that globalisation is a threat to _____ cultures.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new</w:t>
      </w:r>
    </w:p>
    <w:p>
      <w:pPr>
        <w:pStyle w:val="ListParagraph"/>
      </w:pPr>
      <w:r>
        <w:rPr>
          <w:sz w:val="22"/>
        </w:rPr>
        <w:t>C. modern</w:t>
      </w:r>
    </w:p>
    <w:p>
      <w:pPr>
        <w:pStyle w:val="ListParagraph"/>
      </w:pPr>
      <w:r>
        <w:rPr>
          <w:sz w:val="22"/>
        </w:rPr>
        <w:t>D. current</w:t>
      </w:r>
    </w:p>
    <w:p/>
    <w:p>
      <w:r>
        <w:rPr>
          <w:b/>
          <w:sz w:val="24"/>
        </w:rPr>
        <w:t>Câu 9: The _____ lasted four days and included a parade, several concerts, and a dance party.</w:t>
      </w:r>
    </w:p>
    <w:p>
      <w:pPr>
        <w:pStyle w:val="ListParagraph"/>
      </w:pPr>
      <w:r>
        <w:rPr>
          <w:sz w:val="22"/>
        </w:rPr>
        <w:t>A. trends</w:t>
      </w:r>
    </w:p>
    <w:p>
      <w:pPr>
        <w:pStyle w:val="ListParagraph"/>
      </w:pPr>
      <w:r>
        <w:rPr>
          <w:sz w:val="22"/>
        </w:rPr>
        <w:t>B. origins</w:t>
      </w:r>
    </w:p>
    <w:p>
      <w:pPr>
        <w:pStyle w:val="ListParagraph"/>
      </w:pPr>
      <w:r>
        <w:rPr>
          <w:sz w:val="22"/>
        </w:rPr>
        <w:t>C. festivities</w:t>
      </w:r>
    </w:p>
    <w:p>
      <w:pPr>
        <w:pStyle w:val="ListParagraph"/>
      </w:pPr>
      <w:r>
        <w:rPr>
          <w:sz w:val="22"/>
        </w:rPr>
        <w:t>D. attractions</w:t>
      </w:r>
    </w:p>
    <w:p/>
    <w:p>
      <w:r>
        <w:rPr>
          <w:b/>
          <w:sz w:val="24"/>
        </w:rPr>
        <w:t>Câu 10: To avoid culture shock, learn about the _____ and behaviour of local people in advance.</w:t>
      </w:r>
    </w:p>
    <w:p>
      <w:pPr>
        <w:pStyle w:val="ListParagraph"/>
      </w:pPr>
      <w:r>
        <w:rPr>
          <w:sz w:val="22"/>
        </w:rPr>
        <w:t>A. experiences</w:t>
      </w:r>
    </w:p>
    <w:p>
      <w:pPr>
        <w:pStyle w:val="ListParagraph"/>
      </w:pPr>
      <w:r>
        <w:rPr>
          <w:sz w:val="22"/>
        </w:rPr>
        <w:t>B. cultures</w:t>
      </w:r>
    </w:p>
    <w:p>
      <w:pPr>
        <w:pStyle w:val="ListParagraph"/>
      </w:pPr>
      <w:r>
        <w:rPr>
          <w:sz w:val="22"/>
        </w:rPr>
        <w:t>C. performances</w:t>
      </w:r>
    </w:p>
    <w:p>
      <w:pPr>
        <w:pStyle w:val="ListParagraph"/>
      </w:pPr>
      <w:r>
        <w:rPr>
          <w:sz w:val="22"/>
        </w:rPr>
        <w:t>D. customs</w:t>
      </w:r>
    </w:p>
    <w:p/>
    <w:p>
      <w:r>
        <w:rPr>
          <w:b/>
          <w:sz w:val="24"/>
        </w:rPr>
        <w:t>Câu 11: My mum never throws away any ______, but recycles them into new dishes.</w:t>
      </w:r>
    </w:p>
    <w:p>
      <w:pPr>
        <w:pStyle w:val="ListParagraph"/>
      </w:pPr>
      <w:r>
        <w:rPr>
          <w:sz w:val="22"/>
        </w:rPr>
        <w:t>A. leftovers</w:t>
      </w:r>
    </w:p>
    <w:p>
      <w:pPr>
        <w:pStyle w:val="ListParagraph"/>
      </w:pPr>
      <w:r>
        <w:rPr>
          <w:sz w:val="22"/>
        </w:rPr>
        <w:t>B. waste</w:t>
      </w:r>
    </w:p>
    <w:p>
      <w:pPr>
        <w:pStyle w:val="ListParagraph"/>
      </w:pPr>
      <w:r>
        <w:rPr>
          <w:sz w:val="22"/>
        </w:rPr>
        <w:t>C. packaging</w:t>
      </w:r>
    </w:p>
    <w:p>
      <w:pPr>
        <w:pStyle w:val="ListParagraph"/>
      </w:pPr>
      <w:r>
        <w:rPr>
          <w:sz w:val="22"/>
        </w:rPr>
        <w:t>D. compost</w:t>
      </w:r>
    </w:p>
    <w:p/>
    <w:p>
      <w:r>
        <w:rPr>
          <w:b/>
          <w:sz w:val="24"/>
        </w:rPr>
        <w:t>Câu 12: Organic ______ made from dry leaves and grass can help make your garden healthy and beautiful.</w:t>
      </w:r>
    </w:p>
    <w:p>
      <w:pPr>
        <w:pStyle w:val="ListParagraph"/>
      </w:pPr>
      <w:r>
        <w:rPr>
          <w:sz w:val="22"/>
        </w:rPr>
        <w:t>A. waste</w:t>
      </w:r>
    </w:p>
    <w:p>
      <w:pPr>
        <w:pStyle w:val="ListParagraph"/>
      </w:pPr>
      <w:r>
        <w:rPr>
          <w:sz w:val="22"/>
        </w:rPr>
        <w:t>B. compost</w:t>
      </w:r>
    </w:p>
    <w:p>
      <w:pPr>
        <w:pStyle w:val="ListParagraph"/>
      </w:pPr>
      <w:r>
        <w:rPr>
          <w:sz w:val="22"/>
        </w:rPr>
        <w:t>C. leftovers</w:t>
      </w:r>
    </w:p>
    <w:p>
      <w:pPr>
        <w:pStyle w:val="ListParagraph"/>
      </w:pPr>
      <w:r>
        <w:rPr>
          <w:sz w:val="22"/>
        </w:rPr>
        <w:t>D. landfills</w:t>
      </w:r>
    </w:p>
    <w:p/>
    <w:p>
      <w:r>
        <w:rPr>
          <w:b/>
          <w:sz w:val="24"/>
        </w:rPr>
        <w:t>Câu 13: Organic waste such as fruit and vegetables can ______ more quickly than other materials.</w:t>
      </w:r>
    </w:p>
    <w:p>
      <w:pPr>
        <w:pStyle w:val="ListParagraph"/>
      </w:pPr>
      <w:r>
        <w:rPr>
          <w:sz w:val="22"/>
        </w:rPr>
        <w:t>A. decrease</w:t>
      </w:r>
    </w:p>
    <w:p>
      <w:pPr>
        <w:pStyle w:val="ListParagraph"/>
      </w:pPr>
      <w:r>
        <w:rPr>
          <w:sz w:val="22"/>
        </w:rPr>
        <w:t>B. decompose</w:t>
      </w:r>
    </w:p>
    <w:p>
      <w:pPr>
        <w:pStyle w:val="ListParagraph"/>
      </w:pPr>
      <w:r>
        <w:rPr>
          <w:sz w:val="22"/>
        </w:rPr>
        <w:t>C. destroy</w:t>
      </w:r>
    </w:p>
    <w:p>
      <w:pPr>
        <w:pStyle w:val="ListParagraph"/>
      </w:pPr>
      <w:r>
        <w:rPr>
          <w:sz w:val="22"/>
        </w:rPr>
        <w:t>D. degrade</w:t>
      </w:r>
    </w:p>
    <w:p/>
    <w:p>
      <w:r>
        <w:rPr>
          <w:b/>
          <w:sz w:val="24"/>
        </w:rPr>
        <w:t>Câu 14: Plastic ______ is more durable, but it is not good for the environment.</w:t>
      </w:r>
    </w:p>
    <w:p>
      <w:pPr>
        <w:pStyle w:val="ListParagraph"/>
      </w:pPr>
      <w:r>
        <w:rPr>
          <w:sz w:val="22"/>
        </w:rPr>
        <w:t>A. pack</w:t>
      </w:r>
    </w:p>
    <w:p>
      <w:pPr>
        <w:pStyle w:val="ListParagraph"/>
      </w:pPr>
      <w:r>
        <w:rPr>
          <w:sz w:val="22"/>
        </w:rPr>
        <w:t>B. package</w:t>
      </w:r>
    </w:p>
    <w:p>
      <w:pPr>
        <w:pStyle w:val="ListParagraph"/>
      </w:pPr>
      <w:r>
        <w:rPr>
          <w:sz w:val="22"/>
        </w:rPr>
        <w:t>C. packaging</w:t>
      </w:r>
    </w:p>
    <w:p>
      <w:pPr>
        <w:pStyle w:val="ListParagraph"/>
      </w:pPr>
      <w:r>
        <w:rPr>
          <w:sz w:val="22"/>
        </w:rPr>
        <w:t>D. packing</w:t>
      </w:r>
    </w:p>
    <w:p/>
    <w:p>
      <w:r>
        <w:rPr>
          <w:b/>
          <w:sz w:val="24"/>
        </w:rPr>
        <w:t>Câu 15: I decided to fly less in order to reduce my ______.</w:t>
      </w:r>
    </w:p>
    <w:p>
      <w:pPr>
        <w:pStyle w:val="ListParagraph"/>
      </w:pPr>
      <w:r>
        <w:rPr>
          <w:sz w:val="22"/>
        </w:rPr>
        <w:t>A. carbon dioxide</w:t>
      </w:r>
    </w:p>
    <w:p>
      <w:pPr>
        <w:pStyle w:val="ListParagraph"/>
      </w:pPr>
      <w:r>
        <w:rPr>
          <w:sz w:val="22"/>
        </w:rPr>
        <w:t>B. contamination</w:t>
      </w:r>
    </w:p>
    <w:p>
      <w:pPr>
        <w:pStyle w:val="ListParagraph"/>
      </w:pPr>
      <w:r>
        <w:rPr>
          <w:sz w:val="22"/>
        </w:rPr>
        <w:t>C. packaging</w:t>
      </w:r>
    </w:p>
    <w:p>
      <w:pPr>
        <w:pStyle w:val="ListParagraph"/>
      </w:pPr>
      <w:r>
        <w:rPr>
          <w:sz w:val="22"/>
        </w:rPr>
        <w:t>D. carbon footprint</w:t>
      </w:r>
    </w:p>
    <w:p/>
    <w:p>
      <w:r>
        <w:rPr>
          <w:b/>
          <w:sz w:val="24"/>
        </w:rPr>
        <w:t>Câu 16: The phonograph ________ by Thomas Edison while he ________ on the telephone repeater.</w:t>
      </w:r>
    </w:p>
    <w:p>
      <w:pPr>
        <w:pStyle w:val="ListParagraph"/>
      </w:pPr>
      <w:r>
        <w:rPr>
          <w:sz w:val="22"/>
        </w:rPr>
        <w:t>A. invented - worked</w:t>
      </w:r>
    </w:p>
    <w:p>
      <w:pPr>
        <w:pStyle w:val="ListParagraph"/>
      </w:pPr>
      <w:r>
        <w:rPr>
          <w:sz w:val="22"/>
        </w:rPr>
        <w:t>B. was invented - was working</w:t>
      </w:r>
    </w:p>
    <w:p>
      <w:pPr>
        <w:pStyle w:val="ListParagraph"/>
      </w:pPr>
      <w:r>
        <w:rPr>
          <w:sz w:val="22"/>
        </w:rPr>
        <w:t>C. was invented - worked</w:t>
      </w:r>
    </w:p>
    <w:p>
      <w:pPr>
        <w:pStyle w:val="ListParagraph"/>
      </w:pPr>
      <w:r>
        <w:rPr>
          <w:sz w:val="22"/>
        </w:rPr>
        <w:t>D. was inventing - was working</w:t>
      </w:r>
    </w:p>
    <w:p/>
    <w:p>
      <w:r>
        <w:rPr>
          <w:b/>
          <w:sz w:val="24"/>
        </w:rPr>
        <w:t>Câu 17: After attacking a group of French soldiers, Vo Thi Sau ________ and sent to prison.</w:t>
      </w:r>
    </w:p>
    <w:p>
      <w:pPr>
        <w:pStyle w:val="ListParagraph"/>
      </w:pPr>
      <w:r>
        <w:rPr>
          <w:sz w:val="22"/>
        </w:rPr>
        <w:t>A. is arrested</w:t>
      </w:r>
    </w:p>
    <w:p>
      <w:pPr>
        <w:pStyle w:val="ListParagraph"/>
      </w:pPr>
      <w:r>
        <w:rPr>
          <w:sz w:val="22"/>
        </w:rPr>
        <w:t>B. will be arrested</w:t>
      </w:r>
    </w:p>
    <w:p>
      <w:pPr>
        <w:pStyle w:val="ListParagraph"/>
      </w:pPr>
      <w:r>
        <w:rPr>
          <w:sz w:val="22"/>
        </w:rPr>
        <w:t>C. was arrested</w:t>
      </w:r>
    </w:p>
    <w:p>
      <w:pPr>
        <w:pStyle w:val="ListParagraph"/>
      </w:pPr>
      <w:r>
        <w:rPr>
          <w:sz w:val="22"/>
        </w:rPr>
        <w:t>D. has been arrested</w:t>
      </w:r>
    </w:p>
    <w:p/>
    <w:p>
      <w:r>
        <w:rPr>
          <w:b/>
          <w:sz w:val="24"/>
        </w:rPr>
        <w:t>Câu 18: The students ________ their test. The room was so quiet that you could hear the sounds made by their pens when they were writing.</w:t>
      </w:r>
    </w:p>
    <w:p>
      <w:pPr>
        <w:pStyle w:val="ListParagraph"/>
      </w:pPr>
      <w:r>
        <w:rPr>
          <w:sz w:val="22"/>
        </w:rPr>
        <w:t>A. took</w:t>
      </w:r>
    </w:p>
    <w:p>
      <w:pPr>
        <w:pStyle w:val="ListParagraph"/>
      </w:pPr>
      <w:r>
        <w:rPr>
          <w:sz w:val="22"/>
        </w:rPr>
        <w:t>B. were taking</w:t>
      </w:r>
    </w:p>
    <w:p>
      <w:pPr>
        <w:pStyle w:val="ListParagraph"/>
      </w:pPr>
      <w:r>
        <w:rPr>
          <w:sz w:val="22"/>
        </w:rPr>
        <w:t>C. do</w:t>
      </w:r>
    </w:p>
    <w:p>
      <w:pPr>
        <w:pStyle w:val="ListParagraph"/>
      </w:pPr>
      <w:r>
        <w:rPr>
          <w:sz w:val="22"/>
        </w:rPr>
        <w:t>D. are doing</w:t>
      </w:r>
    </w:p>
    <w:p/>
    <w:p>
      <w:r>
        <w:rPr>
          <w:b/>
          <w:sz w:val="24"/>
        </w:rPr>
        <w:t>Câu 19: Those soldiers survived and returned home from the war, ________?</w:t>
      </w:r>
    </w:p>
    <w:p>
      <w:pPr>
        <w:pStyle w:val="ListParagraph"/>
      </w:pPr>
      <w:r>
        <w:rPr>
          <w:sz w:val="22"/>
        </w:rPr>
        <w:t>A. did they</w:t>
      </w:r>
    </w:p>
    <w:p>
      <w:pPr>
        <w:pStyle w:val="ListParagraph"/>
      </w:pPr>
      <w:r>
        <w:rPr>
          <w:sz w:val="22"/>
        </w:rPr>
        <w:t>B. didn't they</w:t>
      </w:r>
    </w:p>
    <w:p>
      <w:pPr>
        <w:pStyle w:val="ListParagraph"/>
      </w:pPr>
      <w:r>
        <w:rPr>
          <w:sz w:val="22"/>
        </w:rPr>
        <w:t>C. had they</w:t>
      </w:r>
    </w:p>
    <w:p>
      <w:pPr>
        <w:pStyle w:val="ListParagraph"/>
      </w:pPr>
      <w:r>
        <w:rPr>
          <w:sz w:val="22"/>
        </w:rPr>
        <w:t>D. weren't they</w:t>
      </w:r>
    </w:p>
    <w:p/>
    <w:p>
      <w:r>
        <w:rPr>
          <w:b/>
          <w:sz w:val="24"/>
        </w:rPr>
        <w:t>Câu 20: ________ most lively and energetic cultural performances take place in ________ heart of New York City.</w:t>
      </w:r>
    </w:p>
    <w:p>
      <w:pPr>
        <w:pStyle w:val="ListParagraph"/>
      </w:pPr>
      <w:r>
        <w:rPr>
          <w:sz w:val="22"/>
        </w:rPr>
        <w:t>A. A / the</w:t>
      </w:r>
    </w:p>
    <w:p>
      <w:pPr>
        <w:pStyle w:val="ListParagraph"/>
      </w:pPr>
      <w:r>
        <w:rPr>
          <w:sz w:val="22"/>
        </w:rPr>
        <w:t>B. The / a</w:t>
      </w:r>
    </w:p>
    <w:p>
      <w:pPr>
        <w:pStyle w:val="ListParagraph"/>
      </w:pPr>
      <w:r>
        <w:rPr>
          <w:sz w:val="22"/>
        </w:rPr>
        <w:t>C. The / Ø</w:t>
      </w:r>
    </w:p>
    <w:p>
      <w:pPr>
        <w:pStyle w:val="ListParagraph"/>
      </w:pPr>
      <w:r>
        <w:rPr>
          <w:sz w:val="22"/>
        </w:rPr>
        <w:t>D. The / the</w:t>
      </w:r>
    </w:p>
    <w:p/>
    <w:p>
      <w:r>
        <w:rPr>
          <w:b/>
          <w:sz w:val="24"/>
        </w:rPr>
        <w:t>Câu 21: George Washington was _____ first president of _____ United States.</w:t>
      </w:r>
    </w:p>
    <w:p>
      <w:pPr>
        <w:pStyle w:val="ListParagraph"/>
      </w:pPr>
      <w:r>
        <w:rPr>
          <w:sz w:val="22"/>
        </w:rPr>
        <w:t>A. the – the</w:t>
      </w:r>
    </w:p>
    <w:p>
      <w:pPr>
        <w:pStyle w:val="ListParagraph"/>
      </w:pPr>
      <w:r>
        <w:rPr>
          <w:sz w:val="22"/>
        </w:rPr>
        <w:t>B. a – Ø</w:t>
      </w:r>
    </w:p>
    <w:p>
      <w:pPr>
        <w:pStyle w:val="ListParagraph"/>
      </w:pPr>
      <w:r>
        <w:rPr>
          <w:sz w:val="22"/>
        </w:rPr>
        <w:t>C. the – Ø</w:t>
      </w:r>
    </w:p>
    <w:p>
      <w:pPr>
        <w:pStyle w:val="ListParagraph"/>
      </w:pPr>
      <w:r>
        <w:rPr>
          <w:sz w:val="22"/>
        </w:rPr>
        <w:t>D. the – an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