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PHẦN I. CÂU TRẮC NGHIỆM NHIỀU PHƯƠNG ÁN LỰA CHỌN.</w:t>
      </w:r>
    </w:p>
    <w:p>
      <w:pPr>
        <w:jc w:val="center"/>
      </w:pPr>
      <w:r>
        <w:rPr>
          <w:sz w:val="22"/>
        </w:rPr>
        <w:t>Số câu: 28    Thời gian: _____ phút    Họ và tên: _________________________</w:t>
      </w:r>
    </w:p>
    <w:p/>
    <w:p>
      <w:r>
        <w:rPr>
          <w:b/>
          <w:sz w:val="24"/>
        </w:rPr>
        <w:t>Câu 1: Hoạt động nào dưới đây không vi phạm bản quyền?</w:t>
      </w:r>
    </w:p>
    <w:p>
      <w:pPr>
        <w:pStyle w:val="ListParagraph"/>
      </w:pPr>
      <w:r>
        <w:rPr>
          <w:sz w:val="22"/>
        </w:rPr>
        <w:t>A. Sửa chữa, chuyển thể phần mềm mà không được phép của tác giả.</w:t>
      </w:r>
    </w:p>
    <w:p>
      <w:pPr>
        <w:pStyle w:val="ListParagraph"/>
      </w:pPr>
      <w:r>
        <w:rPr>
          <w:sz w:val="22"/>
        </w:rPr>
        <w:t>B. Phá khoá phần mềm chỉ để thử khả năng phá khoá chứ không dùng.</w:t>
      </w:r>
    </w:p>
    <w:p>
      <w:pPr>
        <w:pStyle w:val="ListParagraph"/>
      </w:pPr>
      <w:r>
        <w:rPr>
          <w:sz w:val="22"/>
        </w:rPr>
        <w:t>C. Mạo danh tác giả.</w:t>
      </w:r>
    </w:p>
    <w:p>
      <w:pPr>
        <w:pStyle w:val="ListParagraph"/>
      </w:pPr>
      <w:r>
        <w:rPr>
          <w:sz w:val="22"/>
        </w:rPr>
        <w:t>D. Em dùng nhờ một phần mềm trên máy tính của bạn.</w:t>
      </w:r>
    </w:p>
    <w:p/>
    <w:p>
      <w:r>
        <w:rPr>
          <w:b/>
          <w:sz w:val="24"/>
        </w:rPr>
        <w:t>Câu 2: Chọn phát biểu đúng trong các câu sau?</w:t>
      </w:r>
    </w:p>
    <w:p>
      <w:pPr>
        <w:pStyle w:val="ListParagraph"/>
      </w:pPr>
      <w:r>
        <w:rPr>
          <w:sz w:val="22"/>
        </w:rPr>
        <w:t>A. Đĩa mềm là bộ nhớ trong.</w:t>
      </w:r>
    </w:p>
    <w:p>
      <w:pPr>
        <w:pStyle w:val="ListParagraph"/>
      </w:pPr>
      <w:r>
        <w:rPr>
          <w:sz w:val="22"/>
        </w:rPr>
        <w:t>B. RAM là bộ nhớ ngoài.</w:t>
      </w:r>
    </w:p>
    <w:p>
      <w:pPr>
        <w:pStyle w:val="ListParagraph"/>
      </w:pPr>
      <w:r>
        <w:rPr>
          <w:sz w:val="22"/>
        </w:rPr>
        <w:t>C. Dữ liệu là thông tin.</w:t>
      </w:r>
    </w:p>
    <w:p>
      <w:pPr>
        <w:pStyle w:val="ListParagraph"/>
      </w:pPr>
      <w:r>
        <w:rPr>
          <w:sz w:val="22"/>
        </w:rPr>
        <w:t>D. Một byte có 8 bit.</w:t>
      </w:r>
    </w:p>
    <w:p/>
    <w:p>
      <w:r>
        <w:rPr>
          <w:b/>
          <w:sz w:val="24"/>
        </w:rPr>
        <w:t>Câu 3: Về tốc độ truyền dữ liệu, mạng LAN thường so với Internet như thế nào?</w:t>
      </w:r>
    </w:p>
    <w:p>
      <w:pPr>
        <w:pStyle w:val="ListParagraph"/>
      </w:pPr>
      <w:r>
        <w:rPr>
          <w:sz w:val="22"/>
        </w:rPr>
        <w:t>A. Mạng LAN thường nhanh hơn vì phạm vi nhỏ.</w:t>
      </w:r>
    </w:p>
    <w:p>
      <w:pPr>
        <w:pStyle w:val="ListParagraph"/>
      </w:pPr>
      <w:r>
        <w:rPr>
          <w:sz w:val="22"/>
        </w:rPr>
        <w:t>B. Mạng LAN chậm hơn Internet vì bị giới hạn thiết bị.</w:t>
      </w:r>
    </w:p>
    <w:p>
      <w:pPr>
        <w:pStyle w:val="ListParagraph"/>
      </w:pPr>
      <w:r>
        <w:rPr>
          <w:sz w:val="22"/>
        </w:rPr>
        <w:t>C. Internet luôn nhanh hơn mạng LAN.</w:t>
      </w:r>
    </w:p>
    <w:p>
      <w:pPr>
        <w:pStyle w:val="ListParagraph"/>
      </w:pPr>
      <w:r>
        <w:rPr>
          <w:sz w:val="22"/>
        </w:rPr>
        <w:t>D. Mạng LAN và Internet có tốc độ như nhau.</w:t>
      </w:r>
    </w:p>
    <w:p/>
    <w:p>
      <w:r>
        <w:rPr>
          <w:b/>
          <w:sz w:val="24"/>
        </w:rPr>
        <w:t>Câu 4: Hậu quả của việc cung cấp thông tin cá nhân lên mạng xã hội là gì?</w:t>
      </w:r>
    </w:p>
    <w:p>
      <w:pPr>
        <w:pStyle w:val="ListParagraph"/>
      </w:pPr>
      <w:r>
        <w:rPr>
          <w:sz w:val="22"/>
        </w:rPr>
        <w:t>A. Dễ bị kẻ xấu lợi dụng hoặc đánh cắp thông tin.</w:t>
      </w:r>
    </w:p>
    <w:p>
      <w:pPr>
        <w:pStyle w:val="ListParagraph"/>
      </w:pPr>
      <w:r>
        <w:rPr>
          <w:sz w:val="22"/>
        </w:rPr>
        <w:t>B. Giúp tăng độ tin cậy cho tài khoản.</w:t>
      </w:r>
    </w:p>
    <w:p>
      <w:pPr>
        <w:pStyle w:val="ListParagraph"/>
      </w:pPr>
      <w:r>
        <w:rPr>
          <w:sz w:val="22"/>
        </w:rPr>
        <w:t>C. Là cách bảo mật thông tin tốt.</w:t>
      </w:r>
    </w:p>
    <w:p>
      <w:pPr>
        <w:pStyle w:val="ListParagraph"/>
      </w:pPr>
      <w:r>
        <w:rPr>
          <w:sz w:val="22"/>
        </w:rPr>
        <w:t>D. Giúp bạn bè dễ tìm kiếm.</w:t>
      </w:r>
    </w:p>
    <w:p/>
    <w:p>
      <w:r>
        <w:rPr>
          <w:b/>
          <w:sz w:val="24"/>
        </w:rPr>
        <w:t>Câu 5: Một trong những nguy cơ khi truy cập trang web lạ là gì?</w:t>
      </w:r>
    </w:p>
    <w:p>
      <w:pPr>
        <w:pStyle w:val="ListParagraph"/>
      </w:pPr>
      <w:r>
        <w:rPr>
          <w:sz w:val="22"/>
        </w:rPr>
        <w:t>A. Cải thiện tốc độ mạng.</w:t>
      </w:r>
    </w:p>
    <w:p>
      <w:pPr>
        <w:pStyle w:val="ListParagraph"/>
      </w:pPr>
      <w:r>
        <w:rPr>
          <w:sz w:val="22"/>
        </w:rPr>
        <w:t>B. Tăng bảo mật dữ liệu.</w:t>
      </w:r>
    </w:p>
    <w:p>
      <w:pPr>
        <w:pStyle w:val="ListParagraph"/>
      </w:pPr>
      <w:r>
        <w:rPr>
          <w:sz w:val="22"/>
        </w:rPr>
        <w:t>C. Giúp quảng bá sản phẩm.</w:t>
      </w:r>
    </w:p>
    <w:p>
      <w:pPr>
        <w:pStyle w:val="ListParagraph"/>
      </w:pPr>
      <w:r>
        <w:rPr>
          <w:sz w:val="22"/>
        </w:rPr>
        <w:t>D. Dễ bị nhiễm phần mềm độc hại.</w:t>
      </w:r>
    </w:p>
    <w:p/>
    <w:p>
      <w:r>
        <w:rPr>
          <w:b/>
          <w:sz w:val="24"/>
        </w:rPr>
        <w:t>Câu 6: Bạn A có rất nhiều ảnh cần lưu nhưng ổ đĩa cứng sắp hết chỗ. Thay vì mua thêm một ổ đĩa cứng mới, A đã đăng kí dịch vụ lưu trữ trên Internet như Dropbox, fShare. Khi cần, A chỉ cần kết nối Internet, đăng nhập và sử dụng giống như một ổ đĩa cá nhân. Nếu dùng ít thì không phải trả tiền, dùng nhiều tới một mức nào đó thì phải trả theo mức sử dụng. Bạn A đã thuê bao dịch vụ cung cấp loại tài nguyên nào?</w:t>
      </w:r>
    </w:p>
    <w:p>
      <w:pPr>
        <w:pStyle w:val="ListParagraph"/>
      </w:pPr>
      <w:r>
        <w:rPr>
          <w:sz w:val="22"/>
        </w:rPr>
        <w:t>A. Phần mềm.</w:t>
      </w:r>
    </w:p>
    <w:p>
      <w:pPr>
        <w:pStyle w:val="ListParagraph"/>
      </w:pPr>
      <w:r>
        <w:rPr>
          <w:sz w:val="22"/>
        </w:rPr>
        <w:t>B. Dữ liệu.</w:t>
      </w:r>
    </w:p>
    <w:p>
      <w:pPr>
        <w:pStyle w:val="ListParagraph"/>
      </w:pPr>
      <w:r>
        <w:rPr>
          <w:sz w:val="22"/>
        </w:rPr>
        <w:t>C. Phần cứng.</w:t>
      </w:r>
    </w:p>
    <w:p>
      <w:pPr>
        <w:pStyle w:val="ListParagraph"/>
      </w:pPr>
      <w:r>
        <w:rPr>
          <w:sz w:val="22"/>
        </w:rPr>
        <w:t>D. Một dịch vụ khác.</w:t>
      </w:r>
    </w:p>
    <w:p/>
    <w:p>
      <w:r>
        <w:rPr>
          <w:b/>
          <w:sz w:val="24"/>
        </w:rPr>
        <w:t>Câu 7: Phát biểu nào đúng?</w:t>
      </w:r>
    </w:p>
    <w:p>
      <w:pPr>
        <w:pStyle w:val="ListParagraph"/>
      </w:pPr>
      <w:r>
        <w:rPr>
          <w:sz w:val="22"/>
        </w:rPr>
        <w:t>A. Bất cứ dịch vụ trực tuyến nào (dịch vụ tương tác qua internet) đều là dịch vụ đám mây.</w:t>
      </w:r>
    </w:p>
    <w:p>
      <w:pPr>
        <w:pStyle w:val="ListParagraph"/>
      </w:pPr>
      <w:r>
        <w:rPr>
          <w:sz w:val="22"/>
        </w:rPr>
        <w:t>B. Web-mail (thư điện tử trên giao diện web) là dịch vụ đám mây.</w:t>
      </w:r>
    </w:p>
    <w:p>
      <w:pPr>
        <w:pStyle w:val="ListParagraph"/>
      </w:pPr>
      <w:r>
        <w:rPr>
          <w:sz w:val="22"/>
        </w:rPr>
        <w:t>C. Báo điện tử đăng tin tức hàng ngày là dịch vụ đám mây.</w:t>
      </w:r>
    </w:p>
    <w:p>
      <w:pPr>
        <w:pStyle w:val="ListParagraph"/>
      </w:pPr>
      <w:r>
        <w:rPr>
          <w:sz w:val="22"/>
        </w:rPr>
        <w:t>D. Nhắn tin ngắn trên điện thoại (SMS) là sử dụng dịch vụ đám mây.</w:t>
      </w:r>
    </w:p>
    <w:p/>
    <w:p>
      <w:r>
        <w:rPr>
          <w:b/>
          <w:sz w:val="24"/>
        </w:rPr>
        <w:t>Câu 8: Laptop và điện thoại thông minh có thể trao đổi dữ liệu với nhau được không?</w:t>
      </w:r>
    </w:p>
    <w:p>
      <w:pPr>
        <w:pStyle w:val="ListParagraph"/>
      </w:pPr>
      <w:r>
        <w:rPr>
          <w:sz w:val="22"/>
        </w:rPr>
        <w:t>A. Chỉ trao đổi được khi điện thoại và laptop có kết nối với nhau.</w:t>
      </w:r>
    </w:p>
    <w:p>
      <w:pPr>
        <w:pStyle w:val="ListParagraph"/>
      </w:pPr>
      <w:r>
        <w:rPr>
          <w:sz w:val="22"/>
        </w:rPr>
        <w:t>B. Không trao đổi được.</w:t>
      </w:r>
    </w:p>
    <w:p>
      <w:pPr>
        <w:pStyle w:val="ListParagraph"/>
      </w:pPr>
      <w:r>
        <w:rPr>
          <w:sz w:val="22"/>
        </w:rPr>
        <w:t>C. Chỉ trao đổi được khi điện thoại mất kết nối.</w:t>
      </w:r>
    </w:p>
    <w:p>
      <w:pPr>
        <w:pStyle w:val="ListParagraph"/>
      </w:pPr>
      <w:r>
        <w:rPr>
          <w:sz w:val="22"/>
        </w:rPr>
        <w:t>D. Trao đổi được mọi lúc.</w:t>
      </w:r>
    </w:p>
    <w:p/>
    <w:p>
      <w:r>
        <w:rPr>
          <w:b/>
          <w:sz w:val="24"/>
        </w:rPr>
        <w:t>Câu 9: Người dùng nên làm gì để kết quả dịch tự động chính xác hơn?</w:t>
      </w:r>
    </w:p>
    <w:p>
      <w:pPr>
        <w:pStyle w:val="ListParagraph"/>
      </w:pPr>
      <w:r>
        <w:rPr>
          <w:sz w:val="22"/>
        </w:rPr>
        <w:t>A. Sao chép nội dung dịch mà không kiểm tra.</w:t>
      </w:r>
    </w:p>
    <w:p>
      <w:pPr>
        <w:pStyle w:val="ListParagraph"/>
      </w:pPr>
      <w:r>
        <w:rPr>
          <w:sz w:val="22"/>
        </w:rPr>
        <w:t>B. Dịch cả đoạn văn dài, nhiều lỗi.</w:t>
      </w:r>
    </w:p>
    <w:p>
      <w:pPr>
        <w:pStyle w:val="ListParagraph"/>
      </w:pPr>
      <w:r>
        <w:rPr>
          <w:sz w:val="22"/>
        </w:rPr>
        <w:t>C. Chỉ nhập từ rời rạc, không cần ngữ cảnh.</w:t>
      </w:r>
    </w:p>
    <w:p>
      <w:pPr>
        <w:pStyle w:val="ListParagraph"/>
      </w:pPr>
      <w:r>
        <w:rPr>
          <w:sz w:val="22"/>
        </w:rPr>
        <w:t>D. Viết câu ngắn gọn, đúng ngữ pháp và rõ nghĩa trước khi dịch.</w:t>
      </w:r>
    </w:p>
    <w:p/>
    <w:p>
      <w:r>
        <w:rPr>
          <w:b/>
          <w:sz w:val="24"/>
        </w:rPr>
        <w:t>Câu 10: Trong các thiết bị sau đây, thiết bị nào không là thiết bị thông minh?</w:t>
      </w:r>
    </w:p>
    <w:p>
      <w:pPr>
        <w:pStyle w:val="ListParagraph"/>
      </w:pPr>
      <w:r>
        <w:rPr>
          <w:sz w:val="22"/>
        </w:rPr>
        <w:t>A. Điện thoại di động kết nối được wifi.</w:t>
      </w:r>
    </w:p>
    <w:p>
      <w:pPr>
        <w:pStyle w:val="ListParagraph"/>
      </w:pPr>
      <w:r>
        <w:rPr>
          <w:sz w:val="22"/>
        </w:rPr>
        <w:t>B. Máy tinh xách tay.</w:t>
      </w:r>
    </w:p>
    <w:p>
      <w:pPr>
        <w:pStyle w:val="ListParagraph"/>
      </w:pPr>
      <w:r>
        <w:rPr>
          <w:sz w:val="22"/>
        </w:rPr>
        <w:t>C. Máy tính bỏ túi.</w:t>
      </w:r>
    </w:p>
    <w:p>
      <w:pPr>
        <w:pStyle w:val="ListParagraph"/>
      </w:pPr>
      <w:r>
        <w:rPr>
          <w:sz w:val="22"/>
        </w:rPr>
        <w:t>D. Robot lau nhà điều khiển qua Internet.</w:t>
      </w:r>
    </w:p>
    <w:p/>
    <w:p>
      <w:r>
        <w:rPr>
          <w:b/>
          <w:sz w:val="24"/>
        </w:rPr>
        <w:t>Câu 11: Đâu là một ví dụ minh họa cho đóng góp của tin học trong việc tự động hóa các quy trình sản xuất?</w:t>
      </w:r>
    </w:p>
    <w:p>
      <w:pPr>
        <w:pStyle w:val="ListParagraph"/>
      </w:pPr>
      <w:r>
        <w:rPr>
          <w:sz w:val="22"/>
        </w:rPr>
        <w:t>A. Sử dụng phần mềm soạn thảo văn bản để viết báo cáo.</w:t>
      </w:r>
    </w:p>
    <w:p>
      <w:pPr>
        <w:pStyle w:val="ListParagraph"/>
      </w:pPr>
      <w:r>
        <w:rPr>
          <w:sz w:val="22"/>
        </w:rPr>
        <w:t>B. Sử dụng robot để lắp ráp linh kiện ô tô trong nhà máy.</w:t>
      </w:r>
    </w:p>
    <w:p>
      <w:pPr>
        <w:pStyle w:val="ListParagraph"/>
      </w:pPr>
      <w:r>
        <w:rPr>
          <w:sz w:val="22"/>
        </w:rPr>
        <w:t>C. Sử dụng email để giao tiếp trong công việc.</w:t>
      </w:r>
    </w:p>
    <w:p>
      <w:pPr>
        <w:pStyle w:val="ListParagraph"/>
      </w:pPr>
      <w:r>
        <w:rPr>
          <w:sz w:val="22"/>
        </w:rPr>
        <w:t>D. Sử dụng mạng xã hội để kết nối bạn bè.</w:t>
      </w:r>
    </w:p>
    <w:p/>
    <w:p>
      <w:r>
        <w:rPr>
          <w:b/>
          <w:sz w:val="24"/>
        </w:rPr>
        <w:t>Câu 12: Thông tin là:</w:t>
      </w:r>
    </w:p>
    <w:p>
      <w:pPr>
        <w:pStyle w:val="ListParagraph"/>
      </w:pPr>
      <w:r>
        <w:rPr>
          <w:sz w:val="22"/>
        </w:rPr>
        <w:t>A. Là hình ảnh, âm thanh thu được từ thiết bị số.</w:t>
      </w:r>
    </w:p>
    <w:p>
      <w:pPr>
        <w:pStyle w:val="ListParagraph"/>
      </w:pPr>
      <w:r>
        <w:rPr>
          <w:sz w:val="22"/>
        </w:rPr>
        <w:t>B. Hình ảnh, âm thanh.</w:t>
      </w:r>
    </w:p>
    <w:p>
      <w:pPr>
        <w:pStyle w:val="ListParagraph"/>
      </w:pPr>
      <w:r>
        <w:rPr>
          <w:sz w:val="22"/>
        </w:rPr>
        <w:t>C. Những gì giúp con người hiểu biết về thế giới xung quanh.</w:t>
      </w:r>
    </w:p>
    <w:p>
      <w:pPr>
        <w:pStyle w:val="ListParagraph"/>
      </w:pPr>
      <w:r>
        <w:rPr>
          <w:sz w:val="22"/>
        </w:rPr>
        <w:t>D. Là các con số, ký hiệu, văn bản thu thập được.</w:t>
      </w:r>
    </w:p>
    <w:p/>
    <w:p>
      <w:r>
        <w:rPr>
          <w:b/>
          <w:sz w:val="24"/>
        </w:rPr>
        <w:t>Câu 13: Đâu là hành động thể hiện sử dụng Internet an toàn và có trách nhiệm?</w:t>
      </w:r>
    </w:p>
    <w:p>
      <w:pPr>
        <w:pStyle w:val="ListParagraph"/>
      </w:pPr>
      <w:r>
        <w:rPr>
          <w:sz w:val="22"/>
        </w:rPr>
        <w:t>A. Tải phần mềm crack để tiết kiệm tiền.</w:t>
      </w:r>
    </w:p>
    <w:p>
      <w:pPr>
        <w:pStyle w:val="ListParagraph"/>
      </w:pPr>
      <w:r>
        <w:rPr>
          <w:sz w:val="22"/>
        </w:rPr>
        <w:t>B. Gửi thông tin nhạy cảm qua mạng xã hội.</w:t>
      </w:r>
    </w:p>
    <w:p>
      <w:pPr>
        <w:pStyle w:val="ListParagraph"/>
      </w:pPr>
      <w:r>
        <w:rPr>
          <w:sz w:val="22"/>
        </w:rPr>
        <w:t>C. Tôn trọng người khác, không chia sẻ tin giả.</w:t>
      </w:r>
    </w:p>
    <w:p>
      <w:pPr>
        <w:pStyle w:val="ListParagraph"/>
      </w:pPr>
      <w:r>
        <w:rPr>
          <w:sz w:val="22"/>
        </w:rPr>
        <w:t>D. Đăng nhập tài khoản ở quán net công cộng.</w:t>
      </w:r>
    </w:p>
    <w:p/>
    <w:p>
      <w:r>
        <w:rPr>
          <w:b/>
          <w:sz w:val="24"/>
        </w:rPr>
        <w:t>Câu 14: Theo Luật An ninh mạng 2018, hành vi nào sau đây là vi phạm pháp luật?</w:t>
      </w:r>
    </w:p>
    <w:p>
      <w:pPr>
        <w:pStyle w:val="ListParagraph"/>
      </w:pPr>
      <w:r>
        <w:rPr>
          <w:sz w:val="22"/>
        </w:rPr>
        <w:t>A. Đăng bài cổ vũ tinh thần học tập.</w:t>
      </w:r>
    </w:p>
    <w:p>
      <w:pPr>
        <w:pStyle w:val="ListParagraph"/>
      </w:pPr>
      <w:r>
        <w:rPr>
          <w:sz w:val="22"/>
        </w:rPr>
        <w:t>B. Chia sẻ thông tin khoa học công nghệ hữu ích.</w:t>
      </w:r>
    </w:p>
    <w:p>
      <w:pPr>
        <w:pStyle w:val="ListParagraph"/>
      </w:pPr>
      <w:r>
        <w:rPr>
          <w:sz w:val="22"/>
        </w:rPr>
        <w:t>C. Phát tán thông tin sai sự thật, xúc phạm tổ chức hoặc cá nhân.</w:t>
      </w:r>
    </w:p>
    <w:p>
      <w:pPr>
        <w:pStyle w:val="ListParagraph"/>
      </w:pPr>
      <w:r>
        <w:rPr>
          <w:sz w:val="22"/>
        </w:rPr>
        <w:t>D. Bình luận lịch sự trong các diễn đàn.</w:t>
      </w:r>
    </w:p>
    <w:p/>
    <w:p>
      <w:r>
        <w:rPr>
          <w:b/>
          <w:sz w:val="24"/>
        </w:rPr>
        <w:t>Câu 15: Đặc điểm nổi bật của thiết bị thông minh là:</w:t>
      </w:r>
    </w:p>
    <w:p>
      <w:pPr>
        <w:pStyle w:val="ListParagraph"/>
      </w:pPr>
      <w:r>
        <w:rPr>
          <w:sz w:val="22"/>
        </w:rPr>
        <w:t>A. Không cần năng lượng để hoạt động.</w:t>
      </w:r>
    </w:p>
    <w:p>
      <w:pPr>
        <w:pStyle w:val="ListParagraph"/>
      </w:pPr>
      <w:r>
        <w:rPr>
          <w:sz w:val="22"/>
        </w:rPr>
        <w:t>B. Chỉ hoạt động khi có người điều khiển trực tiếp.</w:t>
      </w:r>
    </w:p>
    <w:p>
      <w:pPr>
        <w:pStyle w:val="ListParagraph"/>
      </w:pPr>
      <w:r>
        <w:rPr>
          <w:sz w:val="22"/>
        </w:rPr>
        <w:t>C. Có khả năng tự động hóa và giao tiếp với các thiết bị khác.</w:t>
      </w:r>
    </w:p>
    <w:p>
      <w:pPr>
        <w:pStyle w:val="ListParagraph"/>
      </w:pPr>
      <w:r>
        <w:rPr>
          <w:sz w:val="22"/>
        </w:rPr>
        <w:t>D. Không thể cập nhật phần mềm.</w:t>
      </w:r>
    </w:p>
    <w:p/>
    <w:p>
      <w:r>
        <w:rPr>
          <w:b/>
          <w:sz w:val="24"/>
        </w:rPr>
        <w:t>Câu 16: Ngày 25 tháng 6 năm 2019, Quốc hội Việt Nam ban hành Luật gì quy định quyền tác giả đối với tác phẩm?</w:t>
      </w:r>
    </w:p>
    <w:p>
      <w:pPr>
        <w:pStyle w:val="ListParagraph"/>
      </w:pPr>
      <w:r>
        <w:rPr>
          <w:sz w:val="22"/>
        </w:rPr>
        <w:t>A. Luật sở hữu trí tuệ.</w:t>
      </w:r>
    </w:p>
    <w:p>
      <w:pPr>
        <w:pStyle w:val="ListParagraph"/>
      </w:pPr>
      <w:r>
        <w:rPr>
          <w:sz w:val="22"/>
        </w:rPr>
        <w:t>B. Luật tác giả.</w:t>
      </w:r>
    </w:p>
    <w:p>
      <w:pPr>
        <w:pStyle w:val="ListParagraph"/>
      </w:pPr>
      <w:r>
        <w:rPr>
          <w:sz w:val="22"/>
        </w:rPr>
        <w:t>C. Luật công nghệ thông tin.</w:t>
      </w:r>
    </w:p>
    <w:p>
      <w:pPr>
        <w:pStyle w:val="ListParagraph"/>
      </w:pPr>
      <w:r>
        <w:rPr>
          <w:sz w:val="22"/>
        </w:rPr>
        <w:t>D. Luật an ninh mạng.</w:t>
      </w:r>
    </w:p>
    <w:p/>
    <w:p>
      <w:r>
        <w:rPr>
          <w:b/>
          <w:sz w:val="24"/>
        </w:rPr>
        <w:t>Câu 17: Ưu điểm vượt trội nào của thiết bị thông minh và tin học giúp con người đưa ra các quyết định chính xác hơn trong nông nghiệp hay dự báo thời tiết?</w:t>
      </w:r>
    </w:p>
    <w:p>
      <w:pPr>
        <w:pStyle w:val="ListParagraph"/>
      </w:pPr>
      <w:r>
        <w:rPr>
          <w:sz w:val="22"/>
        </w:rPr>
        <w:t>A. Khả năng kết nối toàn cầu.</w:t>
      </w:r>
    </w:p>
    <w:p>
      <w:pPr>
        <w:pStyle w:val="ListParagraph"/>
      </w:pPr>
      <w:r>
        <w:rPr>
          <w:sz w:val="22"/>
        </w:rPr>
        <w:t>B. Tính thẩm mỹ và tiện lợi.</w:t>
      </w:r>
    </w:p>
    <w:p>
      <w:pPr>
        <w:pStyle w:val="ListParagraph"/>
      </w:pPr>
      <w:r>
        <w:rPr>
          <w:sz w:val="22"/>
        </w:rPr>
        <w:t>C. Khả năng hoạt động liên tục 24/7.</w:t>
      </w:r>
    </w:p>
    <w:p>
      <w:pPr>
        <w:pStyle w:val="ListParagraph"/>
      </w:pPr>
      <w:r>
        <w:rPr>
          <w:sz w:val="22"/>
        </w:rPr>
        <w:t>D. Khả năng phân tích lượng dữ liệu khổng lồ (Big Data).</w:t>
      </w:r>
    </w:p>
    <w:p/>
    <w:p>
      <w:r>
        <w:rPr>
          <w:b/>
          <w:sz w:val="24"/>
        </w:rPr>
        <w:t>Câu 18: Để phân biệt các tệp dữ liệu, người dùng thường dựa vào:</w:t>
      </w:r>
    </w:p>
    <w:p>
      <w:pPr>
        <w:pStyle w:val="ListParagraph"/>
      </w:pPr>
      <w:r>
        <w:rPr>
          <w:sz w:val="22"/>
        </w:rPr>
        <w:t>A. Kích thước của tệp.</w:t>
      </w:r>
    </w:p>
    <w:p>
      <w:pPr>
        <w:pStyle w:val="ListParagraph"/>
      </w:pPr>
      <w:r>
        <w:rPr>
          <w:sz w:val="22"/>
        </w:rPr>
        <w:t>B. Phần mở rộng tệp.</w:t>
      </w:r>
    </w:p>
    <w:p>
      <w:pPr>
        <w:pStyle w:val="ListParagraph"/>
      </w:pPr>
      <w:r>
        <w:rPr>
          <w:sz w:val="22"/>
        </w:rPr>
        <w:t>C. Ngày tạo tệp.</w:t>
      </w:r>
    </w:p>
    <w:p>
      <w:pPr>
        <w:pStyle w:val="ListParagraph"/>
      </w:pPr>
      <w:r>
        <w:rPr>
          <w:sz w:val="22"/>
        </w:rPr>
        <w:t>D. Tên người tạo tệp.</w:t>
      </w:r>
    </w:p>
    <w:p/>
    <w:p>
      <w:r>
        <w:rPr>
          <w:b/>
          <w:sz w:val="24"/>
        </w:rPr>
        <w:t>Câu 19: Quá trình xử lí thông tin gồm các bước nào?</w:t>
      </w:r>
    </w:p>
    <w:p>
      <w:pPr>
        <w:pStyle w:val="ListParagraph"/>
      </w:pPr>
      <w:r>
        <w:rPr>
          <w:sz w:val="22"/>
        </w:rPr>
        <w:t>A. Lưu trữ và chia sẻ kết quả xử lí.</w:t>
      </w:r>
    </w:p>
    <w:p>
      <w:pPr>
        <w:pStyle w:val="ListParagraph"/>
      </w:pPr>
      <w:r>
        <w:rPr>
          <w:sz w:val="22"/>
        </w:rPr>
        <w:t>B. Nhập dữ liệu, xử lí dữ liệu, xuất kết quả.</w:t>
      </w:r>
    </w:p>
    <w:p>
      <w:pPr>
        <w:pStyle w:val="ListParagraph"/>
      </w:pPr>
      <w:r>
        <w:rPr>
          <w:sz w:val="22"/>
        </w:rPr>
        <w:t>C. Thu thập dữ liệu, tính toán, hiển thị kết quả.</w:t>
      </w:r>
    </w:p>
    <w:p>
      <w:pPr>
        <w:pStyle w:val="ListParagraph"/>
      </w:pPr>
      <w:r>
        <w:rPr>
          <w:sz w:val="22"/>
        </w:rPr>
        <w:t>D. Tiếp nhận thông tin, xử lí thông tin, đưa ra kết quả.</w:t>
      </w:r>
    </w:p>
    <w:p/>
    <w:p>
      <w:r>
        <w:rPr>
          <w:b/>
          <w:sz w:val="24"/>
        </w:rPr>
        <w:t>Câu 20: Ưu điểm của việc lưu trữ, xử lí và truyền thông tin bằng thiết bị số là gì?</w:t>
      </w:r>
    </w:p>
    <w:p>
      <w:pPr>
        <w:pStyle w:val="ListParagraph"/>
      </w:pPr>
      <w:r>
        <w:rPr>
          <w:sz w:val="22"/>
        </w:rPr>
        <w:t>A. Tốn nhiều thời gian hơn cách truyền thống.</w:t>
      </w:r>
    </w:p>
    <w:p>
      <w:pPr>
        <w:pStyle w:val="ListParagraph"/>
      </w:pPr>
      <w:r>
        <w:rPr>
          <w:sz w:val="22"/>
        </w:rPr>
        <w:t>B. Nhanh chóng, chính xác và dễ dàng chia sẻ.</w:t>
      </w:r>
    </w:p>
    <w:p>
      <w:pPr>
        <w:pStyle w:val="ListParagraph"/>
      </w:pPr>
      <w:r>
        <w:rPr>
          <w:sz w:val="22"/>
        </w:rPr>
        <w:t>C. Chỉ lưu trữ được văn bản.</w:t>
      </w:r>
    </w:p>
    <w:p>
      <w:pPr>
        <w:pStyle w:val="ListParagraph"/>
      </w:pPr>
      <w:r>
        <w:rPr>
          <w:sz w:val="22"/>
        </w:rPr>
        <w:t>D. Không thể chỉnh sửa thông tin sau khi lưu.</w:t>
      </w:r>
    </w:p>
    <w:p/>
    <w:p>
      <w:r>
        <w:rPr>
          <w:b/>
          <w:sz w:val="24"/>
        </w:rPr>
        <w:t>Câu 21: An toàn trên không gian mạng là một vấn đề quan trọng trong thời đại số. Người dùng cần nhận thức được các nguy cơ như tin giả, lừa đảo trực tuyến và việc lộ thông tin cá nhân để bảo vệ bản thân. Hãy đánh giá tính đúng sai của các nhận định sau: A. Khi nhận được một tin tức gây sốc trên mạng xã hội, người dùng nên chia sẻ ngay để cảnh báo người khác.</w:t>
      </w:r>
    </w:p>
    <w:p>
      <w:pPr>
        <w:pStyle w:val="ListParagraph"/>
      </w:pPr>
      <w:r>
        <w:rPr>
          <w:sz w:val="22"/>
        </w:rPr>
        <w:t>A. Đúng</w:t>
      </w:r>
    </w:p>
    <w:p>
      <w:pPr>
        <w:pStyle w:val="ListParagraph"/>
      </w:pPr>
      <w:r>
        <w:rPr>
          <w:sz w:val="22"/>
        </w:rPr>
        <w:t>B. Sai</w:t>
      </w:r>
    </w:p>
    <w:p/>
    <w:p>
      <w:r>
        <w:rPr>
          <w:b/>
          <w:sz w:val="24"/>
        </w:rPr>
        <w:t>Câu 22: An toàn trên không gian mạng là một vấn đề quan trọng trong thời đại số. Người dùng cần nhận thức được các nguy cơ như tin giả, lừa đảo trực tuyến và việc lộ thông tin cá nhân để bảo vệ bản thân. Hãy đánh giá tính đúng sai của các nhận định sau: B. Tin giả có thể gây ra hiểu lầm và hoang mang trong cộng đồng.</w:t>
      </w:r>
    </w:p>
    <w:p>
      <w:pPr>
        <w:pStyle w:val="ListParagraph"/>
      </w:pPr>
      <w:r>
        <w:rPr>
          <w:sz w:val="22"/>
        </w:rPr>
        <w:t>A. Đúng</w:t>
      </w:r>
    </w:p>
    <w:p>
      <w:pPr>
        <w:pStyle w:val="ListParagraph"/>
      </w:pPr>
      <w:r>
        <w:rPr>
          <w:sz w:val="22"/>
        </w:rPr>
        <w:t>B. Sai</w:t>
      </w:r>
    </w:p>
    <w:p/>
    <w:p>
      <w:r>
        <w:rPr>
          <w:b/>
          <w:sz w:val="24"/>
        </w:rPr>
        <w:t>Câu 23: An toàn trên không gian mạng là một vấn đề quan trọng trong thời đại số. Người dùng cần nhận thức được các nguy cơ như tin giả, lừa đảo trực tuyến và việc lộ thông tin cá nhân để bảo vệ bản thân. Hãy đánh giá tính đúng sai của các nhận định sau: C. Tin giả, lừa đảo trực tuyến và lộ thông tin cá nhân là những nguy cơ phổ biến ảnh hưởng đến an toàn mạng.</w:t>
      </w:r>
    </w:p>
    <w:p>
      <w:pPr>
        <w:pStyle w:val="ListParagraph"/>
      </w:pPr>
      <w:r>
        <w:rPr>
          <w:sz w:val="22"/>
        </w:rPr>
        <w:t>A. Đúng</w:t>
      </w:r>
    </w:p>
    <w:p>
      <w:pPr>
        <w:pStyle w:val="ListParagraph"/>
      </w:pPr>
      <w:r>
        <w:rPr>
          <w:sz w:val="22"/>
        </w:rPr>
        <w:t>B. Sai</w:t>
      </w:r>
    </w:p>
    <w:p/>
    <w:p>
      <w:r>
        <w:rPr>
          <w:b/>
          <w:sz w:val="24"/>
        </w:rPr>
        <w:t>Câu 24: An toàn trên không gian mạng là một vấn đề quan trọng trong thời đại số. Người dùng cần nhận thức được các nguy cơ như tin giả, lừa đảo trực tuyến và việc lộ thông tin cá nhân để bảo vệ bản thân. Hãy đánh giá tính đúng sai của các nhận định sau: D. Người dùng không cần quan tâm đến các nguy cơ trên mạng nếu sử dụng thiết bị cá nhân.</w:t>
      </w:r>
    </w:p>
    <w:p>
      <w:pPr>
        <w:pStyle w:val="ListParagraph"/>
      </w:pPr>
      <w:r>
        <w:rPr>
          <w:sz w:val="22"/>
        </w:rPr>
        <w:t>A. Đúng</w:t>
      </w:r>
    </w:p>
    <w:p>
      <w:pPr>
        <w:pStyle w:val="ListParagraph"/>
      </w:pPr>
      <w:r>
        <w:rPr>
          <w:sz w:val="22"/>
        </w:rPr>
        <w:t>B. Sai</w:t>
      </w:r>
    </w:p>
    <w:p/>
    <w:p>
      <w:r>
        <w:rPr>
          <w:b/>
          <w:sz w:val="24"/>
        </w:rPr>
        <w:t>Câu 25: Trong môi trường số, việc tôn trọng bản quyền không chỉ là nghĩa vụ pháp lý mà còn là đạo đức. Người dùng cần hiểu rõ các quy định về bản quyền để tránh vi phạm và bảo vệ quyền lợi của tác giả. Hãy đánh giá tính đúng sai của các nhận định sau: A. Tôn trọng bản quyền là trách nhiệm của mỗi người dùng trong môi trường số.</w:t>
      </w:r>
    </w:p>
    <w:p>
      <w:pPr>
        <w:pStyle w:val="ListParagraph"/>
      </w:pPr>
      <w:r>
        <w:rPr>
          <w:sz w:val="22"/>
        </w:rPr>
        <w:t>A. Đúng</w:t>
      </w:r>
    </w:p>
    <w:p>
      <w:pPr>
        <w:pStyle w:val="ListParagraph"/>
      </w:pPr>
      <w:r>
        <w:rPr>
          <w:sz w:val="22"/>
        </w:rPr>
        <w:t>B. Sai</w:t>
      </w:r>
    </w:p>
    <w:p/>
    <w:p>
      <w:r>
        <w:rPr>
          <w:b/>
          <w:sz w:val="24"/>
        </w:rPr>
        <w:t>Câu 26: Trong môi trường số, việc tôn trọng bản quyền không chỉ là nghĩa vụ pháp lý mà còn là đạo đức. Người dùng cần hiểu rõ các quy định về bản quyền để tránh vi phạm và bảo vệ quyền lợi của tác giả. Hãy đánh giá tính đúng sai của các nhận định sau: B. Một bản nhạc đã hết thời hạn bảo hộ bản quyền (vào phạm vi công cộng) có thể được bất kỳ ai sử dụng, sao chép mà không cần xin phép.</w:t>
      </w:r>
    </w:p>
    <w:p>
      <w:pPr>
        <w:pStyle w:val="ListParagraph"/>
      </w:pPr>
      <w:r>
        <w:rPr>
          <w:sz w:val="22"/>
        </w:rPr>
        <w:t>A. Đúng</w:t>
      </w:r>
    </w:p>
    <w:p>
      <w:pPr>
        <w:pStyle w:val="ListParagraph"/>
      </w:pPr>
      <w:r>
        <w:rPr>
          <w:sz w:val="22"/>
        </w:rPr>
        <w:t>B. Sai</w:t>
      </w:r>
    </w:p>
    <w:p/>
    <w:p>
      <w:r>
        <w:rPr>
          <w:b/>
          <w:sz w:val="24"/>
        </w:rPr>
        <w:t>Câu 27: Trong môi trường số, việc tôn trọng bản quyền không chỉ là nghĩa vụ pháp lý mà còn là đạo đức. Người dùng cần hiểu rõ các quy định về bản quyền để tránh vi phạm và bảo vệ quyền lợi của tác giả. Hãy đánh giá tính đúng sai của các nhận định sau: C. Bạn là một Youtuber. Bạn tìm thấy một bản nhạc nền được ghi là "No Copyright Soundtrack" trên một diễn đàn. Bạn có thể yên tâm sử dụng bản nhạc này làm nhạc nền cho video mà không cần kiểm tra thêm.</w:t>
      </w:r>
    </w:p>
    <w:p>
      <w:pPr>
        <w:pStyle w:val="ListParagraph"/>
      </w:pPr>
      <w:r>
        <w:rPr>
          <w:sz w:val="22"/>
        </w:rPr>
        <w:t>A. Đúng</w:t>
      </w:r>
    </w:p>
    <w:p>
      <w:pPr>
        <w:pStyle w:val="ListParagraph"/>
      </w:pPr>
      <w:r>
        <w:rPr>
          <w:sz w:val="22"/>
        </w:rPr>
        <w:t>B. Sai</w:t>
      </w:r>
    </w:p>
    <w:p/>
    <w:p>
      <w:r>
        <w:rPr>
          <w:b/>
          <w:sz w:val="24"/>
        </w:rPr>
        <w:t>Câu 28: Trong môi trường số, việc tôn trọng bản quyền không chỉ là nghĩa vụ pháp lý mà còn là đạo đức. Người dùng cần hiểu rõ các quy định về bản quyền để tránh vi phạm và bảo vệ quyền lợi của tác giả. Hãy đánh giá tính đúng sai của các nhận định sau: D. Bản quyền chỉ áp dụng cho các tác phẩm văn học và nghệ thuật, không liên quan đến phần mềm máy tính.</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D</w:t>
      </w:r>
    </w:p>
    <w:p>
      <w:r>
        <w:rPr>
          <w:b/>
        </w:rPr>
        <w:t>Câu 2: Đáp án đúng: D</w:t>
      </w:r>
    </w:p>
    <w:p>
      <w:r>
        <w:rPr>
          <w:b/>
        </w:rPr>
        <w:t>Câu 3: Đáp án đúng: A</w:t>
      </w:r>
    </w:p>
    <w:p>
      <w:r>
        <w:rPr>
          <w:b/>
        </w:rPr>
        <w:t>Câu 4: Đáp án đúng: A</w:t>
      </w:r>
    </w:p>
    <w:p>
      <w:r>
        <w:rPr>
          <w:b/>
        </w:rPr>
        <w:t>Câu 5: Đáp án đúng: D</w:t>
      </w:r>
    </w:p>
    <w:p>
      <w:r>
        <w:rPr>
          <w:b/>
        </w:rPr>
        <w:t>Câu 6: Đáp án đúng: C</w:t>
      </w:r>
    </w:p>
    <w:p>
      <w:r>
        <w:rPr>
          <w:b/>
        </w:rPr>
        <w:t>Câu 7: Đáp án đúng: B</w:t>
      </w:r>
    </w:p>
    <w:p>
      <w:r>
        <w:rPr>
          <w:b/>
        </w:rPr>
        <w:t>Câu 8: Đáp án đúng: A</w:t>
      </w:r>
    </w:p>
    <w:p>
      <w:r>
        <w:rPr>
          <w:b/>
        </w:rPr>
        <w:t>Câu 9: Đáp án đúng: D</w:t>
      </w:r>
    </w:p>
    <w:p>
      <w:r>
        <w:rPr>
          <w:b/>
        </w:rPr>
        <w:t>Câu 10: Đáp án đúng: C</w:t>
      </w:r>
    </w:p>
    <w:p>
      <w:r>
        <w:rPr>
          <w:b/>
        </w:rPr>
        <w:t>Câu 11: Đáp án đúng: B</w:t>
      </w:r>
    </w:p>
    <w:p>
      <w:r>
        <w:rPr>
          <w:b/>
        </w:rPr>
        <w:t>Câu 12: Đáp án đúng: C</w:t>
      </w:r>
    </w:p>
    <w:p>
      <w:r>
        <w:rPr>
          <w:b/>
        </w:rPr>
        <w:t>Câu 13: Đáp án đúng: C</w:t>
      </w:r>
    </w:p>
    <w:p>
      <w:r>
        <w:rPr>
          <w:b/>
        </w:rPr>
        <w:t>Câu 14: Đáp án đúng: C</w:t>
      </w:r>
    </w:p>
    <w:p>
      <w:r>
        <w:rPr>
          <w:b/>
        </w:rPr>
        <w:t>Câu 15: Đáp án đúng: C</w:t>
      </w:r>
    </w:p>
    <w:p>
      <w:r>
        <w:rPr>
          <w:b/>
        </w:rPr>
        <w:t>Câu 16: Đáp án đúng: A</w:t>
      </w:r>
    </w:p>
    <w:p>
      <w:r>
        <w:rPr>
          <w:b/>
        </w:rPr>
        <w:t>Câu 17: Đáp án đúng: D</w:t>
      </w:r>
    </w:p>
    <w:p>
      <w:r>
        <w:rPr>
          <w:b/>
        </w:rPr>
        <w:t>Câu 18: Đáp án đúng: B</w:t>
      </w:r>
    </w:p>
    <w:p>
      <w:r>
        <w:rPr>
          <w:b/>
        </w:rPr>
        <w:t>Câu 19: Đáp án đúng: B</w:t>
      </w:r>
    </w:p>
    <w:p>
      <w:r>
        <w:rPr>
          <w:b/>
        </w:rPr>
        <w:t>Câu 20: Đáp án đúng: B</w:t>
      </w:r>
    </w:p>
    <w:p>
      <w:r>
        <w:rPr>
          <w:b/>
        </w:rPr>
        <w:t>Câu 21: Đáp án đúng: B</w:t>
      </w:r>
    </w:p>
    <w:p>
      <w:r>
        <w:rPr>
          <w:b/>
        </w:rPr>
        <w:t>Câu 22: Đáp án đúng: A</w:t>
      </w:r>
    </w:p>
    <w:p>
      <w:r>
        <w:rPr>
          <w:b/>
        </w:rPr>
        <w:t>Câu 23: Đáp án đúng: A</w:t>
      </w:r>
    </w:p>
    <w:p>
      <w:r>
        <w:rPr>
          <w:b/>
        </w:rPr>
        <w:t>Câu 24: Đáp án đúng: B</w:t>
      </w:r>
    </w:p>
    <w:p>
      <w:r>
        <w:rPr>
          <w:b/>
        </w:rPr>
        <w:t>Câu 25: Đáp án đúng: A</w:t>
      </w:r>
    </w:p>
    <w:p>
      <w:r>
        <w:rPr>
          <w:b/>
        </w:rPr>
        <w:t>Câu 26: Đáp án đúng: A</w:t>
      </w:r>
    </w:p>
    <w:p>
      <w:r>
        <w:rPr>
          <w:b/>
        </w:rPr>
        <w:t>Câu 27: Đáp án đúng: B</w:t>
      </w:r>
    </w:p>
    <w:p>
      <w:r>
        <w:rPr>
          <w:b/>
        </w:rPr>
        <w:t>Câu 28: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