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11 - Sự phát triển của chủ nghĩa tư bản hiện đại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Đặc điểm nổi bật của chủ nghĩa tư bản hiện đại là gì?</w:t>
      </w:r>
    </w:p>
    <w:p>
      <w:pPr>
        <w:pStyle w:val="ListParagraph"/>
      </w:pPr>
      <w:r>
        <w:rPr>
          <w:sz w:val="22"/>
        </w:rPr>
        <w:t>A. Sự phát triển mạnh mẽ của lực lượng sản xuất và quan hệ sản xuất tư bản chủ nghĩa</w:t>
      </w:r>
    </w:p>
    <w:p>
      <w:pPr>
        <w:pStyle w:val="ListParagraph"/>
      </w:pPr>
      <w:r>
        <w:rPr>
          <w:sz w:val="22"/>
        </w:rPr>
        <w:t>B. Sự điều chỉnh của nhà nước tư sản để thích nghi với tình hình mới</w:t>
      </w:r>
    </w:p>
    <w:p>
      <w:pPr>
        <w:pStyle w:val="ListParagraph"/>
      </w:pPr>
      <w:r>
        <w:rPr>
          <w:sz w:val="22"/>
        </w:rPr>
        <w:t>C. Sự xuất hiện của các công ty độc quyền xuyên quốc gia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2: Chủ nghĩa tư bản hiện đại có đặc điểm nào sau đây về kinh tế?</w:t>
      </w:r>
    </w:p>
    <w:p>
      <w:pPr>
        <w:pStyle w:val="ListParagraph"/>
      </w:pPr>
      <w:r>
        <w:rPr>
          <w:sz w:val="22"/>
        </w:rPr>
        <w:t>A. Kinh tế phát triển theo hướng tập trung, độc quyền</w:t>
      </w:r>
    </w:p>
    <w:p>
      <w:pPr>
        <w:pStyle w:val="ListParagraph"/>
      </w:pPr>
      <w:r>
        <w:rPr>
          <w:sz w:val="22"/>
        </w:rPr>
        <w:t>B. Kinh tế thị trường phát triển mạnh mẽ</w:t>
      </w:r>
    </w:p>
    <w:p>
      <w:pPr>
        <w:pStyle w:val="ListParagraph"/>
      </w:pPr>
      <w:r>
        <w:rPr>
          <w:sz w:val="22"/>
        </w:rPr>
        <w:t>C. Kinh tế nhà nước giữ vai trò chủ đạo</w:t>
      </w:r>
    </w:p>
    <w:p>
      <w:pPr>
        <w:pStyle w:val="ListParagraph"/>
      </w:pPr>
      <w:r>
        <w:rPr>
          <w:sz w:val="22"/>
        </w:rPr>
        <w:t>D. Kinh tế nông nghiệp là chủ yếu</w:t>
      </w:r>
    </w:p>
    <w:p/>
    <w:p>
      <w:r>
        <w:rPr>
          <w:b/>
          <w:sz w:val="24"/>
        </w:rPr>
        <w:t>Câu 3: Vai trò của nhà nước trong chủ nghĩa tư bản hiện đại là gì?</w:t>
      </w:r>
    </w:p>
    <w:p>
      <w:pPr>
        <w:pStyle w:val="ListParagraph"/>
      </w:pPr>
      <w:r>
        <w:rPr>
          <w:sz w:val="22"/>
        </w:rPr>
        <w:t>A. Không can thiệp vào kinh tế</w:t>
      </w:r>
    </w:p>
    <w:p>
      <w:pPr>
        <w:pStyle w:val="ListParagraph"/>
      </w:pPr>
      <w:r>
        <w:rPr>
          <w:sz w:val="22"/>
        </w:rPr>
        <w:t>B. Điều tiết kinh tế vĩ mô, hỗ trợ các tập đoàn tư bản</w:t>
      </w:r>
    </w:p>
    <w:p>
      <w:pPr>
        <w:pStyle w:val="ListParagraph"/>
      </w:pPr>
      <w:r>
        <w:rPr>
          <w:sz w:val="22"/>
        </w:rPr>
        <w:t>C. Quản lý toàn bộ nền kinh tế theo kế hoạch</w:t>
      </w:r>
    </w:p>
    <w:p>
      <w:pPr>
        <w:pStyle w:val="ListParagraph"/>
      </w:pPr>
      <w:r>
        <w:rPr>
          <w:sz w:val="22"/>
        </w:rPr>
        <w:t>D. Chỉ quản lý các lĩnh vực xã hội</w:t>
      </w:r>
    </w:p>
    <w:p/>
    <w:p>
      <w:r>
        <w:rPr>
          <w:b/>
          <w:sz w:val="24"/>
        </w:rPr>
        <w:t>Câu 4: Biểu hiện nào sau đây không phải là đặc điểm của chủ nghĩa tư bản hiện đại?</w:t>
      </w:r>
    </w:p>
    <w:p>
      <w:pPr>
        <w:pStyle w:val="ListParagraph"/>
      </w:pPr>
      <w:r>
        <w:rPr>
          <w:sz w:val="22"/>
        </w:rPr>
        <w:t>A. Sự phát triển của khoa học - công nghệ</w:t>
      </w:r>
    </w:p>
    <w:p>
      <w:pPr>
        <w:pStyle w:val="ListParagraph"/>
      </w:pPr>
      <w:r>
        <w:rPr>
          <w:sz w:val="22"/>
        </w:rPr>
        <w:t>B. Xu hướng toàn cầu hóa kinh tế</w:t>
      </w:r>
    </w:p>
    <w:p>
      <w:pPr>
        <w:pStyle w:val="ListParagraph"/>
      </w:pPr>
      <w:r>
        <w:rPr>
          <w:sz w:val="22"/>
        </w:rPr>
        <w:t>C. Sự bóc lột lao động làm thuê bị xóa bỏ</w:t>
      </w:r>
    </w:p>
    <w:p>
      <w:pPr>
        <w:pStyle w:val="ListParagraph"/>
      </w:pPr>
      <w:r>
        <w:rPr>
          <w:sz w:val="22"/>
        </w:rPr>
        <w:t>D. Sự điều chỉnh của nhà nước tư sản</w:t>
      </w:r>
    </w:p>
    <w:p/>
    <w:p>
      <w:r>
        <w:rPr>
          <w:b/>
          <w:sz w:val="24"/>
        </w:rPr>
        <w:t>Câu 5: Tổ chức nào sau đây là biểu hiện của xu hướng toàn cầu hóa trong chủ nghĩa tư bản hiện đại?</w:t>
      </w:r>
    </w:p>
    <w:p>
      <w:pPr>
        <w:pStyle w:val="ListParagraph"/>
      </w:pPr>
      <w:r>
        <w:rPr>
          <w:sz w:val="22"/>
        </w:rPr>
        <w:t>A. ASEAN</w:t>
      </w:r>
    </w:p>
    <w:p>
      <w:pPr>
        <w:pStyle w:val="ListParagraph"/>
      </w:pPr>
      <w:r>
        <w:rPr>
          <w:sz w:val="22"/>
        </w:rPr>
        <w:t>B. WTO</w:t>
      </w:r>
    </w:p>
    <w:p>
      <w:pPr>
        <w:pStyle w:val="ListParagraph"/>
      </w:pPr>
      <w:r>
        <w:rPr>
          <w:sz w:val="22"/>
        </w:rPr>
        <w:t>C. OPEC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6: Cuộc cách mạng khoa học - công nghệ hiện đại đã tác động như thế nào đến chủ nghĩa tư bản?</w:t>
      </w:r>
    </w:p>
    <w:p>
      <w:pPr>
        <w:pStyle w:val="ListParagraph"/>
      </w:pPr>
      <w:r>
        <w:rPr>
          <w:sz w:val="22"/>
        </w:rPr>
        <w:t>A. Làm xuất hiện các ngành kinh tế mới, thúc đẩy tăng năng suất lao động</w:t>
      </w:r>
    </w:p>
    <w:p>
      <w:pPr>
        <w:pStyle w:val="ListParagraph"/>
      </w:pPr>
      <w:r>
        <w:rPr>
          <w:sz w:val="22"/>
        </w:rPr>
        <w:t>B. Làm giảm vai trò của các công ty độc quyền</w:t>
      </w:r>
    </w:p>
    <w:p>
      <w:pPr>
        <w:pStyle w:val="ListParagraph"/>
      </w:pPr>
      <w:r>
        <w:rPr>
          <w:sz w:val="22"/>
        </w:rPr>
        <w:t>C. Làm suy yếu kinh tế thị trường</w:t>
      </w:r>
    </w:p>
    <w:p>
      <w:pPr>
        <w:pStyle w:val="ListParagraph"/>
      </w:pPr>
      <w:r>
        <w:rPr>
          <w:sz w:val="22"/>
        </w:rPr>
        <w:t>D. Không có tác động đáng kể</w:t>
      </w:r>
    </w:p>
    <w:p/>
    <w:p>
      <w:r>
        <w:rPr>
          <w:b/>
          <w:sz w:val="24"/>
        </w:rPr>
        <w:t>Câu 7: Một trong những mâu thuẫn cơ bản của chủ nghĩa tư bản hiện đại là gì?</w:t>
      </w:r>
    </w:p>
    <w:p>
      <w:pPr>
        <w:pStyle w:val="ListParagraph"/>
      </w:pPr>
      <w:r>
        <w:rPr>
          <w:sz w:val="22"/>
        </w:rPr>
        <w:t>A. Mâu thuẫn giữa lực lượng sản xuất và quan hệ sản xuất</w:t>
      </w:r>
    </w:p>
    <w:p>
      <w:pPr>
        <w:pStyle w:val="ListParagraph"/>
      </w:pPr>
      <w:r>
        <w:rPr>
          <w:sz w:val="22"/>
        </w:rPr>
        <w:t>B. Mâu thuẫn giữa giai cấp tư sản và giai cấp vô sản</w:t>
      </w:r>
    </w:p>
    <w:p>
      <w:pPr>
        <w:pStyle w:val="ListParagraph"/>
      </w:pPr>
      <w:r>
        <w:rPr>
          <w:sz w:val="22"/>
        </w:rPr>
        <w:t>C. Mâu thuẫn giữa các nước tư bản phát triển và các nước đang phát triển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8: Chủ nghĩa tư bản hiện đại đã có những điều chỉnh nào để tồn tại và phát triển?</w:t>
      </w:r>
    </w:p>
    <w:p>
      <w:pPr>
        <w:pStyle w:val="ListParagraph"/>
      </w:pPr>
      <w:r>
        <w:rPr>
          <w:sz w:val="22"/>
        </w:rPr>
        <w:t>A. Tăng cường vai trò điều tiết của nhà nước</w:t>
      </w:r>
    </w:p>
    <w:p>
      <w:pPr>
        <w:pStyle w:val="ListParagraph"/>
      </w:pPr>
      <w:r>
        <w:rPr>
          <w:sz w:val="22"/>
        </w:rPr>
        <w:t>B. Mở rộng hệ thống phúc lợi xã hội</w:t>
      </w:r>
    </w:p>
    <w:p>
      <w:pPr>
        <w:pStyle w:val="ListParagraph"/>
      </w:pPr>
      <w:r>
        <w:rPr>
          <w:sz w:val="22"/>
        </w:rPr>
        <w:t>C. Đẩy mạnh hợp tác quốc tế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9: Xu hướng phát triển của chủ nghĩa tư bản hiện đại là gì?</w:t>
      </w:r>
    </w:p>
    <w:p>
      <w:pPr>
        <w:pStyle w:val="ListParagraph"/>
      </w:pPr>
      <w:r>
        <w:rPr>
          <w:sz w:val="22"/>
        </w:rPr>
        <w:t>A. Tiếp tục phát triển và điều chỉnh để thích nghi</w:t>
      </w:r>
    </w:p>
    <w:p>
      <w:pPr>
        <w:pStyle w:val="ListParagraph"/>
      </w:pPr>
      <w:r>
        <w:rPr>
          <w:sz w:val="22"/>
        </w:rPr>
        <w:t>B. Sẽ bị thay thế hoàn toàn bởi chủ nghĩa xã hội</w:t>
      </w:r>
    </w:p>
    <w:p>
      <w:pPr>
        <w:pStyle w:val="ListParagraph"/>
      </w:pPr>
      <w:r>
        <w:rPr>
          <w:sz w:val="22"/>
        </w:rPr>
        <w:t>C. Sẽ quay trở lại chủ nghĩa tư bản tự do cạnh tranh</w:t>
      </w:r>
    </w:p>
    <w:p>
      <w:pPr>
        <w:pStyle w:val="ListParagraph"/>
      </w:pPr>
      <w:r>
        <w:rPr>
          <w:sz w:val="22"/>
        </w:rPr>
        <w:t>D. Sẽ tan rã ngay lập tức</w:t>
      </w:r>
    </w:p>
    <w:p/>
    <w:p>
      <w:r>
        <w:rPr>
          <w:b/>
          <w:sz w:val="24"/>
        </w:rPr>
        <w:t>Câu 10: Nhận định nào sau đây đúng về chủ nghĩa tư bản hiện đại?</w:t>
      </w:r>
    </w:p>
    <w:p>
      <w:pPr>
        <w:pStyle w:val="ListParagraph"/>
      </w:pPr>
      <w:r>
        <w:rPr>
          <w:sz w:val="22"/>
        </w:rPr>
        <w:t>A. Chủ nghĩa tư bản hiện đại đã xóa bỏ hoàn toàn bóc lột</w:t>
      </w:r>
    </w:p>
    <w:p>
      <w:pPr>
        <w:pStyle w:val="ListParagraph"/>
      </w:pPr>
      <w:r>
        <w:rPr>
          <w:sz w:val="22"/>
        </w:rPr>
        <w:t>B. Chủ nghĩa tư bản hiện đại vẫn dựa trên chế độ chiếm hữu tư nhân tư bản chủ nghĩa về tư liệu sản xuất</w:t>
      </w:r>
    </w:p>
    <w:p>
      <w:pPr>
        <w:pStyle w:val="ListParagraph"/>
      </w:pPr>
      <w:r>
        <w:rPr>
          <w:sz w:val="22"/>
        </w:rPr>
        <w:t>C. Chủ nghĩa tư bản hiện đại không còn cạnh tranh</w:t>
      </w:r>
    </w:p>
    <w:p>
      <w:pPr>
        <w:pStyle w:val="ListParagraph"/>
      </w:pPr>
      <w:r>
        <w:rPr>
          <w:sz w:val="22"/>
        </w:rPr>
        <w:t>D. Chủ nghĩa tư bản hiện đại đã đạt đến giai đoạn phát triển cao nhất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