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Phần I. Trắc nghiệm nhiều lựa chọn</w:t>
      </w:r>
    </w:p>
    <w:p>
      <w:pPr>
        <w:jc w:val="center"/>
      </w:pPr>
      <w:r>
        <w:rPr>
          <w:sz w:val="22"/>
        </w:rPr>
        <w:t>Số câu: 30    Thời gian: _____ phút    Họ và tên: _________________________</w:t>
      </w:r>
    </w:p>
    <w:p/>
    <w:p>
      <w:r>
        <w:rPr>
          <w:b/>
          <w:sz w:val="24"/>
        </w:rPr>
        <w:t>Câu 1: Đầu thế kỉ XVII, ngành công nghiệp phát triển nhất ở nước Anh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Đẳng cấp thứ ba trong xã hội Pháp trước cách mạng gồm những lực lượng nào?</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Đến giữa thế kỉ XVIII, miền Bắc của 13 bang thuộc địa Anh ở Bắc Mĩ phổ biến phát triển</w:t>
      </w:r>
    </w:p>
    <w:p>
      <w:pPr>
        <w:pStyle w:val="ListParagraph"/>
      </w:pPr>
      <w:r>
        <w:rPr>
          <w:sz w:val="22"/>
        </w:rPr>
        <w:t>A. kinh tế đồn điền.</w:t>
      </w:r>
    </w:p>
    <w:p>
      <w:pPr>
        <w:pStyle w:val="ListParagraph"/>
      </w:pPr>
      <w:r>
        <w:rPr>
          <w:sz w:val="22"/>
        </w:rPr>
        <w:t>B. công trường thủ công.</w:t>
      </w:r>
    </w:p>
    <w:p>
      <w:pPr>
        <w:pStyle w:val="ListParagraph"/>
      </w:pPr>
      <w:r>
        <w:rPr>
          <w:sz w:val="22"/>
        </w:rPr>
        <w:t>C. dệt và làm gốm.</w:t>
      </w:r>
    </w:p>
    <w:p>
      <w:pPr>
        <w:pStyle w:val="ListParagraph"/>
      </w:pPr>
      <w:r>
        <w:rPr>
          <w:sz w:val="22"/>
        </w:rPr>
        <w:t>D. phường hội thủ công.</w:t>
      </w:r>
    </w:p>
    <w:p/>
    <w:p>
      <w:r>
        <w:rPr>
          <w:b/>
          <w:sz w:val="24"/>
        </w:rPr>
        <w:t>Câu 4: Đến giữa thế kỉ XVIII, miền Nam của 13 bang thuộc địa Anh ở Bắc Mĩ phổ biến phát triển</w:t>
      </w:r>
    </w:p>
    <w:p>
      <w:pPr>
        <w:pStyle w:val="ListParagraph"/>
      </w:pPr>
      <w:r>
        <w:rPr>
          <w:sz w:val="22"/>
        </w:rPr>
        <w:t>A. công thương nghiệp.</w:t>
      </w:r>
    </w:p>
    <w:p>
      <w:pPr>
        <w:pStyle w:val="ListParagraph"/>
      </w:pPr>
      <w:r>
        <w:rPr>
          <w:sz w:val="22"/>
        </w:rPr>
        <w:t>B. đồn điền, trang trại.</w:t>
      </w:r>
    </w:p>
    <w:p>
      <w:pPr>
        <w:pStyle w:val="ListParagraph"/>
      </w:pPr>
      <w:r>
        <w:rPr>
          <w:sz w:val="22"/>
        </w:rPr>
        <w:t>C. luyện kim và đóng tàu.</w:t>
      </w:r>
    </w:p>
    <w:p>
      <w:pPr>
        <w:pStyle w:val="ListParagraph"/>
      </w:pPr>
      <w:r>
        <w:rPr>
          <w:sz w:val="22"/>
        </w:rPr>
        <w:t>D. khai thác dầu mỏ.</w:t>
      </w:r>
    </w:p>
    <w:p/>
    <w:p>
      <w:r>
        <w:rPr>
          <w:b/>
          <w:sz w:val="24"/>
        </w:rPr>
        <w:t>Câu 5: Từ thế kỉ XVII, nền nông nghiệp Anh có đặc điểm nổi bật nào sau đây?</w:t>
      </w:r>
    </w:p>
    <w:p>
      <w:pPr>
        <w:pStyle w:val="ListParagraph"/>
      </w:pPr>
      <w:r>
        <w:rPr>
          <w:sz w:val="22"/>
        </w:rPr>
        <w:t>A. Lạc hậu, manh mún, công cụ lao động thô sơ</w:t>
      </w:r>
    </w:p>
    <w:p>
      <w:pPr>
        <w:pStyle w:val="ListParagraph"/>
      </w:pPr>
      <w:r>
        <w:rPr>
          <w:sz w:val="22"/>
        </w:rPr>
        <w:t>B. Bị cạnh tranh gay gắt bởi nông nghiệp Pháp.</w:t>
      </w:r>
    </w:p>
    <w:p>
      <w:pPr>
        <w:pStyle w:val="ListParagraph"/>
      </w:pPr>
      <w:r>
        <w:rPr>
          <w:sz w:val="22"/>
        </w:rPr>
        <w:t>C. Phương thức kinh doanh mới thâm nhập mạnh</w:t>
      </w:r>
    </w:p>
    <w:p>
      <w:pPr>
        <w:pStyle w:val="ListParagraph"/>
      </w:pPr>
      <w:r>
        <w:rPr>
          <w:sz w:val="22"/>
        </w:rPr>
        <w:t>D. Phát triển mạnh mẽ trong ngành đồn điền cao su.</w:t>
      </w:r>
    </w:p>
    <w:p/>
    <w:p>
      <w:r>
        <w:rPr>
          <w:b/>
          <w:sz w:val="24"/>
        </w:rPr>
        <w:t>Câu 6: Mục tiêu chung của các cuộc cách mạng tư sản thế kỉ XVI- XVIII là</w:t>
      </w:r>
    </w:p>
    <w:p>
      <w:pPr>
        <w:pStyle w:val="ListParagraph"/>
      </w:pPr>
      <w:r>
        <w:rPr>
          <w:sz w:val="22"/>
        </w:rPr>
        <w:t>A. lật đổ chế đổ phong kiến, thực dân cùng tàn tích của nó.</w:t>
      </w:r>
    </w:p>
    <w:p>
      <w:pPr>
        <w:pStyle w:val="ListParagraph"/>
      </w:pPr>
      <w:r>
        <w:rPr>
          <w:sz w:val="22"/>
        </w:rPr>
        <w:t>B. lật đổ chế độ phong kiến,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Các cuộc cách mạng tư sản thế kỉ XVI - XVIII có hai nhiệm vụ cơ bản là</w:t>
      </w:r>
    </w:p>
    <w:p>
      <w:pPr>
        <w:pStyle w:val="ListParagraph"/>
      </w:pPr>
      <w:r>
        <w:rPr>
          <w:sz w:val="22"/>
        </w:rPr>
        <w:t>A. dân tộc và dân chủ.</w:t>
      </w:r>
    </w:p>
    <w:p>
      <w:pPr>
        <w:pStyle w:val="ListParagraph"/>
      </w:pPr>
      <w:r>
        <w:rPr>
          <w:sz w:val="22"/>
        </w:rPr>
        <w:t>B. dân tộc và dân sinh.</w:t>
      </w:r>
    </w:p>
    <w:p>
      <w:pPr>
        <w:pStyle w:val="ListParagraph"/>
      </w:pPr>
      <w:r>
        <w:rPr>
          <w:sz w:val="22"/>
        </w:rPr>
        <w:t>C. độc lập và tự do.</w:t>
      </w:r>
    </w:p>
    <w:p>
      <w:pPr>
        <w:pStyle w:val="ListParagraph"/>
      </w:pPr>
      <w:r>
        <w:rPr>
          <w:sz w:val="22"/>
        </w:rPr>
        <w:t>D. dân chủ và dân quyền.</w:t>
      </w:r>
    </w:p>
    <w:p/>
    <w:p>
      <w:r>
        <w:rPr>
          <w:b/>
          <w:sz w:val="24"/>
        </w:rPr>
        <w:t>Câu 8: Một trong những lực lượng lãnh đạo chủ yếu của các cuộc cách mạng tư sản thế kỉ XVI – XVIII là giai cấp</w:t>
      </w:r>
    </w:p>
    <w:p>
      <w:pPr>
        <w:pStyle w:val="ListParagraph"/>
      </w:pPr>
      <w:r>
        <w:rPr>
          <w:sz w:val="22"/>
        </w:rPr>
        <w:t>A. tư sản.</w:t>
      </w:r>
    </w:p>
    <w:p>
      <w:pPr>
        <w:pStyle w:val="ListParagraph"/>
      </w:pPr>
      <w:r>
        <w:rPr>
          <w:sz w:val="22"/>
        </w:rPr>
        <w:t>B. công nhân.</w:t>
      </w:r>
    </w:p>
    <w:p>
      <w:pPr>
        <w:pStyle w:val="ListParagraph"/>
      </w:pPr>
      <w:r>
        <w:rPr>
          <w:sz w:val="22"/>
        </w:rPr>
        <w:t>C. nông dân.</w:t>
      </w:r>
    </w:p>
    <w:p>
      <w:pPr>
        <w:pStyle w:val="ListParagraph"/>
      </w:pPr>
      <w:r>
        <w:rPr>
          <w:sz w:val="22"/>
        </w:rPr>
        <w:t>D. địa chủ.</w:t>
      </w:r>
    </w:p>
    <w:p/>
    <w:p>
      <w:r>
        <w:rPr>
          <w:b/>
          <w:sz w:val="24"/>
        </w:rPr>
        <w:t>Câu 9: Lãnh đạo của cuộc cách mạng tư sản Anh thế kỉ XVII là</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tăng lữ và quý tộc.</w:t>
      </w:r>
    </w:p>
    <w:p>
      <w:pPr>
        <w:pStyle w:val="ListParagraph"/>
      </w:pPr>
      <w:r>
        <w:rPr>
          <w:sz w:val="22"/>
        </w:rPr>
        <w:t>D. Chủ nô và quý tộc</w:t>
      </w:r>
    </w:p>
    <w:p/>
    <w:p>
      <w:r>
        <w:rPr>
          <w:b/>
          <w:sz w:val="24"/>
        </w:rPr>
        <w:t>Câu 10: “Lật đổ chế độ phong kiến đứng đầu là vua Sác- lơ I, thiết lập nền thống trị của giai cấp tư sản và quý tộc mới, mở đường cho sự phát triển của chủ nghĩa tư bản” là mục tiêu của cuộc cách mạng tư sản ở quốc gia nào sau đây?</w:t>
      </w:r>
    </w:p>
    <w:p>
      <w:pPr>
        <w:pStyle w:val="ListParagraph"/>
      </w:pPr>
      <w:r>
        <w:rPr>
          <w:sz w:val="22"/>
        </w:rPr>
        <w:t>A. Nga</w:t>
      </w:r>
    </w:p>
    <w:p>
      <w:pPr>
        <w:pStyle w:val="ListParagraph"/>
      </w:pPr>
      <w:r>
        <w:rPr>
          <w:sz w:val="22"/>
        </w:rPr>
        <w:t>B. Pháp.</w:t>
      </w:r>
    </w:p>
    <w:p>
      <w:pPr>
        <w:pStyle w:val="ListParagraph"/>
      </w:pPr>
      <w:r>
        <w:rPr>
          <w:sz w:val="22"/>
        </w:rPr>
        <w:t>C. Anh.</w:t>
      </w:r>
    </w:p>
    <w:p>
      <w:pPr>
        <w:pStyle w:val="ListParagraph"/>
      </w:pPr>
      <w:r>
        <w:rPr>
          <w:sz w:val="22"/>
        </w:rPr>
        <w:t>D. Bắc Mỹ.</w:t>
      </w:r>
    </w:p>
    <w:p/>
    <w:p>
      <w:r>
        <w:rPr>
          <w:b/>
          <w:sz w:val="24"/>
        </w:rPr>
        <w:t>Câu 11: Một trong những ý nghĩa của cách mạng tư sản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do vua Sác – lơ I đứng đầu</w:t>
      </w:r>
    </w:p>
    <w:p>
      <w:pPr>
        <w:pStyle w:val="ListParagraph"/>
      </w:pPr>
      <w:r>
        <w:rPr>
          <w:sz w:val="22"/>
        </w:rPr>
        <w:t>D. lật đổ sự thống trị của thực dân Anh, giành độc lập dân tộc.</w:t>
      </w:r>
    </w:p>
    <w:p/>
    <w:p>
      <w:r>
        <w:rPr>
          <w:b/>
          <w:sz w:val="24"/>
        </w:rPr>
        <w:t>Câu 12: Cách mạng tư sản Anh thế kỉ XVII đã</w:t>
      </w:r>
    </w:p>
    <w:p>
      <w:pPr>
        <w:pStyle w:val="ListParagraph"/>
      </w:pPr>
      <w:r>
        <w:rPr>
          <w:sz w:val="22"/>
        </w:rPr>
        <w:t>A. lật đổ chế độ thuộc địa nửa phong kiến</w:t>
      </w:r>
    </w:p>
    <w:p>
      <w:pPr>
        <w:pStyle w:val="ListParagraph"/>
      </w:pPr>
      <w:r>
        <w:rPr>
          <w:sz w:val="22"/>
        </w:rPr>
        <w:t>B. thiết lập chế độ dân chủ cộng hòa ở Anh.</w:t>
      </w:r>
    </w:p>
    <w:p>
      <w:pPr>
        <w:pStyle w:val="ListParagraph"/>
      </w:pPr>
      <w:r>
        <w:rPr>
          <w:sz w:val="22"/>
        </w:rPr>
        <w:t>C. thiết lập chế độ quân chủ lập hiến ở Anh.</w:t>
      </w:r>
    </w:p>
    <w:p>
      <w:pPr>
        <w:pStyle w:val="ListParagraph"/>
      </w:pPr>
      <w:r>
        <w:rPr>
          <w:sz w:val="22"/>
        </w:rPr>
        <w:t>D. giành độc lập dân tộc từ tay thực dân Pháp.</w:t>
      </w:r>
    </w:p>
    <w:p/>
    <w:p>
      <w:r>
        <w:rPr>
          <w:b/>
          <w:sz w:val="24"/>
        </w:rPr>
        <w:t>Câu 13: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14: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15: Nội dung nào sau đây không phải là đặc điểm tình hình nước Pháp cuối thế kỉ XVIII?</w:t>
      </w:r>
    </w:p>
    <w:p>
      <w:pPr>
        <w:pStyle w:val="ListParagraph"/>
      </w:pPr>
      <w:r>
        <w:rPr>
          <w:sz w:val="22"/>
        </w:rPr>
        <w:t>A. Lấy Thanh giáo làm ngọn cờ tư tưởng.</w:t>
      </w:r>
    </w:p>
    <w:p>
      <w:pPr>
        <w:pStyle w:val="ListParagraph"/>
      </w:pPr>
      <w:r>
        <w:rPr>
          <w:sz w:val="22"/>
        </w:rPr>
        <w:t>B. Xuất hiện trào lưu Triết học ánh sáng.</w:t>
      </w:r>
    </w:p>
    <w:p>
      <w:pPr>
        <w:pStyle w:val="ListParagraph"/>
      </w:pPr>
      <w:r>
        <w:rPr>
          <w:sz w:val="22"/>
        </w:rPr>
        <w:t>C. Xã hội phân chia thành các đẳng cấp.</w:t>
      </w:r>
    </w:p>
    <w:p>
      <w:pPr>
        <w:pStyle w:val="ListParagraph"/>
      </w:pPr>
      <w:r>
        <w:rPr>
          <w:sz w:val="22"/>
        </w:rPr>
        <w:t>D. Vua Lu-I XVI có quyền lực tuyệt đối.</w:t>
      </w:r>
    </w:p>
    <w:p/>
    <w:p>
      <w:r>
        <w:rPr>
          <w:b/>
          <w:sz w:val="24"/>
        </w:rPr>
        <w:t>Câu 16: Đặc điểm nổi bật về kinh tế của 13 thuộc địa Anh ở Bắc Mĩ giữa thế kỉ XVIII là</w:t>
      </w:r>
    </w:p>
    <w:p>
      <w:pPr>
        <w:pStyle w:val="ListParagraph"/>
      </w:pPr>
      <w:r>
        <w:rPr>
          <w:sz w:val="22"/>
        </w:rPr>
        <w:t>A. miền Nam chủ yếu phát triển kinh tế công nghiệp.</w:t>
      </w:r>
    </w:p>
    <w:p>
      <w:pPr>
        <w:pStyle w:val="ListParagraph"/>
      </w:pPr>
      <w:r>
        <w:rPr>
          <w:sz w:val="22"/>
        </w:rPr>
        <w:t>B. miền Bắc chủ yếu phát triển kinh tế thương nghiệp.</w:t>
      </w:r>
    </w:p>
    <w:p>
      <w:pPr>
        <w:pStyle w:val="ListParagraph"/>
      </w:pPr>
      <w:r>
        <w:rPr>
          <w:sz w:val="22"/>
        </w:rPr>
        <w:t>C. kinh tế phát triển theo con đường tư bản chủ nghĩa.</w:t>
      </w:r>
    </w:p>
    <w:p>
      <w:pPr>
        <w:pStyle w:val="ListParagraph"/>
      </w:pPr>
      <w:r>
        <w:rPr>
          <w:sz w:val="22"/>
        </w:rPr>
        <w:t>D. phương thức sản xuất tư bản chủ nghĩa chưa thâm nhập</w:t>
      </w:r>
    </w:p>
    <w:p/>
    <w:p>
      <w:r>
        <w:rPr>
          <w:b/>
          <w:sz w:val="24"/>
        </w:rPr>
        <w:t>Câu 17: Nội dung nào sau đây không phải là mục tiêu của các cuộc cách mạng tư sản thế kỉ XVI - XVIII?</w:t>
      </w:r>
    </w:p>
    <w:p>
      <w:pPr>
        <w:pStyle w:val="ListParagraph"/>
      </w:pPr>
      <w:r>
        <w:rPr>
          <w:sz w:val="22"/>
        </w:rPr>
        <w:t>A. Lật đổ chế độ phong kiến, thực dân cùng tàn tích của nó.</w:t>
      </w:r>
    </w:p>
    <w:p>
      <w:pPr>
        <w:pStyle w:val="ListParagraph"/>
      </w:pPr>
      <w:r>
        <w:rPr>
          <w:sz w:val="22"/>
        </w:rPr>
        <w:t>B. Tạo điều kiện cho sự phát triển của kinh tế tư bản chủ nghĩa.</w:t>
      </w:r>
    </w:p>
    <w:p>
      <w:pPr>
        <w:pStyle w:val="ListParagraph"/>
      </w:pPr>
      <w:r>
        <w:rPr>
          <w:sz w:val="22"/>
        </w:rPr>
        <w:t>C. Thiết lập nền thống trị của giai cấp tư sản và liên minh của họ</w:t>
      </w:r>
    </w:p>
    <w:p>
      <w:pPr>
        <w:pStyle w:val="ListParagraph"/>
      </w:pPr>
      <w:r>
        <w:rPr>
          <w:sz w:val="22"/>
        </w:rPr>
        <w:t>D. Mở ra thời đại thời đại thắng lợi của chế độ xã hội chủ nghĩa</w:t>
      </w:r>
    </w:p>
    <w:p/>
    <w:p>
      <w:r>
        <w:rPr>
          <w:b/>
          <w:sz w:val="24"/>
        </w:rPr>
        <w:t>Câu 18: Nội dung nào sau đây là mục tiêu của cuộc cách mạng tư sản Pháp cuối thế kỉ XVIII?</w:t>
      </w:r>
    </w:p>
    <w:p>
      <w:pPr>
        <w:pStyle w:val="ListParagraph"/>
      </w:pPr>
      <w:r>
        <w:rPr>
          <w:sz w:val="22"/>
        </w:rPr>
        <w:t>A. Lật đổ chế độ phong kiến đứng đầu vua Sác- lơ I.</w:t>
      </w:r>
    </w:p>
    <w:p>
      <w:pPr>
        <w:pStyle w:val="ListParagraph"/>
      </w:pPr>
      <w:r>
        <w:rPr>
          <w:sz w:val="22"/>
        </w:rPr>
        <w:t>B. Lật đổ ách thống trị của thực dân Anh, giành độc lập</w:t>
      </w:r>
    </w:p>
    <w:p>
      <w:pPr>
        <w:pStyle w:val="ListParagraph"/>
      </w:pPr>
      <w:r>
        <w:rPr>
          <w:sz w:val="22"/>
        </w:rPr>
        <w:t>C. Lật đổ chế độ phong kiến đứng đầu vua Lu- i XVI.</w:t>
      </w:r>
    </w:p>
    <w:p>
      <w:pPr>
        <w:pStyle w:val="ListParagraph"/>
      </w:pPr>
      <w:r>
        <w:rPr>
          <w:sz w:val="22"/>
        </w:rPr>
        <w:t>D. Thiết lập chính quyền của giai cấp tư sản và chủ nô</w:t>
      </w:r>
    </w:p>
    <w:p/>
    <w:p>
      <w:r>
        <w:rPr>
          <w:b/>
          <w:sz w:val="24"/>
        </w:rPr>
        <w:t>Câu 19: Một trong những điểm chung của các cuộc cách mạng tư sản thời cận đại là</w:t>
      </w:r>
    </w:p>
    <w:p>
      <w:pPr>
        <w:pStyle w:val="ListParagraph"/>
      </w:pPr>
      <w:r>
        <w:rPr>
          <w:sz w:val="22"/>
        </w:rPr>
        <w:t>A. mở đường cho chủ nghĩa tư bản phát triển.</w:t>
      </w:r>
    </w:p>
    <w:p>
      <w:pPr>
        <w:pStyle w:val="ListParagraph"/>
      </w:pPr>
      <w:r>
        <w:rPr>
          <w:sz w:val="22"/>
        </w:rPr>
        <w:t>B. do tư sản và chủ nô lãnh đạo.</w:t>
      </w:r>
    </w:p>
    <w:p>
      <w:pPr>
        <w:pStyle w:val="ListParagraph"/>
      </w:pPr>
      <w:r>
        <w:rPr>
          <w:sz w:val="22"/>
        </w:rPr>
        <w:t>C. xóa bỏ chế độ phong kiến và nô lệ.</w:t>
      </w:r>
    </w:p>
    <w:p>
      <w:pPr>
        <w:pStyle w:val="ListParagraph"/>
      </w:pPr>
      <w:r>
        <w:rPr>
          <w:sz w:val="22"/>
        </w:rPr>
        <w:t>D. Diễn ra dưới hình thức nội chiến.</w:t>
      </w:r>
    </w:p>
    <w:p/>
    <w:p>
      <w:r>
        <w:rPr>
          <w:b/>
          <w:sz w:val="24"/>
        </w:rPr>
        <w:t>Câu 20: Điểm khác biệt về tình hình chính trị Bắc Mĩ so với nước Anh và Pháp trước khi cách mạng tư sản bùng nổ thế kỉ XVIII là</w:t>
      </w:r>
    </w:p>
    <w:p>
      <w:pPr>
        <w:pStyle w:val="ListParagraph"/>
      </w:pPr>
      <w:r>
        <w:rPr>
          <w:sz w:val="22"/>
        </w:rPr>
        <w:t>A. thực dân phương Tây thống trị</w:t>
      </w:r>
    </w:p>
    <w:p>
      <w:pPr>
        <w:pStyle w:val="ListParagraph"/>
      </w:pPr>
      <w:r>
        <w:rPr>
          <w:sz w:val="22"/>
        </w:rPr>
        <w:t>B. chế độ phong kiến kìm hãm.</w:t>
      </w:r>
    </w:p>
    <w:p>
      <w:pPr>
        <w:pStyle w:val="ListParagraph"/>
      </w:pPr>
      <w:r>
        <w:rPr>
          <w:sz w:val="22"/>
        </w:rPr>
        <w:t>C. xuất hiện tầng lớp quí tộc mới.</w:t>
      </w:r>
    </w:p>
    <w:p>
      <w:pPr>
        <w:pStyle w:val="ListParagraph"/>
      </w:pPr>
      <w:r>
        <w:rPr>
          <w:sz w:val="22"/>
        </w:rPr>
        <w:t>D. xã hội tồn tại chế độ đẳng cấp.</w:t>
      </w:r>
    </w:p>
    <w:p/>
    <w:p>
      <w:r>
        <w:rPr>
          <w:b/>
          <w:sz w:val="24"/>
        </w:rPr>
        <w:t>Câu 21: Điểm chung trong tiền đề tư tưởng của các cuộc cách mạng tư sản thế kỉ XVII - XVIII là</w:t>
      </w:r>
    </w:p>
    <w:p>
      <w:pPr>
        <w:pStyle w:val="ListParagraph"/>
      </w:pPr>
      <w:r>
        <w:rPr>
          <w:sz w:val="22"/>
        </w:rPr>
        <w:t>A. Xuất hiện trào lưu tư tưởng tiến bộ của tư sản.</w:t>
      </w:r>
    </w:p>
    <w:p>
      <w:pPr>
        <w:pStyle w:val="ListParagraph"/>
      </w:pPr>
      <w:r>
        <w:rPr>
          <w:sz w:val="22"/>
        </w:rPr>
        <w:t>B. Xuất hiện trào lưu triết học ánh sáng.</w:t>
      </w:r>
    </w:p>
    <w:p>
      <w:pPr>
        <w:pStyle w:val="ListParagraph"/>
      </w:pPr>
      <w:r>
        <w:rPr>
          <w:sz w:val="22"/>
        </w:rPr>
        <w:t>C. Xuất hiện các giai cấp, tầng lớpxã hội mới.</w:t>
      </w:r>
    </w:p>
    <w:p>
      <w:pPr>
        <w:pStyle w:val="ListParagraph"/>
      </w:pPr>
      <w:r>
        <w:rPr>
          <w:sz w:val="22"/>
        </w:rPr>
        <w:t>D. Xuất hiện trào lưu xã hội không tưởng.</w:t>
      </w:r>
    </w:p>
    <w:p/>
    <w:p>
      <w:r>
        <w:rPr>
          <w:b/>
          <w:sz w:val="24"/>
        </w:rPr>
        <w:t>Câu 22: Nhận xét nào sau đây là đúng về ý nghĩa cách mạng tư sản Pháp cuối thế kỉ XVIII?</w:t>
      </w:r>
    </w:p>
    <w:p>
      <w:pPr>
        <w:pStyle w:val="ListParagraph"/>
      </w:pPr>
      <w:r>
        <w:rPr>
          <w:sz w:val="22"/>
        </w:rPr>
        <w:t>A. Lật đổ và xóa bỏ mọi tàn dư của chế độ phong kiến.</w:t>
      </w:r>
    </w:p>
    <w:p>
      <w:pPr>
        <w:pStyle w:val="ListParagraph"/>
      </w:pPr>
      <w:r>
        <w:rPr>
          <w:sz w:val="22"/>
        </w:rPr>
        <w:t>B. Tạo điều kiện đầy đủ nhất cho kinh tế tư bản phát triển.</w:t>
      </w:r>
    </w:p>
    <w:p>
      <w:pPr>
        <w:pStyle w:val="ListParagraph"/>
      </w:pPr>
      <w:r>
        <w:rPr>
          <w:sz w:val="22"/>
        </w:rPr>
        <w:t>C. Thúc đẩy phong trào giải phóng dân tộc ở Mĩ Latinh</w:t>
      </w:r>
    </w:p>
    <w:p>
      <w:pPr>
        <w:pStyle w:val="ListParagraph"/>
      </w:pPr>
      <w:r>
        <w:rPr>
          <w:sz w:val="22"/>
        </w:rPr>
        <w:t>D. Thiết lập chế độ quân chủ lập hiến tiến bộ ở Pháp</w:t>
      </w:r>
    </w:p>
    <w:p/>
    <w:p>
      <w:r>
        <w:rPr>
          <w:b/>
          <w:sz w:val="24"/>
        </w:rPr>
        <w:t>Câu 23: Các cuộc cách mạng tư sản thời cận đại đều</w:t>
      </w:r>
    </w:p>
    <w:p>
      <w:pPr>
        <w:pStyle w:val="ListParagraph"/>
      </w:pPr>
      <w:r>
        <w:rPr>
          <w:sz w:val="22"/>
        </w:rPr>
        <w:t>A. dẫn đến xác lập quan hệ sản xuất tư bản chủ nghĩa.</w:t>
      </w:r>
    </w:p>
    <w:p>
      <w:pPr>
        <w:pStyle w:val="ListParagraph"/>
      </w:pPr>
      <w:r>
        <w:rPr>
          <w:sz w:val="22"/>
        </w:rPr>
        <w:t>B. tạo ra một nền dân chủ, tự do thực sự, rộng rãi</w:t>
      </w:r>
    </w:p>
    <w:p>
      <w:pPr>
        <w:pStyle w:val="ListParagraph"/>
      </w:pPr>
      <w:r>
        <w:rPr>
          <w:sz w:val="22"/>
        </w:rPr>
        <w:t>C. lật đổ chế độ phong kiến, thiết lập nền cộng hòa.</w:t>
      </w:r>
    </w:p>
    <w:p>
      <w:pPr>
        <w:pStyle w:val="ListParagraph"/>
      </w:pPr>
      <w:r>
        <w:rPr>
          <w:sz w:val="22"/>
        </w:rPr>
        <w:t>D. lật đổ chế độ thực dân, thiết lập nền cộng hòa.</w:t>
      </w:r>
    </w:p>
    <w:p/>
    <w:p>
      <w:r>
        <w:rPr>
          <w:b/>
          <w:sz w:val="24"/>
        </w:rPr>
        <w:t>Câu 24: Mục tiêu chủ yếu của công cuộc cải cách, mở cửa ở Trung Quốc (1978) là</w:t>
      </w:r>
    </w:p>
    <w:p>
      <w:pPr>
        <w:pStyle w:val="ListParagraph"/>
      </w:pPr>
      <w:r>
        <w:rPr>
          <w:sz w:val="22"/>
        </w:rPr>
        <w:t>A. đưa Trung Quốc thành quốc gia giàu mạnh, dân chủ, văn minh.</w:t>
      </w:r>
    </w:p>
    <w:p>
      <w:pPr>
        <w:pStyle w:val="ListParagraph"/>
      </w:pPr>
      <w:r>
        <w:rPr>
          <w:sz w:val="22"/>
        </w:rPr>
        <w:t>B. mở rộng quan hệ hợp tác toàn diện với các nước tư bản phát triển.</w:t>
      </w:r>
    </w:p>
    <w:p>
      <w:pPr>
        <w:pStyle w:val="ListParagraph"/>
      </w:pPr>
      <w:r>
        <w:rPr>
          <w:sz w:val="22"/>
        </w:rPr>
        <w:t>C. hoàn thành triệt để cuộc cách mạng dân tộc dân chủ nhân dân.</w:t>
      </w:r>
    </w:p>
    <w:p>
      <w:pPr>
        <w:pStyle w:val="ListParagraph"/>
      </w:pPr>
      <w:r>
        <w:rPr>
          <w:sz w:val="22"/>
        </w:rPr>
        <w:t>D. phát triển kinh tế xã hội chủ nghĩa do Nhà nước nắm độc quyền</w:t>
      </w:r>
    </w:p>
    <w:p/>
    <w:p>
      <w:r>
        <w:rPr>
          <w:b/>
          <w:sz w:val="24"/>
        </w:rPr>
        <w:t>Câu 25: Trước chiến tranh thế giới II, quốc gia duy nhất đi theo con đường xã hội chủ nghĩa là</w:t>
      </w:r>
    </w:p>
    <w:p>
      <w:pPr>
        <w:pStyle w:val="ListParagraph"/>
      </w:pPr>
      <w:r>
        <w:rPr>
          <w:sz w:val="22"/>
        </w:rPr>
        <w:t>A. Lào.</w:t>
      </w:r>
    </w:p>
    <w:p>
      <w:pPr>
        <w:pStyle w:val="ListParagraph"/>
      </w:pPr>
      <w:r>
        <w:rPr>
          <w:sz w:val="22"/>
        </w:rPr>
        <w:t>B. Trung Quốc.</w:t>
      </w:r>
    </w:p>
    <w:p>
      <w:pPr>
        <w:pStyle w:val="ListParagraph"/>
      </w:pPr>
      <w:r>
        <w:rPr>
          <w:sz w:val="22"/>
        </w:rPr>
        <w:t>C. Liên Xô.</w:t>
      </w:r>
    </w:p>
    <w:p>
      <w:pPr>
        <w:pStyle w:val="ListParagraph"/>
      </w:pPr>
      <w:r>
        <w:rPr>
          <w:sz w:val="22"/>
        </w:rPr>
        <w:t>D. Việt Nam.</w:t>
      </w:r>
    </w:p>
    <w:p/>
    <w:p>
      <w:r>
        <w:rPr>
          <w:b/>
          <w:sz w:val="24"/>
        </w:rPr>
        <w:t>Câu 26: Trong những năm 1944-1945, quốc gia nào sau đây ở Đông Âu thành lập chính quyền dân chủ nhân dân?</w:t>
      </w:r>
    </w:p>
    <w:p>
      <w:pPr>
        <w:pStyle w:val="ListParagraph"/>
      </w:pPr>
      <w:r>
        <w:rPr>
          <w:sz w:val="22"/>
        </w:rPr>
        <w:t>A. Ba Lan.</w:t>
      </w:r>
    </w:p>
    <w:p>
      <w:pPr>
        <w:pStyle w:val="ListParagraph"/>
      </w:pPr>
      <w:r>
        <w:rPr>
          <w:sz w:val="22"/>
        </w:rPr>
        <w:t>B. Angiêri.</w:t>
      </w:r>
    </w:p>
    <w:p>
      <w:pPr>
        <w:pStyle w:val="ListParagraph"/>
      </w:pPr>
      <w:r>
        <w:rPr>
          <w:sz w:val="22"/>
        </w:rPr>
        <w:t>C. Cu Ba.</w:t>
      </w:r>
    </w:p>
    <w:p>
      <w:pPr>
        <w:pStyle w:val="ListParagraph"/>
      </w:pPr>
      <w:r>
        <w:rPr>
          <w:sz w:val="22"/>
        </w:rPr>
        <w:t>D. Nhật Bản.</w:t>
      </w:r>
    </w:p>
    <w:p/>
    <w:p>
      <w:r>
        <w:rPr>
          <w:b/>
          <w:sz w:val="24"/>
        </w:rPr>
        <w:t>Câu 27: Năm 1948, ở châu Á, quốc gia nào sau đây đi lên xây dựng chủ nghĩa xã hội?</w:t>
      </w:r>
    </w:p>
    <w:p>
      <w:pPr>
        <w:pStyle w:val="ListParagraph"/>
      </w:pPr>
      <w:r>
        <w:rPr>
          <w:sz w:val="22"/>
        </w:rPr>
        <w:t>A. Triều Tiên.</w:t>
      </w:r>
    </w:p>
    <w:p>
      <w:pPr>
        <w:pStyle w:val="ListParagraph"/>
      </w:pPr>
      <w:r>
        <w:rPr>
          <w:sz w:val="22"/>
        </w:rPr>
        <w:t>B. Cu Ba.</w:t>
      </w:r>
    </w:p>
    <w:p>
      <w:pPr>
        <w:pStyle w:val="ListParagraph"/>
      </w:pPr>
      <w:r>
        <w:rPr>
          <w:sz w:val="22"/>
        </w:rPr>
        <w:t>C. Việt Nam.</w:t>
      </w:r>
    </w:p>
    <w:p>
      <w:pPr>
        <w:pStyle w:val="ListParagraph"/>
      </w:pPr>
      <w:r>
        <w:rPr>
          <w:sz w:val="22"/>
        </w:rPr>
        <w:t>D. Lào.</w:t>
      </w:r>
    </w:p>
    <w:p/>
    <w:p>
      <w:r>
        <w:rPr>
          <w:b/>
          <w:sz w:val="24"/>
        </w:rPr>
        <w:t>Câu 28: Năm 1949, ở châu Á, quốc gia nào sau đây đi lên xây dựng chủ nghĩa xã hội?</w:t>
      </w:r>
    </w:p>
    <w:p>
      <w:pPr>
        <w:pStyle w:val="ListParagraph"/>
      </w:pPr>
      <w:r>
        <w:rPr>
          <w:sz w:val="22"/>
        </w:rPr>
        <w:t>A. Triều Tiên.</w:t>
      </w:r>
    </w:p>
    <w:p>
      <w:pPr>
        <w:pStyle w:val="ListParagraph"/>
      </w:pPr>
      <w:r>
        <w:rPr>
          <w:sz w:val="22"/>
        </w:rPr>
        <w:t>B. Cu Ba.</w:t>
      </w:r>
    </w:p>
    <w:p>
      <w:pPr>
        <w:pStyle w:val="ListParagraph"/>
      </w:pPr>
      <w:r>
        <w:rPr>
          <w:sz w:val="22"/>
        </w:rPr>
        <w:t>C. Trung Quốc.</w:t>
      </w:r>
    </w:p>
    <w:p>
      <w:pPr>
        <w:pStyle w:val="ListParagraph"/>
      </w:pPr>
      <w:r>
        <w:rPr>
          <w:sz w:val="22"/>
        </w:rPr>
        <w:t>D. Lào.</w:t>
      </w:r>
    </w:p>
    <w:p/>
    <w:p>
      <w:r>
        <w:rPr>
          <w:b/>
          <w:sz w:val="24"/>
        </w:rPr>
        <w:t>Câu 29: Trong công cuộc cải cách, mở cửa (12/1978), Trung Quốc xác định lấy phát triển lĩnh vực nào làm trung tâm?</w:t>
      </w:r>
    </w:p>
    <w:p>
      <w:pPr>
        <w:pStyle w:val="ListParagraph"/>
      </w:pPr>
      <w:r>
        <w:rPr>
          <w:sz w:val="22"/>
        </w:rPr>
        <w:t>A. kinh tế</w:t>
      </w:r>
    </w:p>
    <w:p>
      <w:pPr>
        <w:pStyle w:val="ListParagraph"/>
      </w:pPr>
      <w:r>
        <w:rPr>
          <w:sz w:val="22"/>
        </w:rPr>
        <w:t>B. chính trị</w:t>
      </w:r>
    </w:p>
    <w:p>
      <w:pPr>
        <w:pStyle w:val="ListParagraph"/>
      </w:pPr>
      <w:r>
        <w:rPr>
          <w:sz w:val="22"/>
        </w:rPr>
        <w:t>C. quân sự</w:t>
      </w:r>
    </w:p>
    <w:p>
      <w:pPr>
        <w:pStyle w:val="ListParagraph"/>
      </w:pPr>
      <w:r>
        <w:rPr>
          <w:sz w:val="22"/>
        </w:rPr>
        <w:t>D. văn hóa</w:t>
      </w:r>
    </w:p>
    <w:p/>
    <w:p>
      <w:r>
        <w:rPr>
          <w:b/>
          <w:sz w:val="24"/>
        </w:rPr>
        <w:t>Câu 30: Trong 30 năm thực hiện đường lối cải cách (1978 - 2008), Trung Quốc đã đạt được thành tựu nào sau đây về kinh tế?</w:t>
      </w:r>
    </w:p>
    <w:p>
      <w:pPr>
        <w:pStyle w:val="ListParagraph"/>
      </w:pPr>
      <w:r>
        <w:rPr>
          <w:sz w:val="22"/>
        </w:rPr>
        <w:t>A. Là quốc gia thứ ba thế giới có tàu và người bay vào vĩ trụ</w:t>
      </w:r>
    </w:p>
    <w:p>
      <w:pPr>
        <w:pStyle w:val="ListParagraph"/>
      </w:pPr>
      <w:r>
        <w:rPr>
          <w:sz w:val="22"/>
        </w:rPr>
        <w:t>B. Thiết lập được quan hệ đối ngoại với hầu hết các quốc gia</w:t>
      </w:r>
    </w:p>
    <w:p>
      <w:pPr>
        <w:pStyle w:val="ListParagraph"/>
      </w:pPr>
      <w:r>
        <w:rPr>
          <w:sz w:val="22"/>
        </w:rPr>
        <w:t>C. Là cường quốc xuất khẩu vũ khí và trang thiết bị quân sự</w:t>
      </w:r>
    </w:p>
    <w:p>
      <w:pPr>
        <w:pStyle w:val="ListParagraph"/>
      </w:pPr>
      <w:r>
        <w:rPr>
          <w:sz w:val="22"/>
        </w:rPr>
        <w:t>D. Là quốc gia có tốc độ phát triển kinh tế nhanh nhất thế giới.</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C</w:t>
      </w:r>
    </w:p>
    <w:p>
      <w:r>
        <w:rPr>
          <w:b/>
        </w:rPr>
        <w:t>Câu 6: Đáp án đúng: A</w:t>
      </w:r>
    </w:p>
    <w:p>
      <w:r>
        <w:rPr>
          <w:b/>
        </w:rPr>
        <w:t>Câu 7: Đáp án đúng: A</w:t>
      </w:r>
    </w:p>
    <w:p>
      <w:r>
        <w:rPr>
          <w:b/>
        </w:rPr>
        <w:t>Câu 8: Đáp án đúng: A</w:t>
      </w:r>
    </w:p>
    <w:p>
      <w:r>
        <w:rPr>
          <w:b/>
        </w:rPr>
        <w:t>Câu 9: Đáp án đúng: B</w:t>
      </w:r>
    </w:p>
    <w:p>
      <w:r>
        <w:rPr>
          <w:b/>
        </w:rPr>
        <w:t>Câu 10: Đáp án đúng: C</w:t>
      </w:r>
    </w:p>
    <w:p>
      <w:r>
        <w:rPr>
          <w:b/>
        </w:rPr>
        <w:t>Câu 11: Đáp án đúng: A</w:t>
      </w:r>
    </w:p>
    <w:p>
      <w:r>
        <w:rPr>
          <w:b/>
        </w:rPr>
        <w:t>Câu 12: Đáp án đúng: C</w:t>
      </w:r>
    </w:p>
    <w:p>
      <w:r>
        <w:rPr>
          <w:b/>
        </w:rPr>
        <w:t>Câu 13: Đáp án đúng: A</w:t>
      </w:r>
    </w:p>
    <w:p>
      <w:r>
        <w:rPr>
          <w:b/>
        </w:rPr>
        <w:t>Câu 14: Đáp án đúng: A</w:t>
      </w:r>
    </w:p>
    <w:p>
      <w:r>
        <w:rPr>
          <w:b/>
        </w:rPr>
        <w:t>Câu 15: Đáp án đúng: A</w:t>
      </w:r>
    </w:p>
    <w:p>
      <w:r>
        <w:rPr>
          <w:b/>
        </w:rPr>
        <w:t>Câu 16: Đáp án đúng: C</w:t>
      </w:r>
    </w:p>
    <w:p>
      <w:r>
        <w:rPr>
          <w:b/>
        </w:rPr>
        <w:t>Câu 17: Đáp án đúng: D</w:t>
      </w:r>
    </w:p>
    <w:p>
      <w:r>
        <w:rPr>
          <w:b/>
        </w:rPr>
        <w:t>Câu 18: Đáp án đúng: C</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C</w:t>
      </w:r>
    </w:p>
    <w:p>
      <w:r>
        <w:rPr>
          <w:b/>
        </w:rPr>
        <w:t>Câu 26: Đáp án đúng: A</w:t>
      </w:r>
    </w:p>
    <w:p>
      <w:r>
        <w:rPr>
          <w:b/>
        </w:rPr>
        <w:t>Câu 27: Đáp án đúng: A</w:t>
      </w:r>
    </w:p>
    <w:p>
      <w:r>
        <w:rPr>
          <w:b/>
        </w:rPr>
        <w:t>Câu 28: Đáp án đúng: C</w:t>
      </w:r>
    </w:p>
    <w:p>
      <w:r>
        <w:rPr>
          <w:b/>
        </w:rPr>
        <w:t>Câu 29: Đáp án đúng: A</w:t>
      </w:r>
    </w:p>
    <w:p>
      <w:r>
        <w:rPr>
          <w:b/>
        </w:rPr>
        <w:t>Câu 30: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