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7 - Present Simple and Continuous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is going</w:t>
      </w:r>
    </w:p>
    <w:p>
      <w:pPr>
        <w:pStyle w:val="ListParagraph"/>
      </w:pPr>
      <w:r>
        <w:rPr>
          <w:sz w:val="22"/>
        </w:rPr>
        <w:t>D. going</w:t>
      </w:r>
    </w:p>
    <w:p/>
    <w:p>
      <w:r>
        <w:rPr>
          <w:b/>
          <w:sz w:val="24"/>
        </w:rPr>
        <w:t>Câu 2: Look! The children ______ in the garden.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are playing</w:t>
      </w:r>
    </w:p>
    <w:p>
      <w:pPr>
        <w:pStyle w:val="ListParagraph"/>
      </w:pPr>
      <w:r>
        <w:rPr>
          <w:sz w:val="22"/>
        </w:rPr>
        <w:t>D. is playing</w:t>
      </w:r>
    </w:p>
    <w:p/>
    <w:p>
      <w:r>
        <w:rPr>
          <w:b/>
          <w:sz w:val="24"/>
        </w:rPr>
        <w:t>Câu 3: I ______ my homework every evening.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am doing</w:t>
      </w:r>
    </w:p>
    <w:p>
      <w:pPr>
        <w:pStyle w:val="ListParagraph"/>
      </w:pPr>
      <w:r>
        <w:rPr>
          <w:sz w:val="22"/>
        </w:rPr>
        <w:t>D. doing</w:t>
      </w:r>
    </w:p>
    <w:p/>
    <w:p>
      <w:r>
        <w:rPr>
          <w:b/>
          <w:sz w:val="24"/>
        </w:rPr>
        <w:t>Câu 4: Listen! Someone ______ at the door.</w:t>
      </w:r>
    </w:p>
    <w:p>
      <w:pPr>
        <w:pStyle w:val="ListParagraph"/>
      </w:pPr>
      <w:r>
        <w:rPr>
          <w:sz w:val="22"/>
        </w:rPr>
        <w:t>A. knock</w:t>
      </w:r>
    </w:p>
    <w:p>
      <w:pPr>
        <w:pStyle w:val="ListParagraph"/>
      </w:pPr>
      <w:r>
        <w:rPr>
          <w:sz w:val="22"/>
        </w:rPr>
        <w:t>B. knocks</w:t>
      </w:r>
    </w:p>
    <w:p>
      <w:pPr>
        <w:pStyle w:val="ListParagraph"/>
      </w:pPr>
      <w:r>
        <w:rPr>
          <w:sz w:val="22"/>
        </w:rPr>
        <w:t>C. is knocking</w:t>
      </w:r>
    </w:p>
    <w:p>
      <w:pPr>
        <w:pStyle w:val="ListParagraph"/>
      </w:pPr>
      <w:r>
        <w:rPr>
          <w:sz w:val="22"/>
        </w:rPr>
        <w:t>D. are knocking</w:t>
      </w:r>
    </w:p>
    <w:p/>
    <w:p>
      <w:r>
        <w:rPr>
          <w:b/>
          <w:sz w:val="24"/>
        </w:rPr>
        <w:t>Câu 5: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are playing</w:t>
      </w:r>
    </w:p>
    <w:p>
      <w:pPr>
        <w:pStyle w:val="ListParagraph"/>
      </w:pPr>
      <w:r>
        <w:rPr>
          <w:sz w:val="22"/>
        </w:rPr>
        <w:t>D. is playing</w:t>
      </w:r>
    </w:p>
    <w:p/>
    <w:p>
      <w:r>
        <w:rPr>
          <w:b/>
          <w:sz w:val="24"/>
        </w:rPr>
        <w:t>Câu 6: My mother ______ dinner at the moment.</w:t>
      </w:r>
    </w:p>
    <w:p>
      <w:pPr>
        <w:pStyle w:val="ListParagraph"/>
      </w:pPr>
      <w:r>
        <w:rPr>
          <w:sz w:val="22"/>
        </w:rPr>
        <w:t>A. cooks</w:t>
      </w:r>
    </w:p>
    <w:p>
      <w:pPr>
        <w:pStyle w:val="ListParagraph"/>
      </w:pPr>
      <w:r>
        <w:rPr>
          <w:sz w:val="22"/>
        </w:rPr>
        <w:t>B. cook</w:t>
      </w:r>
    </w:p>
    <w:p>
      <w:pPr>
        <w:pStyle w:val="ListParagraph"/>
      </w:pPr>
      <w:r>
        <w:rPr>
          <w:sz w:val="22"/>
        </w:rPr>
        <w:t>C. is cooking</w:t>
      </w:r>
    </w:p>
    <w:p>
      <w:pPr>
        <w:pStyle w:val="ListParagraph"/>
      </w:pPr>
      <w:r>
        <w:rPr>
          <w:sz w:val="22"/>
        </w:rPr>
        <w:t>D. are cooking</w:t>
      </w:r>
    </w:p>
    <w:p/>
    <w:p>
      <w:r>
        <w:rPr>
          <w:b/>
          <w:sz w:val="24"/>
        </w:rPr>
        <w:t>Câu 7: He ______ to music now.</w:t>
      </w:r>
    </w:p>
    <w:p>
      <w:pPr>
        <w:pStyle w:val="ListParagraph"/>
      </w:pPr>
      <w:r>
        <w:rPr>
          <w:sz w:val="22"/>
        </w:rPr>
        <w:t>A. listens</w:t>
      </w:r>
    </w:p>
    <w:p>
      <w:pPr>
        <w:pStyle w:val="ListParagraph"/>
      </w:pPr>
      <w:r>
        <w:rPr>
          <w:sz w:val="22"/>
        </w:rPr>
        <w:t>B. listen</w:t>
      </w:r>
    </w:p>
    <w:p>
      <w:pPr>
        <w:pStyle w:val="ListParagraph"/>
      </w:pPr>
      <w:r>
        <w:rPr>
          <w:sz w:val="22"/>
        </w:rPr>
        <w:t>C. is listening</w:t>
      </w:r>
    </w:p>
    <w:p>
      <w:pPr>
        <w:pStyle w:val="ListParagraph"/>
      </w:pPr>
      <w:r>
        <w:rPr>
          <w:sz w:val="22"/>
        </w:rPr>
        <w:t>D. are listening</w:t>
      </w:r>
    </w:p>
    <w:p/>
    <w:p>
      <w:r>
        <w:rPr>
          <w:b/>
          <w:sz w:val="24"/>
        </w:rPr>
        <w:t>Câu 8: We ______ our grandparents every weekend.</w:t>
      </w:r>
    </w:p>
    <w:p>
      <w:pPr>
        <w:pStyle w:val="ListParagraph"/>
      </w:pPr>
      <w:r>
        <w:rPr>
          <w:sz w:val="22"/>
        </w:rPr>
        <w:t>A. visit</w:t>
      </w:r>
    </w:p>
    <w:p>
      <w:pPr>
        <w:pStyle w:val="ListParagraph"/>
      </w:pPr>
      <w:r>
        <w:rPr>
          <w:sz w:val="22"/>
        </w:rPr>
        <w:t>B. visits</w:t>
      </w:r>
    </w:p>
    <w:p>
      <w:pPr>
        <w:pStyle w:val="ListParagraph"/>
      </w:pPr>
      <w:r>
        <w:rPr>
          <w:sz w:val="22"/>
        </w:rPr>
        <w:t>C. are visiting</w:t>
      </w:r>
    </w:p>
    <w:p>
      <w:pPr>
        <w:pStyle w:val="ListParagraph"/>
      </w:pPr>
      <w:r>
        <w:rPr>
          <w:sz w:val="22"/>
        </w:rPr>
        <w:t>D. is visiting</w:t>
      </w:r>
    </w:p>
    <w:p/>
    <w:p>
      <w:r>
        <w:rPr>
          <w:b/>
          <w:sz w:val="24"/>
        </w:rPr>
        <w:t>Câu 9: Be quiet! The baby ______.</w:t>
      </w:r>
    </w:p>
    <w:p>
      <w:pPr>
        <w:pStyle w:val="ListParagraph"/>
      </w:pPr>
      <w:r>
        <w:rPr>
          <w:sz w:val="22"/>
        </w:rPr>
        <w:t>A. sleeps</w:t>
      </w:r>
    </w:p>
    <w:p>
      <w:pPr>
        <w:pStyle w:val="ListParagraph"/>
      </w:pPr>
      <w:r>
        <w:rPr>
          <w:sz w:val="22"/>
        </w:rPr>
        <w:t>B. sleep</w:t>
      </w:r>
    </w:p>
    <w:p>
      <w:pPr>
        <w:pStyle w:val="ListParagraph"/>
      </w:pPr>
      <w:r>
        <w:rPr>
          <w:sz w:val="22"/>
        </w:rPr>
        <w:t>C. is sleeping</w:t>
      </w:r>
    </w:p>
    <w:p>
      <w:pPr>
        <w:pStyle w:val="ListParagraph"/>
      </w:pPr>
      <w:r>
        <w:rPr>
          <w:sz w:val="22"/>
        </w:rPr>
        <w:t>D. are sleeping</w:t>
      </w:r>
    </w:p>
    <w:p/>
    <w:p>
      <w:r>
        <w:rPr>
          <w:b/>
          <w:sz w:val="24"/>
        </w:rPr>
        <w:t>Câu 10: She ______ English every day.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studies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are studying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