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ĐỀ CƯƠNG ÔN TẬP KIỂM TRA HỌC KỲ I</w:t>
      </w:r>
    </w:p>
    <w:p>
      <w:pPr>
        <w:jc w:val="center"/>
      </w:pPr>
      <w:r>
        <w:rPr>
          <w:sz w:val="22"/>
        </w:rPr>
        <w:t>Số câu: 12    Thời gian: _____ phút    Họ và tên: _________________________</w:t>
      </w:r>
    </w:p>
    <w:p/>
    <w:p>
      <w:r>
        <w:rPr>
          <w:b/>
          <w:sz w:val="24"/>
        </w:rPr>
        <w:t>Câu 1: Hệ cơ quan nào dưới đây đảm nhận chức năng vận chuyển dưỡng chất và oxygen đến tế bào, đồng thời mang chất thải đến cơ quan bài tiết?</w:t>
      </w:r>
    </w:p>
    <w:p>
      <w:pPr>
        <w:pStyle w:val="ListParagraph"/>
      </w:pPr>
      <w:r>
        <w:rPr>
          <w:sz w:val="22"/>
        </w:rPr>
        <w:t>A. Hệ hô hấp.</w:t>
      </w:r>
    </w:p>
    <w:p>
      <w:pPr>
        <w:pStyle w:val="ListParagraph"/>
      </w:pPr>
      <w:r>
        <w:rPr>
          <w:sz w:val="22"/>
        </w:rPr>
        <w:t>B. Hệ tuần hoàn.</w:t>
      </w:r>
    </w:p>
    <w:p>
      <w:pPr>
        <w:pStyle w:val="ListParagraph"/>
      </w:pPr>
      <w:r>
        <w:rPr>
          <w:sz w:val="22"/>
        </w:rPr>
        <w:t>C. Hệ tiêu hóa.</w:t>
      </w:r>
    </w:p>
    <w:p>
      <w:pPr>
        <w:pStyle w:val="ListParagraph"/>
      </w:pPr>
      <w:r>
        <w:rPr>
          <w:sz w:val="22"/>
        </w:rPr>
        <w:t>D. Hệ thần kinh.</w:t>
      </w:r>
    </w:p>
    <w:p/>
    <w:p>
      <w:r>
        <w:rPr>
          <w:b/>
          <w:sz w:val="24"/>
        </w:rPr>
        <w:t>Câu 2: Biến đổi hóa học thức ăn ở dạ dày diễn ra chủ yếu nhờ tác dụng của enzyme nào trong dịch vị?</w:t>
      </w:r>
    </w:p>
    <w:p>
      <w:pPr>
        <w:pStyle w:val="ListParagraph"/>
      </w:pPr>
      <w:r>
        <w:rPr>
          <w:sz w:val="22"/>
        </w:rPr>
        <w:t>A. Enzyme Pepsin.</w:t>
      </w:r>
    </w:p>
    <w:p>
      <w:pPr>
        <w:pStyle w:val="ListParagraph"/>
      </w:pPr>
      <w:r>
        <w:rPr>
          <w:sz w:val="22"/>
        </w:rPr>
        <w:t>B. Enzyme Amylase.</w:t>
      </w:r>
    </w:p>
    <w:p>
      <w:pPr>
        <w:pStyle w:val="ListParagraph"/>
      </w:pPr>
      <w:r>
        <w:rPr>
          <w:sz w:val="22"/>
        </w:rPr>
        <w:t>C. Enzyme Lipase.</w:t>
      </w:r>
    </w:p>
    <w:p>
      <w:pPr>
        <w:pStyle w:val="ListParagraph"/>
      </w:pPr>
      <w:r>
        <w:rPr>
          <w:sz w:val="22"/>
        </w:rPr>
        <w:t>D. Enzyme Trypsin.</w:t>
      </w:r>
    </w:p>
    <w:p/>
    <w:p>
      <w:r>
        <w:rPr>
          <w:b/>
          <w:sz w:val="24"/>
        </w:rPr>
        <w:t>Câu 3: Cơ quan nào trong ống tiêu hóa là nơi diễn ra quá trình hấp thụ chất dinh dưỡng chủ yếu nhất?</w:t>
      </w:r>
    </w:p>
    <w:p>
      <w:pPr>
        <w:pStyle w:val="ListParagraph"/>
      </w:pPr>
      <w:r>
        <w:rPr>
          <w:sz w:val="22"/>
        </w:rPr>
        <w:t>A. Thực quản.</w:t>
      </w:r>
    </w:p>
    <w:p>
      <w:pPr>
        <w:pStyle w:val="ListParagraph"/>
      </w:pPr>
      <w:r>
        <w:rPr>
          <w:sz w:val="22"/>
        </w:rPr>
        <w:t>B. Dạ dày.</w:t>
      </w:r>
    </w:p>
    <w:p>
      <w:pPr>
        <w:pStyle w:val="ListParagraph"/>
      </w:pPr>
      <w:r>
        <w:rPr>
          <w:sz w:val="22"/>
        </w:rPr>
        <w:t>C. Ruột non.</w:t>
      </w:r>
    </w:p>
    <w:p>
      <w:pPr>
        <w:pStyle w:val="ListParagraph"/>
      </w:pPr>
      <w:r>
        <w:rPr>
          <w:sz w:val="22"/>
        </w:rPr>
        <w:t>D. Ruột già.</w:t>
      </w:r>
    </w:p>
    <w:p/>
    <w:p>
      <w:r>
        <w:rPr>
          <w:b/>
          <w:sz w:val="24"/>
        </w:rPr>
        <w:t>Câu 4: Thành phần nào của máu đảm nhận chức năng vận chuyển khí Oxygen (O₂) từ phổi đến các tế bào cơ thể?</w:t>
      </w:r>
    </w:p>
    <w:p>
      <w:pPr>
        <w:pStyle w:val="ListParagraph"/>
      </w:pPr>
      <w:r>
        <w:rPr>
          <w:sz w:val="22"/>
        </w:rPr>
        <w:t>A. Huyết tương.</w:t>
      </w:r>
    </w:p>
    <w:p>
      <w:pPr>
        <w:pStyle w:val="ListParagraph"/>
      </w:pPr>
      <w:r>
        <w:rPr>
          <w:sz w:val="22"/>
        </w:rPr>
        <w:t>B. Bạch cầu.</w:t>
      </w:r>
    </w:p>
    <w:p>
      <w:pPr>
        <w:pStyle w:val="ListParagraph"/>
      </w:pPr>
      <w:r>
        <w:rPr>
          <w:sz w:val="22"/>
        </w:rPr>
        <w:t>C. Hồng cầu.</w:t>
      </w:r>
    </w:p>
    <w:p>
      <w:pPr>
        <w:pStyle w:val="ListParagraph"/>
      </w:pPr>
      <w:r>
        <w:rPr>
          <w:sz w:val="22"/>
        </w:rPr>
        <w:t>D. Tiểu cầu.</w:t>
      </w:r>
    </w:p>
    <w:p/>
    <w:p>
      <w:r>
        <w:rPr>
          <w:b/>
          <w:sz w:val="24"/>
        </w:rPr>
        <w:t>Câu 5: Cơ quan nào trong hệ hô hấp ở người đóng vai trò là nơi trực tiếp diễn ra sự trao đổi khí giữa cơ thể với môi trường ngoài?</w:t>
      </w:r>
    </w:p>
    <w:p>
      <w:pPr>
        <w:pStyle w:val="ListParagraph"/>
      </w:pPr>
      <w:r>
        <w:rPr>
          <w:sz w:val="22"/>
        </w:rPr>
        <w:t>A. Khí quản.</w:t>
      </w:r>
    </w:p>
    <w:p>
      <w:pPr>
        <w:pStyle w:val="ListParagraph"/>
      </w:pPr>
      <w:r>
        <w:rPr>
          <w:sz w:val="22"/>
        </w:rPr>
        <w:t>B. Phế quản.</w:t>
      </w:r>
    </w:p>
    <w:p>
      <w:pPr>
        <w:pStyle w:val="ListParagraph"/>
      </w:pPr>
      <w:r>
        <w:rPr>
          <w:sz w:val="22"/>
        </w:rPr>
        <w:t>C. Phổi (các phế nang).</w:t>
      </w:r>
    </w:p>
    <w:p>
      <w:pPr>
        <w:pStyle w:val="ListParagraph"/>
      </w:pPr>
      <w:r>
        <w:rPr>
          <w:sz w:val="22"/>
        </w:rPr>
        <w:t>D. Mũi.</w:t>
      </w:r>
    </w:p>
    <w:p/>
    <w:p>
      <w:r>
        <w:rPr>
          <w:b/>
          <w:sz w:val="24"/>
        </w:rPr>
        <w:t>Câu 6: Cơ quan nào giữ vai trò quan trọng nhất trong hệ bài tiết nước tiểu của cơ thể người?</w:t>
      </w:r>
    </w:p>
    <w:p>
      <w:pPr>
        <w:pStyle w:val="ListParagraph"/>
      </w:pPr>
      <w:r>
        <w:rPr>
          <w:sz w:val="22"/>
        </w:rPr>
        <w:t>A. Thận.</w:t>
      </w:r>
    </w:p>
    <w:p>
      <w:pPr>
        <w:pStyle w:val="ListParagraph"/>
      </w:pPr>
      <w:r>
        <w:rPr>
          <w:sz w:val="22"/>
        </w:rPr>
        <w:t>B. Ống dẫn nước tiểu.</w:t>
      </w:r>
    </w:p>
    <w:p>
      <w:pPr>
        <w:pStyle w:val="ListParagraph"/>
      </w:pPr>
      <w:r>
        <w:rPr>
          <w:sz w:val="22"/>
        </w:rPr>
        <w:t>C. Bóng đái (bàng quang).</w:t>
      </w:r>
    </w:p>
    <w:p>
      <w:pPr>
        <w:pStyle w:val="ListParagraph"/>
      </w:pPr>
      <w:r>
        <w:rPr>
          <w:sz w:val="22"/>
        </w:rPr>
        <w:t>D. Ống đái.</w:t>
      </w:r>
    </w:p>
    <w:p/>
    <w:p>
      <w:r>
        <w:rPr>
          <w:b/>
          <w:sz w:val="24"/>
        </w:rPr>
        <w:t>Câu 7: Đơn vị cấu tạo và chức năng cơ bản của hệ thần kinh ở người là gì?</w:t>
      </w:r>
    </w:p>
    <w:p>
      <w:pPr>
        <w:pStyle w:val="ListParagraph"/>
      </w:pPr>
      <w:r>
        <w:rPr>
          <w:sz w:val="22"/>
        </w:rPr>
        <w:t>A. Tế bào cơ.</w:t>
      </w:r>
    </w:p>
    <w:p>
      <w:pPr>
        <w:pStyle w:val="ListParagraph"/>
      </w:pPr>
      <w:r>
        <w:rPr>
          <w:sz w:val="22"/>
        </w:rPr>
        <w:t>B. Tế bào neuron (nơ-ron).</w:t>
      </w:r>
    </w:p>
    <w:p>
      <w:pPr>
        <w:pStyle w:val="ListParagraph"/>
      </w:pPr>
      <w:r>
        <w:rPr>
          <w:sz w:val="22"/>
        </w:rPr>
        <w:t>C. Tế bào biểu mô.</w:t>
      </w:r>
    </w:p>
    <w:p>
      <w:pPr>
        <w:pStyle w:val="ListParagraph"/>
      </w:pPr>
      <w:r>
        <w:rPr>
          <w:sz w:val="22"/>
        </w:rPr>
        <w:t>D. Tế bào tuyến.</w:t>
      </w:r>
    </w:p>
    <w:p/>
    <w:p>
      <w:r>
        <w:rPr>
          <w:b/>
          <w:sz w:val="24"/>
        </w:rPr>
        <w:t>Câu 8: Tuyến nội tiết nào dưới đây đóng vai trò tiết ra hai hormone Insulin và Glucagon để điều hòa lượng đường trong máu?</w:t>
      </w:r>
    </w:p>
    <w:p>
      <w:pPr>
        <w:pStyle w:val="ListParagraph"/>
      </w:pPr>
      <w:r>
        <w:rPr>
          <w:sz w:val="22"/>
        </w:rPr>
        <w:t>A. Tuyến giáp.</w:t>
      </w:r>
    </w:p>
    <w:p>
      <w:pPr>
        <w:pStyle w:val="ListParagraph"/>
      </w:pPr>
      <w:r>
        <w:rPr>
          <w:sz w:val="22"/>
        </w:rPr>
        <w:t>B. Tuyến yên.</w:t>
      </w:r>
    </w:p>
    <w:p>
      <w:pPr>
        <w:pStyle w:val="ListParagraph"/>
      </w:pPr>
      <w:r>
        <w:rPr>
          <w:sz w:val="22"/>
        </w:rPr>
        <w:t>C. Tuyến tụy.</w:t>
      </w:r>
    </w:p>
    <w:p>
      <w:pPr>
        <w:pStyle w:val="ListParagraph"/>
      </w:pPr>
      <w:r>
        <w:rPr>
          <w:sz w:val="22"/>
        </w:rPr>
        <w:t>D. Tuyến trên thận.</w:t>
      </w:r>
    </w:p>
    <w:p/>
    <w:p>
      <w:r>
        <w:rPr>
          <w:b/>
          <w:sz w:val="24"/>
        </w:rPr>
        <w:t>Câu 9: Nêu các chức năng chính của hệ tiêu hóa ở người. Tại sao thói quen ăn uống vội vàng, không nhai kỹ lại gây hại cho hệ tiêu hóa?</w:t>
      </w:r>
    </w:p>
    <w:p/>
    <w:p>
      <w:r>
        <w:rPr>
          <w:b/>
          <w:sz w:val="24"/>
        </w:rPr>
        <w:t>Câu 10: Em hãy đề xuất một số biện pháp lựa chọn, bảo quản và chế biến thực phẩm an toàn cho bản thân và gia đình em.</w:t>
      </w:r>
    </w:p>
    <w:p/>
    <w:p>
      <w:r>
        <w:rPr>
          <w:b/>
          <w:sz w:val="24"/>
        </w:rPr>
        <w:t>Câu 11: Trình bày chức năng chính của hệ hô hấp ở người. Phân tích tác hại của khói thuốc lá đối với đường hô hấp và sức khỏe hệ hô hấp.</w:t>
      </w:r>
    </w:p>
    <w:p/>
    <w:p>
      <w:r>
        <w:rPr>
          <w:b/>
          <w:sz w:val="24"/>
        </w:rPr>
        <w:t>Câu 12: Giải thích tại sao việc duy trì chế độ luyện tập thể dục, thể thao hợp lý và thói quen uống đủ nước mỗi ngày lại có vai trò đặc biệt quan trọng đối với sự hoạt động bình thường của hệ tuần hoàn và hệ bài tiết?</w:t>
      </w:r>
    </w:p>
    <w:p/>
    <w:p>
      <w:r>
        <w:t>──────────────────────────────────────────────────</w:t>
      </w:r>
    </w:p>
    <w:p>
      <w:r>
        <w:rPr>
          <w:b/>
        </w:rPr>
        <w:t>BẢNG ĐÁP ÁN &amp; LỜI GIẢI CHI TIẾT</w:t>
      </w:r>
    </w:p>
    <w:p>
      <w:r>
        <w:rPr>
          <w:b/>
        </w:rPr>
        <w:t>Câu 1: Đáp án đúng: B</w:t>
      </w:r>
    </w:p>
    <w:p>
      <w:r>
        <w:rPr>
          <w:b/>
        </w:rPr>
        <w:t>Câu 2: Đáp án đúng: A</w:t>
      </w:r>
    </w:p>
    <w:p>
      <w:r>
        <w:rPr>
          <w:b/>
        </w:rPr>
        <w:t>Câu 3: Đáp án đúng: C</w:t>
      </w:r>
    </w:p>
    <w:p>
      <w:r>
        <w:rPr>
          <w:b/>
        </w:rPr>
        <w:t>Câu 4: Đáp án đúng: C</w:t>
      </w:r>
    </w:p>
    <w:p>
      <w:r>
        <w:rPr>
          <w:b/>
        </w:rPr>
        <w:t>Câu 5: Đáp án đúng: C</w:t>
      </w:r>
    </w:p>
    <w:p>
      <w:r>
        <w:rPr>
          <w:b/>
        </w:rPr>
        <w:t>Câu 6: Đáp án đúng: A</w:t>
      </w:r>
    </w:p>
    <w:p>
      <w:r>
        <w:rPr>
          <w:b/>
        </w:rPr>
        <w:t>Câu 7: Đáp án đúng: B</w:t>
      </w:r>
    </w:p>
    <w:p>
      <w:r>
        <w:rPr>
          <w:b/>
        </w:rPr>
        <w:t>Câu 8: Đáp án đúng: C</w:t>
      </w:r>
    </w:p>
    <w:p>
      <w:r>
        <w:rPr>
          <w:b/>
        </w:rPr>
        <w:t>Câu 9: Đáp án đúng: None</w:t>
      </w:r>
    </w:p>
    <w:p>
      <w:r>
        <w:rPr>
          <w:b/>
        </w:rPr>
        <w:t>Câu 10: Đáp án đúng: None</w:t>
      </w:r>
    </w:p>
    <w:p>
      <w:r>
        <w:rPr>
          <w:b/>
        </w:rPr>
        <w:t>Câu 11: Đáp án đúng: None</w:t>
      </w:r>
    </w:p>
    <w:p>
      <w:r>
        <w:rPr>
          <w:b/>
        </w:rPr>
        <w:t>Câu 12: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