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What do you say when you meet someone in the morning?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night</w:t>
      </w:r>
    </w:p>
    <w:p>
      <w:pPr>
        <w:pStyle w:val="ListParagraph"/>
      </w:pPr>
      <w:r>
        <w:rPr>
          <w:sz w:val="22"/>
        </w:rPr>
        <w:t>C. Goodbye</w:t>
      </w:r>
    </w:p>
    <w:p>
      <w:pPr>
        <w:pStyle w:val="ListParagraph"/>
      </w:pPr>
      <w:r>
        <w:rPr>
          <w:sz w:val="22"/>
        </w:rPr>
        <w:t>D. Good afternoon</w:t>
      </w:r>
    </w:p>
    <w:p/>
    <w:p>
      <w:r>
        <w:rPr>
          <w:b/>
          <w:sz w:val="24"/>
        </w:rPr>
        <w:t>Câu 2: What do you say when you meet your friend in the afternoon?</w:t>
      </w:r>
    </w:p>
    <w:p>
      <w:pPr>
        <w:pStyle w:val="ListParagraph"/>
      </w:pPr>
      <w:r>
        <w:rPr>
          <w:sz w:val="22"/>
        </w:rPr>
        <w:t>A. Good morning</w:t>
      </w:r>
    </w:p>
    <w:p>
      <w:pPr>
        <w:pStyle w:val="ListParagraph"/>
      </w:pPr>
      <w:r>
        <w:rPr>
          <w:sz w:val="22"/>
        </w:rPr>
        <w:t>B. Good afternoon</w:t>
      </w:r>
    </w:p>
    <w:p>
      <w:pPr>
        <w:pStyle w:val="ListParagraph"/>
      </w:pPr>
      <w:r>
        <w:rPr>
          <w:sz w:val="22"/>
        </w:rPr>
        <w:t>C. Good evening</w:t>
      </w:r>
    </w:p>
    <w:p>
      <w:pPr>
        <w:pStyle w:val="ListParagraph"/>
      </w:pPr>
      <w:r>
        <w:rPr>
          <w:sz w:val="22"/>
        </w:rPr>
        <w:t>D. Good night</w:t>
      </w:r>
    </w:p>
    <w:p/>
    <w:p>
      <w:r>
        <w:rPr>
          <w:b/>
          <w:sz w:val="24"/>
        </w:rPr>
        <w:t>Câu 3: Hello, my name ___ Lan.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4: Hi, I ___ Minh.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name</w:t>
      </w:r>
    </w:p>
    <w:p/>
    <w:p>
      <w:r>
        <w:rPr>
          <w:b/>
          <w:sz w:val="24"/>
        </w:rPr>
        <w:t>Câu 5: How do you ask someone's name?</w:t>
      </w:r>
    </w:p>
    <w:p>
      <w:pPr>
        <w:pStyle w:val="ListParagraph"/>
      </w:pPr>
      <w:r>
        <w:rPr>
          <w:sz w:val="22"/>
        </w:rPr>
        <w:t>A. How are you?</w:t>
      </w:r>
    </w:p>
    <w:p>
      <w:pPr>
        <w:pStyle w:val="ListParagraph"/>
      </w:pPr>
      <w:r>
        <w:rPr>
          <w:sz w:val="22"/>
        </w:rPr>
        <w:t>B. What is your name?</w:t>
      </w:r>
    </w:p>
    <w:p>
      <w:pPr>
        <w:pStyle w:val="ListParagraph"/>
      </w:pPr>
      <w:r>
        <w:rPr>
          <w:sz w:val="22"/>
        </w:rPr>
        <w:t>C. How old are you?</w:t>
      </w:r>
    </w:p>
    <w:p>
      <w:pPr>
        <w:pStyle w:val="ListParagraph"/>
      </w:pPr>
      <w:r>
        <w:rPr>
          <w:sz w:val="22"/>
        </w:rPr>
        <w:t>D. Where are you?</w:t>
      </w:r>
    </w:p>
    <w:p/>
    <w:p>
      <w:r>
        <w:rPr>
          <w:b/>
          <w:sz w:val="24"/>
        </w:rPr>
        <w:t>Câu 6: What is the correct response to “How are you?”</w:t>
      </w:r>
    </w:p>
    <w:p>
      <w:pPr>
        <w:pStyle w:val="ListParagraph"/>
      </w:pPr>
      <w:r>
        <w:rPr>
          <w:sz w:val="22"/>
        </w:rPr>
        <w:t>A. I'm fine, thank you.</w:t>
      </w:r>
    </w:p>
    <w:p>
      <w:pPr>
        <w:pStyle w:val="ListParagraph"/>
      </w:pPr>
      <w:r>
        <w:rPr>
          <w:sz w:val="22"/>
        </w:rPr>
        <w:t>B. My name is Nam.</w:t>
      </w:r>
    </w:p>
    <w:p>
      <w:pPr>
        <w:pStyle w:val="ListParagraph"/>
      </w:pPr>
      <w:r>
        <w:rPr>
          <w:sz w:val="22"/>
        </w:rPr>
        <w:t>C. I'm nine years old.</w:t>
      </w:r>
    </w:p>
    <w:p>
      <w:pPr>
        <w:pStyle w:val="ListParagraph"/>
      </w:pPr>
      <w:r>
        <w:rPr>
          <w:sz w:val="22"/>
        </w:rPr>
        <w:t>D. Goodbye.</w:t>
      </w:r>
    </w:p>
    <w:p/>
    <w:p>
      <w:r>
        <w:rPr>
          <w:b/>
          <w:sz w:val="24"/>
        </w:rPr>
        <w:t>Câu 7: Nice to ___ you.</w:t>
      </w:r>
    </w:p>
    <w:p>
      <w:pPr>
        <w:pStyle w:val="ListParagraph"/>
      </w:pPr>
      <w:r>
        <w:rPr>
          <w:sz w:val="22"/>
        </w:rPr>
        <w:t>A. meet</w:t>
      </w:r>
    </w:p>
    <w:p>
      <w:pPr>
        <w:pStyle w:val="ListParagraph"/>
      </w:pPr>
      <w:r>
        <w:rPr>
          <w:sz w:val="22"/>
        </w:rPr>
        <w:t>B. meat</w:t>
      </w:r>
    </w:p>
    <w:p>
      <w:pPr>
        <w:pStyle w:val="ListParagraph"/>
      </w:pPr>
      <w:r>
        <w:rPr>
          <w:sz w:val="22"/>
        </w:rPr>
        <w:t>C. met</w:t>
      </w:r>
    </w:p>
    <w:p>
      <w:pPr>
        <w:pStyle w:val="ListParagraph"/>
      </w:pPr>
      <w:r>
        <w:rPr>
          <w:sz w:val="22"/>
        </w:rPr>
        <w:t>D. meeting</w:t>
      </w:r>
    </w:p>
    <w:p/>
    <w:p>
      <w:r>
        <w:rPr>
          <w:b/>
          <w:sz w:val="24"/>
        </w:rPr>
        <w:t>Câu 8: When you leave, you say:</w:t>
      </w:r>
    </w:p>
    <w:p>
      <w:pPr>
        <w:pStyle w:val="ListParagraph"/>
      </w:pPr>
      <w:r>
        <w:rPr>
          <w:sz w:val="22"/>
        </w:rPr>
        <w:t>A. Hello</w:t>
      </w:r>
    </w:p>
    <w:p>
      <w:pPr>
        <w:pStyle w:val="ListParagraph"/>
      </w:pPr>
      <w:r>
        <w:rPr>
          <w:sz w:val="22"/>
        </w:rPr>
        <w:t>B. Goodbye</w:t>
      </w:r>
    </w:p>
    <w:p>
      <w:pPr>
        <w:pStyle w:val="ListParagraph"/>
      </w:pPr>
      <w:r>
        <w:rPr>
          <w:sz w:val="22"/>
        </w:rPr>
        <w:t>C. Good morning</w:t>
      </w:r>
    </w:p>
    <w:p>
      <w:pPr>
        <w:pStyle w:val="ListParagraph"/>
      </w:pPr>
      <w:r>
        <w:rPr>
          <w:sz w:val="22"/>
        </w:rPr>
        <w:t>D. Hi</w:t>
      </w:r>
    </w:p>
    <w:p/>
    <w:p>
      <w:r>
        <w:rPr>
          <w:b/>
          <w:sz w:val="24"/>
        </w:rPr>
        <w:t>Câu 9: This ___ my friend, Hoa.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10: ___ are you? - I'm ten years old.</w:t>
      </w:r>
    </w:p>
    <w:p>
      <w:pPr>
        <w:pStyle w:val="ListParagraph"/>
      </w:pPr>
      <w:r>
        <w:rPr>
          <w:sz w:val="22"/>
        </w:rPr>
        <w:t>A. How</w:t>
      </w:r>
    </w:p>
    <w:p>
      <w:pPr>
        <w:pStyle w:val="ListParagraph"/>
      </w:pPr>
      <w:r>
        <w:rPr>
          <w:sz w:val="22"/>
        </w:rPr>
        <w:t>B. What</w:t>
      </w:r>
    </w:p>
    <w:p>
      <w:pPr>
        <w:pStyle w:val="ListParagraph"/>
      </w:pPr>
      <w:r>
        <w:rPr>
          <w:sz w:val="22"/>
        </w:rPr>
        <w:t>C. How old</w:t>
      </w:r>
    </w:p>
    <w:p>
      <w:pPr>
        <w:pStyle w:val="ListParagraph"/>
      </w:pPr>
      <w:r>
        <w:rPr>
          <w:sz w:val="22"/>
        </w:rPr>
        <w:t>D. Where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C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