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15 PHÚT TOÁN 10</w:t>
      </w:r>
    </w:p>
    <w:p>
      <w:pPr>
        <w:jc w:val="center"/>
      </w:pPr>
      <w:r>
        <w:rPr>
          <w:sz w:val="22"/>
        </w:rPr>
        <w:t>Số câu: 20    Thời gian: _____ phút    Họ và tên: _________________________</w:t>
      </w:r>
    </w:p>
    <w:p/>
    <w:p>
      <w:r>
        <w:rPr>
          <w:b/>
          <w:sz w:val="24"/>
        </w:rPr>
        <w:t>Câu 1: Cho tập hợp \(A = \{x \in \mathbb{N} \mid x &lt; 5\}\). Liệt kê các phần tử của \(A\).</w:t>
      </w:r>
    </w:p>
    <w:p>
      <w:pPr>
        <w:pStyle w:val="ListParagraph"/>
      </w:pPr>
      <w:r>
        <w:rPr>
          <w:sz w:val="22"/>
        </w:rPr>
        <w:t>A. \(\{1,2,3,4,5\}\)</w:t>
      </w:r>
    </w:p>
    <w:p>
      <w:pPr>
        <w:pStyle w:val="ListParagraph"/>
      </w:pPr>
      <w:r>
        <w:rPr>
          <w:sz w:val="22"/>
        </w:rPr>
        <w:t>B. \(\{0,1,2,3,4\}\)</w:t>
      </w:r>
    </w:p>
    <w:p>
      <w:pPr>
        <w:pStyle w:val="ListParagraph"/>
      </w:pPr>
      <w:r>
        <w:rPr>
          <w:sz w:val="22"/>
        </w:rPr>
        <w:t>C. \(\{0,1,2,3,4,5\}\)</w:t>
      </w:r>
    </w:p>
    <w:p>
      <w:pPr>
        <w:pStyle w:val="ListParagraph"/>
      </w:pPr>
      <w:r>
        <w:rPr>
          <w:sz w:val="22"/>
        </w:rPr>
        <w:t>D. \(\{1,2,3,4\}\)</w:t>
      </w:r>
    </w:p>
    <w:p/>
    <w:p>
      <w:r>
        <w:rPr>
          <w:b/>
          <w:sz w:val="24"/>
        </w:rPr>
        <w:t>Câu 2: Cho tập hợp \(A = \{1,2,3\}\). Số tập con của \(A\) là:</w:t>
      </w:r>
    </w:p>
    <w:p>
      <w:pPr>
        <w:pStyle w:val="ListParagraph"/>
      </w:pPr>
      <w:r>
        <w:rPr>
          <w:sz w:val="22"/>
        </w:rPr>
        <w:t>A. 6</w:t>
      </w:r>
    </w:p>
    <w:p>
      <w:pPr>
        <w:pStyle w:val="ListParagraph"/>
      </w:pPr>
      <w:r>
        <w:rPr>
          <w:sz w:val="22"/>
        </w:rPr>
        <w:t>B. 7</w:t>
      </w:r>
    </w:p>
    <w:p>
      <w:pPr>
        <w:pStyle w:val="ListParagraph"/>
      </w:pPr>
      <w:r>
        <w:rPr>
          <w:sz w:val="22"/>
        </w:rPr>
        <w:t>C. 8</w:t>
      </w:r>
    </w:p>
    <w:p>
      <w:pPr>
        <w:pStyle w:val="ListParagraph"/>
      </w:pPr>
      <w:r>
        <w:rPr>
          <w:sz w:val="22"/>
        </w:rPr>
        <w:t>D. 9</w:t>
      </w:r>
    </w:p>
    <w:p/>
    <w:p>
      <w:r>
        <w:rPr>
          <w:b/>
          <w:sz w:val="24"/>
        </w:rPr>
        <w:t>Câu 3: Hai tập hợp \(A\) và \(B\) bằng nhau khi và chỉ khi:</w:t>
      </w:r>
    </w:p>
    <w:p>
      <w:pPr>
        <w:pStyle w:val="ListParagraph"/>
      </w:pPr>
      <w:r>
        <w:rPr>
          <w:sz w:val="22"/>
        </w:rPr>
        <w:t>A. Mọi phần tử của \(A\) đều thuộc \(B\) và mọi phần tử của \(B\) đều thuộc \(A\).</w:t>
      </w:r>
    </w:p>
    <w:p>
      <w:pPr>
        <w:pStyle w:val="ListParagraph"/>
      </w:pPr>
      <w:r>
        <w:rPr>
          <w:sz w:val="22"/>
        </w:rPr>
        <w:t>B. \(A \subset B\).</w:t>
      </w:r>
    </w:p>
    <w:p>
      <w:pPr>
        <w:pStyle w:val="ListParagraph"/>
      </w:pPr>
      <w:r>
        <w:rPr>
          <w:sz w:val="22"/>
        </w:rPr>
        <w:t>C. \(B \subset A\).</w:t>
      </w:r>
    </w:p>
    <w:p>
      <w:pPr>
        <w:pStyle w:val="ListParagraph"/>
      </w:pPr>
      <w:r>
        <w:rPr>
          <w:sz w:val="22"/>
        </w:rPr>
        <w:t>D. \(A\) và \(B\) có cùng số phần tử.</w:t>
      </w:r>
    </w:p>
    <w:p/>
    <w:p>
      <w:r>
        <w:rPr>
          <w:b/>
          <w:sz w:val="24"/>
        </w:rPr>
        <w:t>Câu 4: Cho \(A = \{1,2,3,4\}\) và \(B = \{3,4,5,6\}\). Tập hợp \(A \cap B\) là:</w:t>
      </w:r>
    </w:p>
    <w:p>
      <w:pPr>
        <w:pStyle w:val="ListParagraph"/>
      </w:pPr>
      <w:r>
        <w:rPr>
          <w:sz w:val="22"/>
        </w:rPr>
        <w:t>A. \(\{3,4\}\)</w:t>
      </w:r>
    </w:p>
    <w:p>
      <w:pPr>
        <w:pStyle w:val="ListParagraph"/>
      </w:pPr>
      <w:r>
        <w:rPr>
          <w:sz w:val="22"/>
        </w:rPr>
        <w:t>B. \(\{1,2\}\)</w:t>
      </w:r>
    </w:p>
    <w:p>
      <w:pPr>
        <w:pStyle w:val="ListParagraph"/>
      </w:pPr>
      <w:r>
        <w:rPr>
          <w:sz w:val="22"/>
        </w:rPr>
        <w:t>C. \(\{5,6\}\)</w:t>
      </w:r>
    </w:p>
    <w:p>
      <w:pPr>
        <w:pStyle w:val="ListParagraph"/>
      </w:pPr>
      <w:r>
        <w:rPr>
          <w:sz w:val="22"/>
        </w:rPr>
        <w:t>D. \(\{1,2,3,4,5,6\}\)</w:t>
      </w:r>
    </w:p>
    <w:p/>
    <w:p>
      <w:r>
        <w:rPr>
          <w:b/>
          <w:sz w:val="24"/>
        </w:rPr>
        <w:t>Câu 5: Cho \(A = \{1,2\}\) và \(B = \{2,3,4\}\). Tập hợp \(A \cup B\) là:</w:t>
      </w:r>
    </w:p>
    <w:p>
      <w:pPr>
        <w:pStyle w:val="ListParagraph"/>
      </w:pPr>
      <w:r>
        <w:rPr>
          <w:sz w:val="22"/>
        </w:rPr>
        <w:t>A. \(\{1,2,3,4\}\)</w:t>
      </w:r>
    </w:p>
    <w:p>
      <w:pPr>
        <w:pStyle w:val="ListParagraph"/>
      </w:pPr>
      <w:r>
        <w:rPr>
          <w:sz w:val="22"/>
        </w:rPr>
        <w:t>B. \(\{2\}\)</w:t>
      </w:r>
    </w:p>
    <w:p>
      <w:pPr>
        <w:pStyle w:val="ListParagraph"/>
      </w:pPr>
      <w:r>
        <w:rPr>
          <w:sz w:val="22"/>
        </w:rPr>
        <w:t>C. \(\{1,3,4\}\)</w:t>
      </w:r>
    </w:p>
    <w:p>
      <w:pPr>
        <w:pStyle w:val="ListParagraph"/>
      </w:pPr>
      <w:r>
        <w:rPr>
          <w:sz w:val="22"/>
        </w:rPr>
        <w:t>D. \(\{1,2,3\}\)</w:t>
      </w:r>
    </w:p>
    <w:p/>
    <w:p>
      <w:r>
        <w:rPr>
          <w:b/>
          <w:sz w:val="24"/>
        </w:rPr>
        <w:t>Câu 6: Cho \(A = \{1,2,3,4\}\) và \(B = \{3,4\}\). Tập hợp \(A \setminus B\) là:</w:t>
      </w:r>
    </w:p>
    <w:p>
      <w:pPr>
        <w:pStyle w:val="ListParagraph"/>
      </w:pPr>
      <w:r>
        <w:rPr>
          <w:sz w:val="22"/>
        </w:rPr>
        <w:t>A. \(\{1,2\}\)</w:t>
      </w:r>
    </w:p>
    <w:p>
      <w:pPr>
        <w:pStyle w:val="ListParagraph"/>
      </w:pPr>
      <w:r>
        <w:rPr>
          <w:sz w:val="22"/>
        </w:rPr>
        <w:t>B. \(\{3,4\}\)</w:t>
      </w:r>
    </w:p>
    <w:p>
      <w:pPr>
        <w:pStyle w:val="ListParagraph"/>
      </w:pPr>
      <w:r>
        <w:rPr>
          <w:sz w:val="22"/>
        </w:rPr>
        <w:t>C. \(\{1,2,3,4\}\)</w:t>
      </w:r>
    </w:p>
    <w:p>
      <w:pPr>
        <w:pStyle w:val="ListParagraph"/>
      </w:pPr>
      <w:r>
        <w:rPr>
          <w:sz w:val="22"/>
        </w:rPr>
        <w:t>D. \(\varnothing\)</w:t>
      </w:r>
    </w:p>
    <w:p/>
    <w:p>
      <w:r>
        <w:rPr>
          <w:b/>
          <w:sz w:val="24"/>
        </w:rPr>
        <w:t>Câu 7: Cho \(U = \{1,2,3,4,5\}\) và \(A = \{1,3,5\}\). Phần bù của \(A\) trong \(U\) là:</w:t>
      </w:r>
    </w:p>
    <w:p>
      <w:pPr>
        <w:pStyle w:val="ListParagraph"/>
      </w:pPr>
      <w:r>
        <w:rPr>
          <w:sz w:val="22"/>
        </w:rPr>
        <w:t>A. \(\{2,4\}\)</w:t>
      </w:r>
    </w:p>
    <w:p>
      <w:pPr>
        <w:pStyle w:val="ListParagraph"/>
      </w:pPr>
      <w:r>
        <w:rPr>
          <w:sz w:val="22"/>
        </w:rPr>
        <w:t>B. \(\{1,3,5\}\)</w:t>
      </w:r>
    </w:p>
    <w:p>
      <w:pPr>
        <w:pStyle w:val="ListParagraph"/>
      </w:pPr>
      <w:r>
        <w:rPr>
          <w:sz w:val="22"/>
        </w:rPr>
        <w:t>C. \(\{1,2,3,4,5\}\)</w:t>
      </w:r>
    </w:p>
    <w:p>
      <w:pPr>
        <w:pStyle w:val="ListParagraph"/>
      </w:pPr>
      <w:r>
        <w:rPr>
          <w:sz w:val="22"/>
        </w:rPr>
        <w:t>D. \(\varnothing\)</w:t>
      </w:r>
    </w:p>
    <w:p/>
    <w:p>
      <w:r>
        <w:rPr>
          <w:b/>
          <w:sz w:val="24"/>
        </w:rPr>
        <w:t>Câu 8: Cho hai tập hợp \(A = (-\infty;3]\) và \(B = [1;+\infty)\). Tập hợp \(A \cap B\) là:</w:t>
      </w:r>
    </w:p>
    <w:p>
      <w:pPr>
        <w:pStyle w:val="ListParagraph"/>
      </w:pPr>
      <w:r>
        <w:rPr>
          <w:sz w:val="22"/>
        </w:rPr>
        <w:t>A. \([1;3]\)</w:t>
      </w:r>
    </w:p>
    <w:p>
      <w:pPr>
        <w:pStyle w:val="ListParagraph"/>
      </w:pPr>
      <w:r>
        <w:rPr>
          <w:sz w:val="22"/>
        </w:rPr>
        <w:t>B. \((1;3)\)</w:t>
      </w:r>
    </w:p>
    <w:p>
      <w:pPr>
        <w:pStyle w:val="ListParagraph"/>
      </w:pPr>
      <w:r>
        <w:rPr>
          <w:sz w:val="22"/>
        </w:rPr>
        <w:t>C. \((-\infty;+\infty)\)</w:t>
      </w:r>
    </w:p>
    <w:p>
      <w:pPr>
        <w:pStyle w:val="ListParagraph"/>
      </w:pPr>
      <w:r>
        <w:rPr>
          <w:sz w:val="22"/>
        </w:rPr>
        <w:t>D. \([1;3)\)</w:t>
      </w:r>
    </w:p>
    <w:p/>
    <w:p>
      <w:r>
        <w:rPr>
          <w:b/>
          <w:sz w:val="24"/>
        </w:rPr>
        <w:t>Câu 9: Cho \(A = (0;4)\) và \(B = [2;6)\). Tập hợp \(A \cup B\) là:</w:t>
      </w:r>
    </w:p>
    <w:p>
      <w:pPr>
        <w:pStyle w:val="ListParagraph"/>
      </w:pPr>
      <w:r>
        <w:rPr>
          <w:sz w:val="22"/>
        </w:rPr>
        <w:t>A. \((0;6)\)</w:t>
      </w:r>
    </w:p>
    <w:p>
      <w:pPr>
        <w:pStyle w:val="ListParagraph"/>
      </w:pPr>
      <w:r>
        <w:rPr>
          <w:sz w:val="22"/>
        </w:rPr>
        <w:t>B. \((0;6]\)</w:t>
      </w:r>
    </w:p>
    <w:p>
      <w:pPr>
        <w:pStyle w:val="ListParagraph"/>
      </w:pPr>
      <w:r>
        <w:rPr>
          <w:sz w:val="22"/>
        </w:rPr>
        <w:t>C. \([0;6)\)</w:t>
      </w:r>
    </w:p>
    <w:p>
      <w:pPr>
        <w:pStyle w:val="ListParagraph"/>
      </w:pPr>
      <w:r>
        <w:rPr>
          <w:sz w:val="22"/>
        </w:rPr>
        <w:t>D. \([2;4)\)</w:t>
      </w:r>
    </w:p>
    <w:p/>
    <w:p>
      <w:r>
        <w:rPr>
          <w:b/>
          <w:sz w:val="24"/>
        </w:rPr>
        <w:t>Câu 10: Cho \(A = [-2;5)\) và \(B = (1;7]\). Tập hợp \(A \setminus B\) là:</w:t>
      </w:r>
    </w:p>
    <w:p>
      <w:pPr>
        <w:pStyle w:val="ListParagraph"/>
      </w:pPr>
      <w:r>
        <w:rPr>
          <w:sz w:val="22"/>
        </w:rPr>
        <w:t>A. \([-2;1]\)</w:t>
      </w:r>
    </w:p>
    <w:p>
      <w:pPr>
        <w:pStyle w:val="ListParagraph"/>
      </w:pPr>
      <w:r>
        <w:rPr>
          <w:sz w:val="22"/>
        </w:rPr>
        <w:t>B. \((-2;1)\)</w:t>
      </w:r>
    </w:p>
    <w:p>
      <w:pPr>
        <w:pStyle w:val="ListParagraph"/>
      </w:pPr>
      <w:r>
        <w:rPr>
          <w:sz w:val="22"/>
        </w:rPr>
        <w:t>C. \([-2;1)\)</w:t>
      </w:r>
    </w:p>
    <w:p>
      <w:pPr>
        <w:pStyle w:val="ListParagraph"/>
      </w:pPr>
      <w:r>
        <w:rPr>
          <w:sz w:val="22"/>
        </w:rPr>
        <w:t>D. \((-2;1]\)</w:t>
      </w:r>
    </w:p>
    <w:p/>
    <w:p>
      <w:r>
        <w:rPr>
          <w:b/>
          <w:sz w:val="24"/>
        </w:rPr>
        <w:t>Câu 11: Cho tập hợp \(A = \{x \in \mathbb{Z} \mid -2 &lt; x \le 3\}\). Liệt kê các phần tử của \(A\).</w:t>
      </w:r>
    </w:p>
    <w:p>
      <w:pPr>
        <w:pStyle w:val="ListParagraph"/>
      </w:pPr>
      <w:r>
        <w:rPr>
          <w:sz w:val="22"/>
        </w:rPr>
        <w:t>A. \(\{-1,0,1,2,3\}\)</w:t>
      </w:r>
    </w:p>
    <w:p>
      <w:pPr>
        <w:pStyle w:val="ListParagraph"/>
      </w:pPr>
      <w:r>
        <w:rPr>
          <w:sz w:val="22"/>
        </w:rPr>
        <w:t>B. \(\{-2,-1,0,1,2,3\}\)</w:t>
      </w:r>
    </w:p>
    <w:p>
      <w:pPr>
        <w:pStyle w:val="ListParagraph"/>
      </w:pPr>
      <w:r>
        <w:rPr>
          <w:sz w:val="22"/>
        </w:rPr>
        <w:t>C. \(\{0,1,2,3\}\)</w:t>
      </w:r>
    </w:p>
    <w:p>
      <w:pPr>
        <w:pStyle w:val="ListParagraph"/>
      </w:pPr>
      <w:r>
        <w:rPr>
          <w:sz w:val="22"/>
        </w:rPr>
        <w:t>D. \(\{-1,0,1,2\}\)</w:t>
      </w:r>
    </w:p>
    <w:p/>
    <w:p>
      <w:r>
        <w:rPr>
          <w:b/>
          <w:sz w:val="24"/>
        </w:rPr>
        <w:t>Câu 12: Cho tập hợp \(A = \{x \in \mathbb{N} \mid x \text{ là ước của } 12\}\). Số phần tử của \(A\) là:</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13: Cho \(A = [1;5]\) và \(B = (2;7)\). Tập hợp \(A \cap B\) là:</w:t>
      </w:r>
    </w:p>
    <w:p>
      <w:pPr>
        <w:pStyle w:val="ListParagraph"/>
      </w:pPr>
      <w:r>
        <w:rPr>
          <w:sz w:val="22"/>
        </w:rPr>
        <w:t>A. \((2;5]\)</w:t>
      </w:r>
    </w:p>
    <w:p>
      <w:pPr>
        <w:pStyle w:val="ListParagraph"/>
      </w:pPr>
      <w:r>
        <w:rPr>
          <w:sz w:val="22"/>
        </w:rPr>
        <w:t>B. \([2;5]\)</w:t>
      </w:r>
    </w:p>
    <w:p>
      <w:pPr>
        <w:pStyle w:val="ListParagraph"/>
      </w:pPr>
      <w:r>
        <w:rPr>
          <w:sz w:val="22"/>
        </w:rPr>
        <w:t>C. \((2;5)\)</w:t>
      </w:r>
    </w:p>
    <w:p>
      <w:pPr>
        <w:pStyle w:val="ListParagraph"/>
      </w:pPr>
      <w:r>
        <w:rPr>
          <w:sz w:val="22"/>
        </w:rPr>
        <w:t>D. \([2;5)\)</w:t>
      </w:r>
    </w:p>
    <w:p/>
    <w:p>
      <w:r>
        <w:rPr>
          <w:b/>
          <w:sz w:val="24"/>
        </w:rPr>
        <w:t>Câu 14: Cho hai tập hợp \(A\) và \(B\). Tập hợp \((A \setminus B) \cup (B \setminus A)\) được gọi là:</w:t>
      </w:r>
    </w:p>
    <w:p>
      <w:pPr>
        <w:pStyle w:val="ListParagraph"/>
      </w:pPr>
      <w:r>
        <w:rPr>
          <w:sz w:val="22"/>
        </w:rPr>
        <w:t>A. Giao của \(A\) và \(B\)</w:t>
      </w:r>
    </w:p>
    <w:p>
      <w:pPr>
        <w:pStyle w:val="ListParagraph"/>
      </w:pPr>
      <w:r>
        <w:rPr>
          <w:sz w:val="22"/>
        </w:rPr>
        <w:t>B. Hợp của \(A\) và \(B\)</w:t>
      </w:r>
    </w:p>
    <w:p>
      <w:pPr>
        <w:pStyle w:val="ListParagraph"/>
      </w:pPr>
      <w:r>
        <w:rPr>
          <w:sz w:val="22"/>
        </w:rPr>
        <w:t>C. Hiệu đối xứng của \(A\) và \(B\)</w:t>
      </w:r>
    </w:p>
    <w:p>
      <w:pPr>
        <w:pStyle w:val="ListParagraph"/>
      </w:pPr>
      <w:r>
        <w:rPr>
          <w:sz w:val="22"/>
        </w:rPr>
        <w:t>D. Hiệu của \(A\) và \(B\)</w:t>
      </w:r>
    </w:p>
    <w:p/>
    <w:p>
      <w:r>
        <w:rPr>
          <w:b/>
          <w:sz w:val="24"/>
        </w:rPr>
        <w:t>Câu 15: Lớp 10A có 40 học sinh, trong đó 25 học sinh thích môn Toán, 20 học sinh thích môn Văn, 10 học sinh thích cả hai môn. Số học sinh không thích cả Toán và Văn là:</w:t>
      </w:r>
    </w:p>
    <w:p>
      <w:pPr>
        <w:pStyle w:val="ListParagraph"/>
      </w:pPr>
      <w:r>
        <w:rPr>
          <w:sz w:val="22"/>
        </w:rPr>
        <w:t>A. 5</w:t>
      </w:r>
    </w:p>
    <w:p>
      <w:pPr>
        <w:pStyle w:val="ListParagraph"/>
      </w:pPr>
      <w:r>
        <w:rPr>
          <w:sz w:val="22"/>
        </w:rPr>
        <w:t>B. 10</w:t>
      </w:r>
    </w:p>
    <w:p>
      <w:pPr>
        <w:pStyle w:val="ListParagraph"/>
      </w:pPr>
      <w:r>
        <w:rPr>
          <w:sz w:val="22"/>
        </w:rPr>
        <w:t>C. 15</w:t>
      </w:r>
    </w:p>
    <w:p>
      <w:pPr>
        <w:pStyle w:val="ListParagraph"/>
      </w:pPr>
      <w:r>
        <w:rPr>
          <w:sz w:val="22"/>
        </w:rPr>
        <w:t>D. 20</w:t>
      </w:r>
    </w:p>
    <w:p/>
    <w:p>
      <w:r>
        <w:rPr>
          <w:b/>
          <w:sz w:val="24"/>
        </w:rPr>
        <w:t>Câu 16: Cho tập hợp \(A = \mathbb{Q} \cap (\mathbb{R} \setminus \mathbb{Q})\). Tập hợp \(A\) là:</w:t>
      </w:r>
    </w:p>
    <w:p>
      <w:pPr>
        <w:pStyle w:val="ListParagraph"/>
      </w:pPr>
      <w:r>
        <w:rPr>
          <w:sz w:val="22"/>
        </w:rPr>
        <w:t>A. \(\mathbb{Q}\)</w:t>
      </w:r>
    </w:p>
    <w:p>
      <w:pPr>
        <w:pStyle w:val="ListParagraph"/>
      </w:pPr>
      <w:r>
        <w:rPr>
          <w:sz w:val="22"/>
        </w:rPr>
        <w:t>B. \(\mathbb{R}\)</w:t>
      </w:r>
    </w:p>
    <w:p>
      <w:pPr>
        <w:pStyle w:val="ListParagraph"/>
      </w:pPr>
      <w:r>
        <w:rPr>
          <w:sz w:val="22"/>
        </w:rPr>
        <w:t>C. \(\varnothing\)</w:t>
      </w:r>
    </w:p>
    <w:p>
      <w:pPr>
        <w:pStyle w:val="ListParagraph"/>
      </w:pPr>
      <w:r>
        <w:rPr>
          <w:sz w:val="22"/>
        </w:rPr>
        <w:t>D. \(\mathbb{Z}\)</w:t>
      </w:r>
    </w:p>
    <w:p/>
    <w:p>
      <w:r>
        <w:rPr>
          <w:b/>
          <w:sz w:val="24"/>
        </w:rPr>
        <w:t>Câu 17: Cho tập hợp \(A = \{x \in \mathbb{R} \mid x^2 - 3x + 2 = 0\}\). Liệt kê các phần tử của \(A\).</w:t>
      </w:r>
    </w:p>
    <w:p>
      <w:pPr>
        <w:pStyle w:val="ListParagraph"/>
      </w:pPr>
      <w:r>
        <w:rPr>
          <w:sz w:val="22"/>
        </w:rPr>
        <w:t>A. \(\{1,2\}\)</w:t>
      </w:r>
    </w:p>
    <w:p>
      <w:pPr>
        <w:pStyle w:val="ListParagraph"/>
      </w:pPr>
      <w:r>
        <w:rPr>
          <w:sz w:val="22"/>
        </w:rPr>
        <w:t>B. \(\{1\}\)</w:t>
      </w:r>
    </w:p>
    <w:p>
      <w:pPr>
        <w:pStyle w:val="ListParagraph"/>
      </w:pPr>
      <w:r>
        <w:rPr>
          <w:sz w:val="22"/>
        </w:rPr>
        <w:t>C. \(\{2\}\)</w:t>
      </w:r>
    </w:p>
    <w:p>
      <w:pPr>
        <w:pStyle w:val="ListParagraph"/>
      </w:pPr>
      <w:r>
        <w:rPr>
          <w:sz w:val="22"/>
        </w:rPr>
        <w:t>D. \(\{-1,-2\}\)</w:t>
      </w:r>
    </w:p>
    <w:p/>
    <w:p>
      <w:r>
        <w:rPr>
          <w:b/>
          <w:sz w:val="24"/>
        </w:rPr>
        <w:t>Câu 18: Cho tập hợp \(A = \{0;1;2\}\). Tập hợp nào sau đây gồm tất cả các tập con có đúng hai phần tử của \(A\)?</w:t>
      </w:r>
    </w:p>
    <w:p>
      <w:pPr>
        <w:pStyle w:val="ListParagraph"/>
      </w:pPr>
      <w:r>
        <w:rPr>
          <w:sz w:val="22"/>
        </w:rPr>
        <w:t>A. \(\{0,1\}, \{0,2\}, \{1,2\}\)</w:t>
      </w:r>
    </w:p>
    <w:p>
      <w:pPr>
        <w:pStyle w:val="ListParagraph"/>
      </w:pPr>
      <w:r>
        <w:rPr>
          <w:sz w:val="22"/>
        </w:rPr>
        <w:t>B. \(\{0,1\}, \{0,2\}\)</w:t>
      </w:r>
    </w:p>
    <w:p>
      <w:pPr>
        <w:pStyle w:val="ListParagraph"/>
      </w:pPr>
      <w:r>
        <w:rPr>
          <w:sz w:val="22"/>
        </w:rPr>
        <w:t>C. \(\{1,2\}\)</w:t>
      </w:r>
    </w:p>
    <w:p>
      <w:pPr>
        <w:pStyle w:val="ListParagraph"/>
      </w:pPr>
      <w:r>
        <w:rPr>
          <w:sz w:val="22"/>
        </w:rPr>
        <w:t>D. \(\varnothing\)</w:t>
      </w:r>
    </w:p>
    <w:p/>
    <w:p>
      <w:r>
        <w:rPr>
          <w:b/>
          <w:sz w:val="24"/>
        </w:rPr>
        <w:t>Câu 19: Cho tập nghiệm của bất phương trình \(x^2 - 4 &lt; 0\) là \(A = (-2;2)\) và tập nghiệm của bất phương trình \(x - 1 &gt; 0\) là \(B = (1;+\infty)\). Tập hợp \(A \cap B\) là:</w:t>
      </w:r>
    </w:p>
    <w:p>
      <w:pPr>
        <w:pStyle w:val="ListParagraph"/>
      </w:pPr>
      <w:r>
        <w:rPr>
          <w:sz w:val="22"/>
        </w:rPr>
        <w:t>A. \((1;2)\)</w:t>
      </w:r>
    </w:p>
    <w:p>
      <w:pPr>
        <w:pStyle w:val="ListParagraph"/>
      </w:pPr>
      <w:r>
        <w:rPr>
          <w:sz w:val="22"/>
        </w:rPr>
        <w:t>B. \([1;2)\)</w:t>
      </w:r>
    </w:p>
    <w:p>
      <w:pPr>
        <w:pStyle w:val="ListParagraph"/>
      </w:pPr>
      <w:r>
        <w:rPr>
          <w:sz w:val="22"/>
        </w:rPr>
        <w:t>C. \((1;2]\)</w:t>
      </w:r>
    </w:p>
    <w:p>
      <w:pPr>
        <w:pStyle w:val="ListParagraph"/>
      </w:pPr>
      <w:r>
        <w:rPr>
          <w:sz w:val="22"/>
        </w:rPr>
        <w:t>D. \([1;2]\)</w:t>
      </w:r>
    </w:p>
    <w:p/>
    <w:p>
      <w:r>
        <w:rPr>
          <w:b/>
          <w:sz w:val="24"/>
        </w:rPr>
        <w:t>Câu 20: Một lớp học có 30 học sinh, mỗi học sinh đều chơi bóng đá hoặc bóng rổ. Có 18 học sinh chơi bóng đá, 15 học sinh chơi bóng rổ. Số học sinh chơi cả hai môn là:</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t>──────────────────────────────────────────────────</w:t>
      </w:r>
    </w:p>
    <w:p>
      <w:r>
        <w:rPr>
          <w:b/>
        </w:rPr>
        <w:t>BẢNG ĐÁP ÁN &amp; LỜI GIẢI CHI TIẾT</w:t>
      </w:r>
    </w:p>
    <w:p>
      <w:r>
        <w:rPr>
          <w:b/>
        </w:rPr>
        <w:t>Câu 1: Đáp án đúng: B</w:t>
      </w:r>
    </w:p>
    <w:p>
      <w:r>
        <w:rPr>
          <w:b/>
        </w:rPr>
        <w:t>Câu 2: Đáp án đúng: C</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B</w:t>
      </w:r>
    </w:p>
    <w:p>
      <w:r>
        <w:rPr>
          <w:b/>
        </w:rPr>
        <w:t>Câu 13: Đáp án đúng: A</w:t>
      </w:r>
    </w:p>
    <w:p>
      <w:r>
        <w:rPr>
          <w:b/>
        </w:rPr>
        <w:t>Câu 14: Đáp án đúng: C</w:t>
      </w:r>
    </w:p>
    <w:p>
      <w:r>
        <w:rPr>
          <w:b/>
        </w:rPr>
        <w:t>Câu 15: Đáp án đúng: A</w:t>
      </w:r>
    </w:p>
    <w:p>
      <w:r>
        <w:rPr>
          <w:b/>
        </w:rPr>
        <w:t>Câu 16: Đáp án đúng: C</w:t>
      </w:r>
    </w:p>
    <w:p>
      <w:r>
        <w:rPr>
          <w:b/>
        </w:rPr>
        <w:t>Câu 17: Đáp án đúng: A</w:t>
      </w:r>
    </w:p>
    <w:p>
      <w:r>
        <w:rPr>
          <w:b/>
        </w:rPr>
        <w:t>Câu 18: Đáp án đúng: A</w:t>
      </w:r>
    </w:p>
    <w:p>
      <w:r>
        <w:rPr>
          <w:b/>
        </w:rPr>
        <w:t>Câu 19: Đáp án đúng: A</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