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12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Hàm số $y=x^3-3x+1$ đồng biến trên khoảng nào?</w:t>
      </w:r>
    </w:p>
    <w:p>
      <w:pPr>
        <w:pStyle w:val="ListParagraph"/>
      </w:pPr>
      <w:r>
        <w:rPr>
          <w:sz w:val="22"/>
        </w:rPr>
        <w:t>A. $(-\infty;-1)$ và $(1;+\infty)$</w:t>
      </w:r>
    </w:p>
    <w:p>
      <w:pPr>
        <w:pStyle w:val="ListParagraph"/>
      </w:pPr>
      <w:r>
        <w:rPr>
          <w:sz w:val="22"/>
        </w:rPr>
        <w:t>B. $(-1;1)$</w:t>
      </w:r>
    </w:p>
    <w:p>
      <w:pPr>
        <w:pStyle w:val="ListParagraph"/>
      </w:pPr>
      <w:r>
        <w:rPr>
          <w:sz w:val="22"/>
        </w:rPr>
        <w:t>C. $(-\infty;1)$</w:t>
      </w:r>
    </w:p>
    <w:p>
      <w:pPr>
        <w:pStyle w:val="ListParagraph"/>
      </w:pPr>
      <w:r>
        <w:rPr>
          <w:sz w:val="22"/>
        </w:rPr>
        <w:t>D. $(-1;+\infty)$</w:t>
      </w:r>
    </w:p>
    <w:p/>
    <w:p>
      <w:r>
        <w:rPr>
          <w:b/>
          <w:sz w:val="24"/>
        </w:rPr>
        <w:t>Câu 2: Số điểm cực trị của hàm số $y=x^4-2x^2+3$ là: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3: Tiệm cận ngang của đồ thị hàm số $y=\frac{2x+1}{x-1}$ là đường thẳng:</w:t>
      </w:r>
    </w:p>
    <w:p>
      <w:pPr>
        <w:pStyle w:val="ListParagraph"/>
      </w:pPr>
      <w:r>
        <w:rPr>
          <w:sz w:val="22"/>
        </w:rPr>
        <w:t>A. $y=-1$</w:t>
      </w:r>
    </w:p>
    <w:p>
      <w:pPr>
        <w:pStyle w:val="ListParagraph"/>
      </w:pPr>
      <w:r>
        <w:rPr>
          <w:sz w:val="22"/>
        </w:rPr>
        <w:t>B. $y=1$</w:t>
      </w:r>
    </w:p>
    <w:p>
      <w:pPr>
        <w:pStyle w:val="ListParagraph"/>
      </w:pPr>
      <w:r>
        <w:rPr>
          <w:sz w:val="22"/>
        </w:rPr>
        <w:t>C. $y=2$</w:t>
      </w:r>
    </w:p>
    <w:p>
      <w:pPr>
        <w:pStyle w:val="ListParagraph"/>
      </w:pPr>
      <w:r>
        <w:rPr>
          <w:sz w:val="22"/>
        </w:rPr>
        <w:t>D. $y=-2$</w:t>
      </w:r>
    </w:p>
    <w:p/>
    <w:p>
      <w:r>
        <w:rPr>
          <w:b/>
          <w:sz w:val="24"/>
        </w:rPr>
        <w:t>Câu 4: Tiệm cận đứng của đồ thị hàm số $y=\frac{x+2}{x-3}$ là đường thẳng:</w:t>
      </w:r>
    </w:p>
    <w:p>
      <w:pPr>
        <w:pStyle w:val="ListParagraph"/>
      </w:pPr>
      <w:r>
        <w:rPr>
          <w:sz w:val="22"/>
        </w:rPr>
        <w:t>A. $x=3$</w:t>
      </w:r>
    </w:p>
    <w:p>
      <w:pPr>
        <w:pStyle w:val="ListParagraph"/>
      </w:pPr>
      <w:r>
        <w:rPr>
          <w:sz w:val="22"/>
        </w:rPr>
        <w:t>B. $x=-2$</w:t>
      </w:r>
    </w:p>
    <w:p>
      <w:pPr>
        <w:pStyle w:val="ListParagraph"/>
      </w:pPr>
      <w:r>
        <w:rPr>
          <w:sz w:val="22"/>
        </w:rPr>
        <w:t>C. $y=1$</w:t>
      </w:r>
    </w:p>
    <w:p>
      <w:pPr>
        <w:pStyle w:val="ListParagraph"/>
      </w:pPr>
      <w:r>
        <w:rPr>
          <w:sz w:val="22"/>
        </w:rPr>
        <w:t>D. $y=-2$</w:t>
      </w:r>
    </w:p>
    <w:p/>
    <w:p>
      <w:r>
        <w:rPr>
          <w:b/>
          <w:sz w:val="24"/>
        </w:rPr>
        <w:t>Câu 5: Hàm số $y=-x^3+3x^2-1$ nghịch biến trên khoảng nào?</w:t>
      </w:r>
    </w:p>
    <w:p>
      <w:pPr>
        <w:pStyle w:val="ListParagraph"/>
      </w:pPr>
      <w:r>
        <w:rPr>
          <w:sz w:val="22"/>
        </w:rPr>
        <w:t>A. $(-\infty;0)$ và $(2;+\infty)$</w:t>
      </w:r>
    </w:p>
    <w:p>
      <w:pPr>
        <w:pStyle w:val="ListParagraph"/>
      </w:pPr>
      <w:r>
        <w:rPr>
          <w:sz w:val="22"/>
        </w:rPr>
        <w:t>B. $(0;2)$</w:t>
      </w:r>
    </w:p>
    <w:p>
      <w:pPr>
        <w:pStyle w:val="ListParagraph"/>
      </w:pPr>
      <w:r>
        <w:rPr>
          <w:sz w:val="22"/>
        </w:rPr>
        <w:t>C. $(-\infty;2)$</w:t>
      </w:r>
    </w:p>
    <w:p>
      <w:pPr>
        <w:pStyle w:val="ListParagraph"/>
      </w:pPr>
      <w:r>
        <w:rPr>
          <w:sz w:val="22"/>
        </w:rPr>
        <w:t>D. $(0;+\infty)$</w:t>
      </w:r>
    </w:p>
    <w:p/>
    <w:p>
      <w:r>
        <w:rPr>
          <w:b/>
          <w:sz w:val="24"/>
        </w:rPr>
        <w:t>Câu 6: Giá trị cực đại của hàm số $y=x^3-3x^2+2$ là:</w:t>
      </w:r>
    </w:p>
    <w:p>
      <w:pPr>
        <w:pStyle w:val="ListParagraph"/>
      </w:pPr>
      <w:r>
        <w:rPr>
          <w:sz w:val="22"/>
        </w:rPr>
        <w:t>A. $2$</w:t>
      </w:r>
    </w:p>
    <w:p>
      <w:pPr>
        <w:pStyle w:val="ListParagraph"/>
      </w:pPr>
      <w:r>
        <w:rPr>
          <w:sz w:val="22"/>
        </w:rPr>
        <w:t>B. $-2$</w:t>
      </w:r>
    </w:p>
    <w:p>
      <w:pPr>
        <w:pStyle w:val="ListParagraph"/>
      </w:pPr>
      <w:r>
        <w:rPr>
          <w:sz w:val="22"/>
        </w:rPr>
        <w:t>C. $0$</w:t>
      </w:r>
    </w:p>
    <w:p>
      <w:pPr>
        <w:pStyle w:val="ListParagraph"/>
      </w:pPr>
      <w:r>
        <w:rPr>
          <w:sz w:val="22"/>
        </w:rPr>
        <w:t>D. $1$</w:t>
      </w:r>
    </w:p>
    <w:p/>
    <w:p>
      <w:r>
        <w:rPr>
          <w:b/>
          <w:sz w:val="24"/>
        </w:rPr>
        <w:t>Câu 7: Tìm $m$ để hàm số $y=x^3-3mx+1$ có hai điểm cực trị.</w:t>
      </w:r>
    </w:p>
    <w:p>
      <w:pPr>
        <w:pStyle w:val="ListParagraph"/>
      </w:pPr>
      <w:r>
        <w:rPr>
          <w:sz w:val="22"/>
        </w:rPr>
        <w:t>A. $m&gt;0$</w:t>
      </w:r>
    </w:p>
    <w:p>
      <w:pPr>
        <w:pStyle w:val="ListParagraph"/>
      </w:pPr>
      <w:r>
        <w:rPr>
          <w:sz w:val="22"/>
        </w:rPr>
        <w:t>B. $m&lt;0$</w:t>
      </w:r>
    </w:p>
    <w:p>
      <w:pPr>
        <w:pStyle w:val="ListParagraph"/>
      </w:pPr>
      <w:r>
        <w:rPr>
          <w:sz w:val="22"/>
        </w:rPr>
        <w:t>C. $m\neq 0$</w:t>
      </w:r>
    </w:p>
    <w:p>
      <w:pPr>
        <w:pStyle w:val="ListParagraph"/>
      </w:pPr>
      <w:r>
        <w:rPr>
          <w:sz w:val="22"/>
        </w:rPr>
        <w:t>D. $m\geq 0$</w:t>
      </w:r>
    </w:p>
    <w:p/>
    <w:p>
      <w:r>
        <w:rPr>
          <w:b/>
          <w:sz w:val="24"/>
        </w:rPr>
        <w:t>Câu 8: Số giao điểm của đồ thị hàm số $y=x^3-3x+2$ với trục hoành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9: Phương trình tiếp tuyến của đồ thị hàm số $y=x^2-3x+1$ tại điểm có hoành độ $x=2$ là:</w:t>
      </w:r>
    </w:p>
    <w:p>
      <w:pPr>
        <w:pStyle w:val="ListParagraph"/>
      </w:pPr>
      <w:r>
        <w:rPr>
          <w:sz w:val="22"/>
        </w:rPr>
        <w:t>A. $y=x-3$</w:t>
      </w:r>
    </w:p>
    <w:p>
      <w:pPr>
        <w:pStyle w:val="ListParagraph"/>
      </w:pPr>
      <w:r>
        <w:rPr>
          <w:sz w:val="22"/>
        </w:rPr>
        <w:t>B. $y=x+3$</w:t>
      </w:r>
    </w:p>
    <w:p>
      <w:pPr>
        <w:pStyle w:val="ListParagraph"/>
      </w:pPr>
      <w:r>
        <w:rPr>
          <w:sz w:val="22"/>
        </w:rPr>
        <w:t>C. $y=-x+1$</w:t>
      </w:r>
    </w:p>
    <w:p>
      <w:pPr>
        <w:pStyle w:val="ListParagraph"/>
      </w:pPr>
      <w:r>
        <w:rPr>
          <w:sz w:val="22"/>
        </w:rPr>
        <w:t>D. $y=3x-5$</w:t>
      </w:r>
    </w:p>
    <w:p/>
    <w:p>
      <w:r>
        <w:rPr>
          <w:b/>
          <w:sz w:val="24"/>
        </w:rPr>
        <w:t>Câu 10: Cho hàm số $y=\frac{x+1}{x-2}$. Khẳng định nào đúng?</w:t>
      </w:r>
    </w:p>
    <w:p>
      <w:pPr>
        <w:pStyle w:val="ListParagraph"/>
      </w:pPr>
      <w:r>
        <w:rPr>
          <w:sz w:val="22"/>
        </w:rPr>
        <w:t>A. Hàm số đồng biến trên từng khoảng xác định.</w:t>
      </w:r>
    </w:p>
    <w:p>
      <w:pPr>
        <w:pStyle w:val="ListParagraph"/>
      </w:pPr>
      <w:r>
        <w:rPr>
          <w:sz w:val="22"/>
        </w:rPr>
        <w:t>B. Hàm số nghịch biến trên từng khoảng xác định.</w:t>
      </w:r>
    </w:p>
    <w:p>
      <w:pPr>
        <w:pStyle w:val="ListParagraph"/>
      </w:pPr>
      <w:r>
        <w:rPr>
          <w:sz w:val="22"/>
        </w:rPr>
        <w:t>C. Hàm số đồng biến trên $\mathbb{R}$.</w:t>
      </w:r>
    </w:p>
    <w:p>
      <w:pPr>
        <w:pStyle w:val="ListParagraph"/>
      </w:pPr>
      <w:r>
        <w:rPr>
          <w:sz w:val="22"/>
        </w:rPr>
        <w:t>D. Hàm số nghịch biến trên $\mathbb{R}$.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