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Nội dung nào sau đây là tiền đề về kinh tế dẫn đến</w:t>
      </w:r>
    </w:p>
    <w:p>
      <w:pPr>
        <w:jc w:val="center"/>
      </w:pPr>
      <w:r>
        <w:rPr>
          <w:sz w:val="22"/>
        </w:rPr>
        <w:t>Số câu: 34    Thời gian: _____ phút    Họ và tên: _________________________</w:t>
      </w:r>
    </w:p>
    <w:p/>
    <w:p>
      <w:r>
        <w:rPr>
          <w:b/>
          <w:sz w:val="24"/>
        </w:rPr>
        <w:t>Câu 1: Nội dung nào sau đây là tiền đề về kinh tế dẫn đến sự bùng nổ và thắng lợi của các cuộc cách mạng tư sản thế kỉ XVI-XVIII?</w:t>
      </w:r>
    </w:p>
    <w:p>
      <w:pPr>
        <w:pStyle w:val="ListParagraph"/>
      </w:pPr>
      <w:r>
        <w:rPr>
          <w:sz w:val="22"/>
        </w:rPr>
        <w:t>A. Kinh tế tư bản chủ nghĩa ra đời và phát triển trong lòng chế độ phong kiến</w:t>
      </w:r>
    </w:p>
    <w:p>
      <w:pPr>
        <w:pStyle w:val="ListParagraph"/>
      </w:pPr>
      <w:r>
        <w:rPr>
          <w:sz w:val="22"/>
        </w:rPr>
        <w:t>B. Mâu thuẫn giữa chế độ phong kiến với các lực lượng xã hội mới</w:t>
      </w:r>
    </w:p>
    <w:p>
      <w:pPr>
        <w:pStyle w:val="ListParagraph"/>
      </w:pPr>
      <w:r>
        <w:rPr>
          <w:sz w:val="22"/>
        </w:rPr>
        <w:t>C. Triết học Ánh sáng</w:t>
      </w:r>
    </w:p>
    <w:p>
      <w:pPr>
        <w:pStyle w:val="ListParagraph"/>
      </w:pPr>
      <w:r>
        <w:rPr>
          <w:sz w:val="22"/>
        </w:rPr>
        <w:t>D. Kinh tế tư bản chủ nghĩa ra đời và phát triển trong lòng chế độ phong kiến</w:t>
      </w:r>
    </w:p>
    <w:p/>
    <w:p>
      <w:r>
        <w:rPr>
          <w:b/>
          <w:sz w:val="24"/>
        </w:rPr>
        <w:t>Câu 2: Trước khi các cuộc cách mạng tư sản bùng nổ, mâu thuẫn chính trị cơ bản ở nhiều nước châu Âu là mâu thuẫn giữa</w:t>
      </w:r>
    </w:p>
    <w:p>
      <w:pPr>
        <w:pStyle w:val="ListParagraph"/>
      </w:pPr>
      <w:r>
        <w:rPr>
          <w:sz w:val="22"/>
        </w:rPr>
        <w:t>A. chế độ phong kiến với các lực lượng xã hội mới.</w:t>
      </w:r>
    </w:p>
    <w:p>
      <w:pPr>
        <w:pStyle w:val="ListParagraph"/>
      </w:pPr>
      <w:r>
        <w:rPr>
          <w:sz w:val="22"/>
        </w:rPr>
        <w:t>B. chế độ phong kiến với các lực lượng xã hội mới.</w:t>
      </w:r>
    </w:p>
    <w:p>
      <w:pPr>
        <w:pStyle w:val="ListParagraph"/>
      </w:pPr>
      <w:r>
        <w:rPr>
          <w:sz w:val="22"/>
        </w:rPr>
        <w:t>C. chế độ phong kiến với các lực lượng xã hội mới.</w:t>
      </w:r>
    </w:p>
    <w:p>
      <w:pPr>
        <w:pStyle w:val="ListParagraph"/>
      </w:pPr>
      <w:r>
        <w:rPr>
          <w:sz w:val="22"/>
        </w:rPr>
        <w:t>D. chế độ phong kiến với các lực lượng xã hội mới.</w:t>
      </w:r>
    </w:p>
    <w:p/>
    <w:p>
      <w:r>
        <w:rPr>
          <w:b/>
          <w:sz w:val="24"/>
        </w:rPr>
        <w:t>Câu 3: Trào lưu tư tưởng nào có ảnh hưởng lớn đến sự bùng nổ của Cách mạng tư sản Pháp cuối thế kỉ XVIII?</w:t>
      </w:r>
    </w:p>
    <w:p>
      <w:pPr>
        <w:pStyle w:val="ListParagraph"/>
      </w:pPr>
      <w:r>
        <w:rPr>
          <w:sz w:val="22"/>
        </w:rPr>
        <w:t>A. Triết học Ánh sáng.</w:t>
      </w:r>
    </w:p>
    <w:p>
      <w:pPr>
        <w:pStyle w:val="ListParagraph"/>
      </w:pPr>
      <w:r>
        <w:rPr>
          <w:sz w:val="22"/>
        </w:rPr>
        <w:t>B. Triết học Ánh sáng.</w:t>
      </w:r>
    </w:p>
    <w:p>
      <w:pPr>
        <w:pStyle w:val="ListParagraph"/>
      </w:pPr>
      <w:r>
        <w:rPr>
          <w:sz w:val="22"/>
        </w:rPr>
        <w:t>C. Triết học Ánh sáng.</w:t>
      </w:r>
    </w:p>
    <w:p>
      <w:pPr>
        <w:pStyle w:val="ListParagraph"/>
      </w:pPr>
      <w:r>
        <w:rPr>
          <w:sz w:val="22"/>
        </w:rPr>
        <w:t>D. Triết học Ánh sáng.</w:t>
      </w:r>
    </w:p>
    <w:p/>
    <w:p>
      <w:r>
        <w:rPr>
          <w:b/>
          <w:sz w:val="24"/>
        </w:rPr>
        <w:t>Câu 4: Giai cấp nào đại diện cho phương thức sản xuất tư bản chủ nghĩa đang phát triển?</w:t>
      </w:r>
    </w:p>
    <w:p>
      <w:pPr>
        <w:pStyle w:val="ListParagraph"/>
      </w:pPr>
      <w:r>
        <w:rPr>
          <w:sz w:val="22"/>
        </w:rPr>
        <w:t>A. Giai cấp tư sản.</w:t>
      </w:r>
    </w:p>
    <w:p>
      <w:pPr>
        <w:pStyle w:val="ListParagraph"/>
      </w:pPr>
      <w:r>
        <w:rPr>
          <w:sz w:val="22"/>
        </w:rPr>
        <w:t>B. Giai cấp tư sản.</w:t>
      </w:r>
    </w:p>
    <w:p>
      <w:pPr>
        <w:pStyle w:val="ListParagraph"/>
      </w:pPr>
      <w:r>
        <w:rPr>
          <w:sz w:val="22"/>
        </w:rPr>
        <w:t>C. Giai cấp tư sản.</w:t>
      </w:r>
    </w:p>
    <w:p>
      <w:pPr>
        <w:pStyle w:val="ListParagraph"/>
      </w:pPr>
      <w:r>
        <w:rPr>
          <w:sz w:val="22"/>
        </w:rPr>
        <w:t>D. Giai cấp tư sản.</w:t>
      </w:r>
    </w:p>
    <w:p/>
    <w:p>
      <w:r>
        <w:rPr>
          <w:b/>
          <w:sz w:val="24"/>
        </w:rPr>
        <w:t>Câu 5: Trước Cách mạng tư sản Pháp năm 1789, nước Pháp tồn tại chế độ chính trị nào?</w:t>
      </w:r>
    </w:p>
    <w:p>
      <w:pPr>
        <w:pStyle w:val="ListParagraph"/>
      </w:pPr>
      <w:r>
        <w:rPr>
          <w:sz w:val="22"/>
        </w:rPr>
        <w:t>A. Chế độ quân chủ chuyên chế.</w:t>
      </w:r>
    </w:p>
    <w:p>
      <w:pPr>
        <w:pStyle w:val="ListParagraph"/>
      </w:pPr>
      <w:r>
        <w:rPr>
          <w:sz w:val="22"/>
        </w:rPr>
        <w:t>B. Chế độ quân chủ chuyên chế.</w:t>
      </w:r>
    </w:p>
    <w:p>
      <w:pPr>
        <w:pStyle w:val="ListParagraph"/>
      </w:pPr>
      <w:r>
        <w:rPr>
          <w:sz w:val="22"/>
        </w:rPr>
        <w:t>C. Chế độ quân chủ chuyên chế.</w:t>
      </w:r>
    </w:p>
    <w:p>
      <w:pPr>
        <w:pStyle w:val="ListParagraph"/>
      </w:pPr>
      <w:r>
        <w:rPr>
          <w:sz w:val="22"/>
        </w:rPr>
        <w:t>D. Chế độ quân chủ chuyên chế.</w:t>
      </w:r>
    </w:p>
    <w:p/>
    <w:p>
      <w:r>
        <w:rPr>
          <w:b/>
          <w:sz w:val="24"/>
        </w:rPr>
        <w:t>Câu 6: Cách mạng tư sản là cuộc cách mạng do giai cấp nào lãnh đạo?</w:t>
      </w:r>
    </w:p>
    <w:p>
      <w:pPr>
        <w:pStyle w:val="ListParagraph"/>
      </w:pPr>
      <w:r>
        <w:rPr>
          <w:sz w:val="22"/>
        </w:rPr>
        <w:t>A. Tư sản.</w:t>
      </w:r>
    </w:p>
    <w:p>
      <w:pPr>
        <w:pStyle w:val="ListParagraph"/>
      </w:pPr>
      <w:r>
        <w:rPr>
          <w:sz w:val="22"/>
        </w:rPr>
        <w:t>B. Tư sản.</w:t>
      </w:r>
    </w:p>
    <w:p>
      <w:pPr>
        <w:pStyle w:val="ListParagraph"/>
      </w:pPr>
      <w:r>
        <w:rPr>
          <w:sz w:val="22"/>
        </w:rPr>
        <w:t>C. Tư sản.</w:t>
      </w:r>
    </w:p>
    <w:p>
      <w:pPr>
        <w:pStyle w:val="ListParagraph"/>
      </w:pPr>
      <w:r>
        <w:rPr>
          <w:sz w:val="22"/>
        </w:rPr>
        <w:t>D. Tư sản.</w:t>
      </w:r>
    </w:p>
    <w:p/>
    <w:p>
      <w:r>
        <w:rPr>
          <w:b/>
          <w:sz w:val="24"/>
        </w:rPr>
        <w:t>Câu 7: Trước khi các cuộc cách mạng tư sản bùng nổ, giai cấp nào chiếm số lượng đông đảo nhất trong xã hội phong kiến ở châu Âu?</w:t>
      </w:r>
    </w:p>
    <w:p>
      <w:pPr>
        <w:pStyle w:val="ListParagraph"/>
      </w:pPr>
      <w:r>
        <w:rPr>
          <w:sz w:val="22"/>
        </w:rPr>
        <w:t>A. Nông dân.</w:t>
      </w:r>
    </w:p>
    <w:p>
      <w:pPr>
        <w:pStyle w:val="ListParagraph"/>
      </w:pPr>
      <w:r>
        <w:rPr>
          <w:sz w:val="22"/>
        </w:rPr>
        <w:t>B. Nông dân.</w:t>
      </w:r>
    </w:p>
    <w:p>
      <w:pPr>
        <w:pStyle w:val="ListParagraph"/>
      </w:pPr>
      <w:r>
        <w:rPr>
          <w:sz w:val="22"/>
        </w:rPr>
        <w:t>C. Nông dân.</w:t>
      </w:r>
    </w:p>
    <w:p>
      <w:pPr>
        <w:pStyle w:val="ListParagraph"/>
      </w:pPr>
      <w:r>
        <w:rPr>
          <w:sz w:val="22"/>
        </w:rPr>
        <w:t>D. Nông dân.</w:t>
      </w:r>
    </w:p>
    <w:p/>
    <w:p>
      <w:r>
        <w:rPr>
          <w:b/>
          <w:sz w:val="24"/>
        </w:rPr>
        <w:t>Câu 8: Cách mạng tư sản thường thực hiện những nhiệm vụ cơ bản nào sau đây?</w:t>
      </w:r>
    </w:p>
    <w:p>
      <w:pPr>
        <w:pStyle w:val="ListParagraph"/>
      </w:pPr>
      <w:r>
        <w:rPr>
          <w:sz w:val="22"/>
        </w:rPr>
        <w:t>A. Dân tộc và dân chủ.</w:t>
      </w:r>
    </w:p>
    <w:p>
      <w:pPr>
        <w:pStyle w:val="ListParagraph"/>
      </w:pPr>
      <w:r>
        <w:rPr>
          <w:sz w:val="22"/>
        </w:rPr>
        <w:t>B. Dân tộc và dân chủ.</w:t>
      </w:r>
    </w:p>
    <w:p>
      <w:pPr>
        <w:pStyle w:val="ListParagraph"/>
      </w:pPr>
      <w:r>
        <w:rPr>
          <w:sz w:val="22"/>
        </w:rPr>
        <w:t>C. Dân tộc và dân chủ.</w:t>
      </w:r>
    </w:p>
    <w:p>
      <w:pPr>
        <w:pStyle w:val="ListParagraph"/>
      </w:pPr>
      <w:r>
        <w:rPr>
          <w:sz w:val="22"/>
        </w:rPr>
        <w:t>D. Dân tộc và dân chủ.</w:t>
      </w:r>
    </w:p>
    <w:p/>
    <w:p>
      <w:r>
        <w:rPr>
          <w:b/>
          <w:sz w:val="24"/>
        </w:rPr>
        <w:t>Câu 9: Trong các cuộc cách mạng tư sản, lực lượng nào sau đây giữ vai trò quyết định đối với thắng lợi của cách mạng?</w:t>
      </w:r>
    </w:p>
    <w:p>
      <w:pPr>
        <w:pStyle w:val="ListParagraph"/>
      </w:pPr>
      <w:r>
        <w:rPr>
          <w:sz w:val="22"/>
        </w:rPr>
        <w:t>A. Giai cấp tư sản và tầng lớp quý tộc mới.</w:t>
      </w:r>
    </w:p>
    <w:p>
      <w:pPr>
        <w:pStyle w:val="ListParagraph"/>
      </w:pPr>
      <w:r>
        <w:rPr>
          <w:sz w:val="22"/>
        </w:rPr>
        <w:t>B. Giai cấp tư sản và tầng lớp quý tộc mới.</w:t>
      </w:r>
    </w:p>
    <w:p>
      <w:pPr>
        <w:pStyle w:val="ListParagraph"/>
      </w:pPr>
      <w:r>
        <w:rPr>
          <w:sz w:val="22"/>
        </w:rPr>
        <w:t>C. Giai cấp tư sản và tầng lớp quý tộc mới.</w:t>
      </w:r>
    </w:p>
    <w:p>
      <w:pPr>
        <w:pStyle w:val="ListParagraph"/>
      </w:pPr>
      <w:r>
        <w:rPr>
          <w:sz w:val="22"/>
        </w:rPr>
        <w:t>D. Giai cấp tư sản và tầng lớp quý tộc mới.</w:t>
      </w:r>
    </w:p>
    <w:p/>
    <w:p>
      <w:r>
        <w:rPr>
          <w:b/>
          <w:sz w:val="24"/>
        </w:rPr>
        <w:t>Câu 10: Một trong những mục tiêu tiêu biểu của các cuộc cách mạng tư sản (từ giữa thế kỉ XVI đến cuối thế kỉ XVIII) là</w:t>
      </w:r>
    </w:p>
    <w:p>
      <w:pPr>
        <w:pStyle w:val="ListParagraph"/>
      </w:pPr>
      <w:r>
        <w:rPr>
          <w:sz w:val="22"/>
        </w:rPr>
        <w:t>A. mở đường cho tư bản chủ nghĩa phát triển.</w:t>
      </w:r>
    </w:p>
    <w:p>
      <w:pPr>
        <w:pStyle w:val="ListParagraph"/>
      </w:pPr>
      <w:r>
        <w:rPr>
          <w:sz w:val="22"/>
        </w:rPr>
        <w:t>B. mở đường cho tư bản chủ nghĩa phát triển.</w:t>
      </w:r>
    </w:p>
    <w:p>
      <w:pPr>
        <w:pStyle w:val="ListParagraph"/>
      </w:pPr>
      <w:r>
        <w:rPr>
          <w:sz w:val="22"/>
        </w:rPr>
        <w:t>C. mở đường cho tư bản chủ nghĩa phát triển.</w:t>
      </w:r>
    </w:p>
    <w:p>
      <w:pPr>
        <w:pStyle w:val="ListParagraph"/>
      </w:pPr>
      <w:r>
        <w:rPr>
          <w:sz w:val="22"/>
        </w:rPr>
        <w:t>D. mở đường cho tư bản chủ nghĩa phát triển.</w:t>
      </w:r>
    </w:p>
    <w:p/>
    <w:p>
      <w:r>
        <w:rPr>
          <w:b/>
          <w:sz w:val="24"/>
        </w:rPr>
        <w:t>Câu 11: Nhiệm vụ dân chủ của các cuộc cách mạng tư sản là xoá bỏ</w:t>
      </w:r>
    </w:p>
    <w:p>
      <w:pPr>
        <w:pStyle w:val="ListParagraph"/>
      </w:pPr>
      <w:r>
        <w:rPr>
          <w:sz w:val="22"/>
        </w:rPr>
        <w:t>A. chế độ phong kiến chuyên chế, xác lập nền dân chủ tư sản.</w:t>
      </w:r>
    </w:p>
    <w:p>
      <w:pPr>
        <w:pStyle w:val="ListParagraph"/>
      </w:pPr>
      <w:r>
        <w:rPr>
          <w:sz w:val="22"/>
        </w:rPr>
        <w:t>B. chế độ phong kiến chuyên chế, xác lập nền dân chủ tư sản.</w:t>
      </w:r>
    </w:p>
    <w:p>
      <w:pPr>
        <w:pStyle w:val="ListParagraph"/>
      </w:pPr>
      <w:r>
        <w:rPr>
          <w:sz w:val="22"/>
        </w:rPr>
        <w:t>C. chế độ phong kiến chuyên chế, xác lập nền dân chủ tư sản.</w:t>
      </w:r>
    </w:p>
    <w:p>
      <w:pPr>
        <w:pStyle w:val="ListParagraph"/>
      </w:pPr>
      <w:r>
        <w:rPr>
          <w:sz w:val="22"/>
        </w:rPr>
        <w:t>D. chế độ phong kiến chuyên chế, xác lập nền dân chủ tư sản.</w:t>
      </w:r>
    </w:p>
    <w:p/>
    <w:p>
      <w:r>
        <w:rPr>
          <w:b/>
          <w:sz w:val="24"/>
        </w:rPr>
        <w:t>Câu 12: Một trong những nhiệm vụ dân tộc của các cuộc cách mạng tư sản là</w:t>
      </w:r>
    </w:p>
    <w:p>
      <w:pPr>
        <w:pStyle w:val="ListParagraph"/>
      </w:pPr>
      <w:r>
        <w:rPr>
          <w:sz w:val="22"/>
        </w:rPr>
        <w:t>A. xác lập nền dân chủ tư sản.</w:t>
      </w:r>
    </w:p>
    <w:p>
      <w:pPr>
        <w:pStyle w:val="ListParagraph"/>
      </w:pPr>
      <w:r>
        <w:rPr>
          <w:sz w:val="22"/>
        </w:rPr>
        <w:t>B. xác lập nền dân chủ tư sản.</w:t>
      </w:r>
    </w:p>
    <w:p>
      <w:pPr>
        <w:pStyle w:val="ListParagraph"/>
      </w:pPr>
      <w:r>
        <w:rPr>
          <w:sz w:val="22"/>
        </w:rPr>
        <w:t>C. xác lập nền dân chủ tư sản.</w:t>
      </w:r>
    </w:p>
    <w:p>
      <w:pPr>
        <w:pStyle w:val="ListParagraph"/>
      </w:pPr>
      <w:r>
        <w:rPr>
          <w:sz w:val="22"/>
        </w:rPr>
        <w:t>D. xác lập nền dân chủ tư sản.</w:t>
      </w:r>
    </w:p>
    <w:p/>
    <w:p>
      <w:r>
        <w:rPr>
          <w:b/>
          <w:sz w:val="24"/>
        </w:rPr>
        <w:t>Câu 13: Trước khi cách mạng tư sản bùng nổ, cả Anh và Pháp đều</w:t>
      </w:r>
    </w:p>
    <w:p>
      <w:pPr>
        <w:pStyle w:val="ListParagraph"/>
      </w:pPr>
      <w:r>
        <w:rPr>
          <w:sz w:val="22"/>
        </w:rPr>
        <w:t>A. theo chế độ quân chủ chuyên chế.</w:t>
      </w:r>
    </w:p>
    <w:p>
      <w:pPr>
        <w:pStyle w:val="ListParagraph"/>
      </w:pPr>
      <w:r>
        <w:rPr>
          <w:sz w:val="22"/>
        </w:rPr>
        <w:t>B. theo chế độ quân chủ chuyên chế.</w:t>
      </w:r>
    </w:p>
    <w:p>
      <w:pPr>
        <w:pStyle w:val="ListParagraph"/>
      </w:pPr>
      <w:r>
        <w:rPr>
          <w:sz w:val="22"/>
        </w:rPr>
        <w:t>C. theo chế độ quân chủ chuyên chế.</w:t>
      </w:r>
    </w:p>
    <w:p>
      <w:pPr>
        <w:pStyle w:val="ListParagraph"/>
      </w:pPr>
      <w:r>
        <w:rPr>
          <w:sz w:val="22"/>
        </w:rPr>
        <w:t>D. theo chế độ quân chủ chuyên chế.</w:t>
      </w:r>
    </w:p>
    <w:p/>
    <w:p>
      <w:r>
        <w:rPr>
          <w:b/>
          <w:sz w:val="24"/>
        </w:rPr>
        <w:t>Câu 14: Trong thời kì cận đại, cuộc cách mạng tư sản nào được coi là triệt để và điển hình nhất?</w:t>
      </w:r>
    </w:p>
    <w:p>
      <w:pPr>
        <w:pStyle w:val="ListParagraph"/>
      </w:pPr>
      <w:r>
        <w:rPr>
          <w:sz w:val="22"/>
        </w:rPr>
        <w:t>A. Cách mạng tư sản Pháp cuối thế kỉ XVIII.</w:t>
      </w:r>
    </w:p>
    <w:p>
      <w:pPr>
        <w:pStyle w:val="ListParagraph"/>
      </w:pPr>
      <w:r>
        <w:rPr>
          <w:sz w:val="22"/>
        </w:rPr>
        <w:t>B. Cách mạng tư sản Pháp cuối thế kỉ XVIII.</w:t>
      </w:r>
    </w:p>
    <w:p>
      <w:pPr>
        <w:pStyle w:val="ListParagraph"/>
      </w:pPr>
      <w:r>
        <w:rPr>
          <w:sz w:val="22"/>
        </w:rPr>
        <w:t>C. Cách mạng tư sản Pháp cuối thế kỉ XVIII.</w:t>
      </w:r>
    </w:p>
    <w:p>
      <w:pPr>
        <w:pStyle w:val="ListParagraph"/>
      </w:pPr>
      <w:r>
        <w:rPr>
          <w:sz w:val="22"/>
        </w:rPr>
        <w:t>D. Cách mạng tư sản Pháp cuối thế kỉ XVIII.</w:t>
      </w:r>
    </w:p>
    <w:p/>
    <w:p>
      <w:r>
        <w:rPr>
          <w:b/>
          <w:sz w:val="24"/>
        </w:rPr>
        <w:t>Câu 15: Ở Pháp, nền tảng tư tưởng của cách mạng tư sản là</w:t>
      </w:r>
    </w:p>
    <w:p>
      <w:pPr>
        <w:pStyle w:val="ListParagraph"/>
      </w:pPr>
      <w:r>
        <w:rPr>
          <w:sz w:val="22"/>
        </w:rPr>
        <w:t>A. trào lưu Triết học Ánh sáng.</w:t>
      </w:r>
    </w:p>
    <w:p>
      <w:pPr>
        <w:pStyle w:val="ListParagraph"/>
      </w:pPr>
      <w:r>
        <w:rPr>
          <w:sz w:val="22"/>
        </w:rPr>
        <w:t>B. trào lưu Triết học Ánh sáng.</w:t>
      </w:r>
    </w:p>
    <w:p>
      <w:pPr>
        <w:pStyle w:val="ListParagraph"/>
      </w:pPr>
      <w:r>
        <w:rPr>
          <w:sz w:val="22"/>
        </w:rPr>
        <w:t>C. trào lưu Triết học Ánh sáng.</w:t>
      </w:r>
    </w:p>
    <w:p>
      <w:pPr>
        <w:pStyle w:val="ListParagraph"/>
      </w:pPr>
      <w:r>
        <w:rPr>
          <w:sz w:val="22"/>
        </w:rPr>
        <w:t>D. trào lưu Triết học Ánh sáng.</w:t>
      </w:r>
    </w:p>
    <w:p/>
    <w:p>
      <w:r>
        <w:rPr>
          <w:b/>
          <w:sz w:val="24"/>
        </w:rPr>
        <w:t>Câu 16: Cách mạng tư sản Anh (thế kỉ XVII) đặt dưới sự lãnh đạo của</w:t>
      </w:r>
    </w:p>
    <w:p>
      <w:pPr>
        <w:pStyle w:val="ListParagraph"/>
      </w:pPr>
      <w:r>
        <w:rPr>
          <w:sz w:val="22"/>
        </w:rPr>
        <w:t>A. giai cấp tư sản và quý tộc mới.</w:t>
      </w:r>
    </w:p>
    <w:p>
      <w:pPr>
        <w:pStyle w:val="ListParagraph"/>
      </w:pPr>
      <w:r>
        <w:rPr>
          <w:sz w:val="22"/>
        </w:rPr>
        <w:t>B. giai cấp tư sản và quý tộc mới.</w:t>
      </w:r>
    </w:p>
    <w:p>
      <w:pPr>
        <w:pStyle w:val="ListParagraph"/>
      </w:pPr>
      <w:r>
        <w:rPr>
          <w:sz w:val="22"/>
        </w:rPr>
        <w:t>C. giai cấp tư sản và quý tộc mới.</w:t>
      </w:r>
    </w:p>
    <w:p>
      <w:pPr>
        <w:pStyle w:val="ListParagraph"/>
      </w:pPr>
      <w:r>
        <w:rPr>
          <w:sz w:val="22"/>
        </w:rPr>
        <w:t>D. giai cấp tư sản và quý tộc mới.</w:t>
      </w:r>
    </w:p>
    <w:p/>
    <w:p>
      <w:r>
        <w:rPr>
          <w:b/>
          <w:sz w:val="24"/>
        </w:rPr>
        <w:t>Câu 17: Các cuộc cách mạng tư sản từ giữa thế kỉ XVI đến đầu thế kỉ XX thắng lợi có ý nghĩa quan trọng nào sau đây?</w:t>
      </w:r>
    </w:p>
    <w:p>
      <w:pPr>
        <w:pStyle w:val="ListParagraph"/>
      </w:pPr>
      <w:r>
        <w:rPr>
          <w:sz w:val="22"/>
        </w:rPr>
        <w:t>A. Mở đường cho chủ nghĩa tư bản phát triển.</w:t>
      </w:r>
    </w:p>
    <w:p>
      <w:pPr>
        <w:pStyle w:val="ListParagraph"/>
      </w:pPr>
      <w:r>
        <w:rPr>
          <w:sz w:val="22"/>
        </w:rPr>
        <w:t>B. Mở đường cho chủ nghĩa tư bản phát triển.</w:t>
      </w:r>
    </w:p>
    <w:p>
      <w:pPr>
        <w:pStyle w:val="ListParagraph"/>
      </w:pPr>
      <w:r>
        <w:rPr>
          <w:sz w:val="22"/>
        </w:rPr>
        <w:t>C. Mở đường cho chủ nghĩa tư bản phát triển.</w:t>
      </w:r>
    </w:p>
    <w:p>
      <w:pPr>
        <w:pStyle w:val="ListParagraph"/>
      </w:pPr>
      <w:r>
        <w:rPr>
          <w:sz w:val="22"/>
        </w:rPr>
        <w:t>D. Mở đường cho chủ nghĩa tư bản phát triển.</w:t>
      </w:r>
    </w:p>
    <w:p/>
    <w:p>
      <w:r>
        <w:rPr>
          <w:b/>
          <w:sz w:val="24"/>
        </w:rPr>
        <w:t>Câu 18: Một trong những kết quả quan trọng của các cuộc cách mạng tư sản là gì?</w:t>
      </w:r>
    </w:p>
    <w:p>
      <w:pPr>
        <w:pStyle w:val="ListParagraph"/>
      </w:pPr>
      <w:r>
        <w:rPr>
          <w:sz w:val="22"/>
        </w:rPr>
        <w:t>A. Mở đường cho chủ nghĩa tư bản phát triển.</w:t>
      </w:r>
    </w:p>
    <w:p>
      <w:pPr>
        <w:pStyle w:val="ListParagraph"/>
      </w:pPr>
      <w:r>
        <w:rPr>
          <w:sz w:val="22"/>
        </w:rPr>
        <w:t>B. Mở đường cho chủ nghĩa tư bản phát triển.</w:t>
      </w:r>
    </w:p>
    <w:p>
      <w:pPr>
        <w:pStyle w:val="ListParagraph"/>
      </w:pPr>
      <w:r>
        <w:rPr>
          <w:sz w:val="22"/>
        </w:rPr>
        <w:t>C. Mở đường cho chủ nghĩa tư bản phát triển.</w:t>
      </w:r>
    </w:p>
    <w:p>
      <w:pPr>
        <w:pStyle w:val="ListParagraph"/>
      </w:pPr>
      <w:r>
        <w:rPr>
          <w:sz w:val="22"/>
        </w:rPr>
        <w:t>D. Mở đường cho chủ nghĩa tư bản phát triển.</w:t>
      </w:r>
    </w:p>
    <w:p/>
    <w:p>
      <w:r>
        <w:rPr>
          <w:b/>
          <w:sz w:val="24"/>
        </w:rPr>
        <w:t>Câu 19: Sau Cách mạng tư sản Anh thế kỉ XVII, thể chế chính trị nào từng bước được xác lập?</w:t>
      </w:r>
    </w:p>
    <w:p>
      <w:pPr>
        <w:pStyle w:val="ListParagraph"/>
      </w:pPr>
      <w:r>
        <w:rPr>
          <w:sz w:val="22"/>
        </w:rPr>
        <w:t>A. Quân chủ lập hiến.</w:t>
      </w:r>
    </w:p>
    <w:p>
      <w:pPr>
        <w:pStyle w:val="ListParagraph"/>
      </w:pPr>
      <w:r>
        <w:rPr>
          <w:sz w:val="22"/>
        </w:rPr>
        <w:t>B. Quân chủ lập hiến.</w:t>
      </w:r>
    </w:p>
    <w:p>
      <w:pPr>
        <w:pStyle w:val="ListParagraph"/>
      </w:pPr>
      <w:r>
        <w:rPr>
          <w:sz w:val="22"/>
        </w:rPr>
        <w:t>C. Quân chủ lập hiến.</w:t>
      </w:r>
    </w:p>
    <w:p>
      <w:pPr>
        <w:pStyle w:val="ListParagraph"/>
      </w:pPr>
      <w:r>
        <w:rPr>
          <w:sz w:val="22"/>
        </w:rPr>
        <w:t>D. Quân chủ lập hiến.</w:t>
      </w:r>
    </w:p>
    <w:p/>
    <w:p>
      <w:r>
        <w:rPr>
          <w:b/>
          <w:sz w:val="24"/>
        </w:rPr>
        <w:t>Câu 20: Cách mạng tư sản Pháp cuối thế kỉ XVIII đã lật đổ chế độ nào?</w:t>
      </w:r>
    </w:p>
    <w:p>
      <w:pPr>
        <w:pStyle w:val="ListParagraph"/>
      </w:pPr>
      <w:r>
        <w:rPr>
          <w:sz w:val="22"/>
        </w:rPr>
        <w:t>A. Quân chủ chuyên chế.</w:t>
      </w:r>
    </w:p>
    <w:p>
      <w:pPr>
        <w:pStyle w:val="ListParagraph"/>
      </w:pPr>
      <w:r>
        <w:rPr>
          <w:sz w:val="22"/>
        </w:rPr>
        <w:t>B. Quân chủ chuyên chế.</w:t>
      </w:r>
    </w:p>
    <w:p>
      <w:pPr>
        <w:pStyle w:val="ListParagraph"/>
      </w:pPr>
      <w:r>
        <w:rPr>
          <w:sz w:val="22"/>
        </w:rPr>
        <w:t>C. Quân chủ chuyên chế.</w:t>
      </w:r>
    </w:p>
    <w:p>
      <w:pPr>
        <w:pStyle w:val="ListParagraph"/>
      </w:pPr>
      <w:r>
        <w:rPr>
          <w:sz w:val="22"/>
        </w:rPr>
        <w:t>D. Quân chủ chuyên chế.</w:t>
      </w:r>
    </w:p>
    <w:p/>
    <w:p>
      <w:r>
        <w:rPr>
          <w:b/>
          <w:sz w:val="24"/>
        </w:rPr>
        <w:t>Câu 21: Nửa sau thế kỉ XVII, chủ nghĩa tư bản được xác lập ở</w:t>
      </w:r>
    </w:p>
    <w:p>
      <w:pPr>
        <w:pStyle w:val="ListParagraph"/>
      </w:pPr>
      <w:r>
        <w:rPr>
          <w:sz w:val="22"/>
        </w:rPr>
        <w:t>A. Hà Lan và Anh.</w:t>
      </w:r>
    </w:p>
    <w:p>
      <w:pPr>
        <w:pStyle w:val="ListParagraph"/>
      </w:pPr>
      <w:r>
        <w:rPr>
          <w:sz w:val="22"/>
        </w:rPr>
        <w:t>B. Hà Lan và Anh.</w:t>
      </w:r>
    </w:p>
    <w:p>
      <w:pPr>
        <w:pStyle w:val="ListParagraph"/>
      </w:pPr>
      <w:r>
        <w:rPr>
          <w:sz w:val="22"/>
        </w:rPr>
        <w:t>C. Hà Lan và Anh.</w:t>
      </w:r>
    </w:p>
    <w:p>
      <w:pPr>
        <w:pStyle w:val="ListParagraph"/>
      </w:pPr>
      <w:r>
        <w:rPr>
          <w:sz w:val="22"/>
        </w:rPr>
        <w:t>D. Hà Lan và Anh.</w:t>
      </w:r>
    </w:p>
    <w:p/>
    <w:p>
      <w:r>
        <w:rPr>
          <w:b/>
          <w:sz w:val="24"/>
        </w:rPr>
        <w:t>Câu 22: Vào cuối thế kỉ XIX - đầu thế kỉ XX, sự kiện nào dưới đây góp phần mở rộng phạm vi của chủ nghĩa tư bản ở châu Á?</w:t>
      </w:r>
    </w:p>
    <w:p>
      <w:pPr>
        <w:pStyle w:val="ListParagraph"/>
      </w:pPr>
      <w:r>
        <w:rPr>
          <w:sz w:val="22"/>
        </w:rPr>
        <w:t>A. Cách mạng Tân Hợi ở Trung Quốc thành công.</w:t>
      </w:r>
    </w:p>
    <w:p>
      <w:pPr>
        <w:pStyle w:val="ListParagraph"/>
      </w:pPr>
      <w:r>
        <w:rPr>
          <w:sz w:val="22"/>
        </w:rPr>
        <w:t>B. Cách mạng Tân Hợi ở Trung Quốc thành công.</w:t>
      </w:r>
    </w:p>
    <w:p>
      <w:pPr>
        <w:pStyle w:val="ListParagraph"/>
      </w:pPr>
      <w:r>
        <w:rPr>
          <w:sz w:val="22"/>
        </w:rPr>
        <w:t>C. Cách mạng Tân Hợi ở Trung Quốc thành công.</w:t>
      </w:r>
    </w:p>
    <w:p>
      <w:pPr>
        <w:pStyle w:val="ListParagraph"/>
      </w:pPr>
      <w:r>
        <w:rPr>
          <w:sz w:val="22"/>
        </w:rPr>
        <w:t>D. Cách mạng Tân Hợi ở Trung Quốc thành công.</w:t>
      </w:r>
    </w:p>
    <w:p/>
    <w:p>
      <w:r>
        <w:rPr>
          <w:b/>
          <w:sz w:val="24"/>
        </w:rPr>
        <w:t>Câu 23: Chủ nghĩa tư bản hiện đại là thuật ngữ dùng để chỉ một giai đoạn phát triển của chủ nghĩa tư bản từ</w:t>
      </w:r>
    </w:p>
    <w:p>
      <w:pPr>
        <w:pStyle w:val="ListParagraph"/>
      </w:pPr>
      <w:r>
        <w:rPr>
          <w:sz w:val="22"/>
        </w:rPr>
        <w:t>A. sau Chiến tranh thế giới thứ hai đến nay.</w:t>
      </w:r>
    </w:p>
    <w:p>
      <w:pPr>
        <w:pStyle w:val="ListParagraph"/>
      </w:pPr>
      <w:r>
        <w:rPr>
          <w:sz w:val="22"/>
        </w:rPr>
        <w:t>B. sau Chiến tranh thế giới thứ hai đến nay.</w:t>
      </w:r>
    </w:p>
    <w:p>
      <w:pPr>
        <w:pStyle w:val="ListParagraph"/>
      </w:pPr>
      <w:r>
        <w:rPr>
          <w:sz w:val="22"/>
        </w:rPr>
        <w:t>C. sau Chiến tranh thế giới thứ hai đến nay.</w:t>
      </w:r>
    </w:p>
    <w:p>
      <w:pPr>
        <w:pStyle w:val="ListParagraph"/>
      </w:pPr>
      <w:r>
        <w:rPr>
          <w:sz w:val="22"/>
        </w:rPr>
        <w:t>D. sau Chiến tranh thế giới thứ hai đến nay.</w:t>
      </w:r>
    </w:p>
    <w:p/>
    <w:p>
      <w:r>
        <w:rPr>
          <w:b/>
          <w:sz w:val="24"/>
        </w:rPr>
        <w:t>Câu 24: Nội dung nào sau đây phản ánh đúng đặc trưng của chủ nghĩa tư bản hiện đại?</w:t>
      </w:r>
    </w:p>
    <w:p>
      <w:pPr>
        <w:pStyle w:val="ListParagraph"/>
      </w:pPr>
      <w:r>
        <w:rPr>
          <w:sz w:val="22"/>
        </w:rPr>
        <w:t>A. Có sức sản xuất cao dựa trên thành tựu của cách mạng khoa học - công nghệ.</w:t>
      </w:r>
    </w:p>
    <w:p>
      <w:pPr>
        <w:pStyle w:val="ListParagraph"/>
      </w:pPr>
      <w:r>
        <w:rPr>
          <w:sz w:val="22"/>
        </w:rPr>
        <w:t>B. Có sức sản xuất cao dựa trên thành tựu của cách mạng khoa học - công nghệ.</w:t>
      </w:r>
    </w:p>
    <w:p>
      <w:pPr>
        <w:pStyle w:val="ListParagraph"/>
      </w:pPr>
      <w:r>
        <w:rPr>
          <w:sz w:val="22"/>
        </w:rPr>
        <w:t>C. Có sức sản xuất cao dựa trên thành tựu của cách mạng khoa học - công nghệ.</w:t>
      </w:r>
    </w:p>
    <w:p>
      <w:pPr>
        <w:pStyle w:val="ListParagraph"/>
      </w:pPr>
      <w:r>
        <w:rPr>
          <w:sz w:val="22"/>
        </w:rPr>
        <w:t>D. Có sức sản xuất cao dựa trên thành tựu của cách mạng khoa học - công nghệ.</w:t>
      </w:r>
    </w:p>
    <w:p/>
    <w:p>
      <w:r>
        <w:rPr>
          <w:b/>
          <w:sz w:val="24"/>
        </w:rPr>
        <w:t>Câu 25: Một trong những đặc trưng nổi bật của chủ nghĩa tư bản hiện đại là</w:t>
      </w:r>
    </w:p>
    <w:p>
      <w:pPr>
        <w:pStyle w:val="ListParagraph"/>
      </w:pPr>
      <w:r>
        <w:rPr>
          <w:sz w:val="22"/>
        </w:rPr>
        <w:t>A. lực lượng lao động đáp ứng yêu cầu phát triển sản xuất.</w:t>
      </w:r>
    </w:p>
    <w:p>
      <w:pPr>
        <w:pStyle w:val="ListParagraph"/>
      </w:pPr>
      <w:r>
        <w:rPr>
          <w:sz w:val="22"/>
        </w:rPr>
        <w:t>B. lực lượng lao động đáp ứng yêu cầu phát triển sản xuất.</w:t>
      </w:r>
    </w:p>
    <w:p>
      <w:pPr>
        <w:pStyle w:val="ListParagraph"/>
      </w:pPr>
      <w:r>
        <w:rPr>
          <w:sz w:val="22"/>
        </w:rPr>
        <w:t>C. lực lượng lao động đáp ứng yêu cầu phát triển sản xuất.</w:t>
      </w:r>
    </w:p>
    <w:p>
      <w:pPr>
        <w:pStyle w:val="ListParagraph"/>
      </w:pPr>
      <w:r>
        <w:rPr>
          <w:sz w:val="22"/>
        </w:rPr>
        <w:t>D. lực lượng lao động đáp ứng yêu cầu phát triển sản xuất.</w:t>
      </w:r>
    </w:p>
    <w:p/>
    <w:p>
      <w:r>
        <w:rPr>
          <w:b/>
          <w:sz w:val="24"/>
        </w:rPr>
        <w:t>Câu 26: Một trong những đặc trưng nổi bật của chủ nghĩa tư bản hiện đại là</w:t>
      </w:r>
    </w:p>
    <w:p>
      <w:pPr>
        <w:pStyle w:val="ListParagraph"/>
      </w:pPr>
      <w:r>
        <w:rPr>
          <w:sz w:val="22"/>
        </w:rPr>
        <w:t>A. không ngừng điều chỉnh để tồn tại và phát triển.</w:t>
      </w:r>
    </w:p>
    <w:p>
      <w:pPr>
        <w:pStyle w:val="ListParagraph"/>
      </w:pPr>
      <w:r>
        <w:rPr>
          <w:sz w:val="22"/>
        </w:rPr>
        <w:t>B. không ngừng điều chỉnh để tồn tại và phát triển.</w:t>
      </w:r>
    </w:p>
    <w:p>
      <w:pPr>
        <w:pStyle w:val="ListParagraph"/>
      </w:pPr>
      <w:r>
        <w:rPr>
          <w:sz w:val="22"/>
        </w:rPr>
        <w:t>C. không ngừng điều chỉnh để tồn tại và phát triển.</w:t>
      </w:r>
    </w:p>
    <w:p>
      <w:pPr>
        <w:pStyle w:val="ListParagraph"/>
      </w:pPr>
      <w:r>
        <w:rPr>
          <w:sz w:val="22"/>
        </w:rPr>
        <w:t>D. không ngừng điều chỉnh để tồn tại và phát triển.</w:t>
      </w:r>
    </w:p>
    <w:p/>
    <w:p>
      <w:r>
        <w:rPr>
          <w:b/>
          <w:sz w:val="24"/>
        </w:rPr>
        <w:t>Câu 27: Một trong những tiềm năng của chủ nghĩa tư bản hiện đại là</w:t>
      </w:r>
    </w:p>
    <w:p>
      <w:pPr>
        <w:pStyle w:val="ListParagraph"/>
      </w:pPr>
      <w:r>
        <w:rPr>
          <w:sz w:val="22"/>
        </w:rPr>
        <w:t>A. có bề dày kinh nghiệm và phương pháp quản lí kinh tế.</w:t>
      </w:r>
    </w:p>
    <w:p>
      <w:pPr>
        <w:pStyle w:val="ListParagraph"/>
      </w:pPr>
      <w:r>
        <w:rPr>
          <w:sz w:val="22"/>
        </w:rPr>
        <w:t>B. có bề dày kinh nghiệm và phương pháp quản lí kinh tế.</w:t>
      </w:r>
    </w:p>
    <w:p>
      <w:pPr>
        <w:pStyle w:val="ListParagraph"/>
      </w:pPr>
      <w:r>
        <w:rPr>
          <w:sz w:val="22"/>
        </w:rPr>
        <w:t>C. có bề dày kinh nghiệm và phương pháp quản lí kinh tế.</w:t>
      </w:r>
    </w:p>
    <w:p>
      <w:pPr>
        <w:pStyle w:val="ListParagraph"/>
      </w:pPr>
      <w:r>
        <w:rPr>
          <w:sz w:val="22"/>
        </w:rPr>
        <w:t>D. có bề dày kinh nghiệm và phương pháp quản lí kinh tế.</w:t>
      </w:r>
    </w:p>
    <w:p/>
    <w:p>
      <w:r>
        <w:rPr>
          <w:b/>
          <w:sz w:val="24"/>
        </w:rPr>
        <w:t>Câu 28: Một trong những thách thức của chủ nghĩa tư bản hiện đại là</w:t>
      </w:r>
    </w:p>
    <w:p>
      <w:pPr>
        <w:pStyle w:val="ListParagraph"/>
      </w:pPr>
      <w:r>
        <w:rPr>
          <w:sz w:val="22"/>
        </w:rPr>
        <w:t>A. Phải đối mặt với nhiều vấn đề an ninh phi truyền thống.</w:t>
      </w:r>
    </w:p>
    <w:p>
      <w:pPr>
        <w:pStyle w:val="ListParagraph"/>
      </w:pPr>
      <w:r>
        <w:rPr>
          <w:sz w:val="22"/>
        </w:rPr>
        <w:t>B. Phải đối mặt với nhiều vấn đề an ninh phi truyền thống.</w:t>
      </w:r>
    </w:p>
    <w:p>
      <w:pPr>
        <w:pStyle w:val="ListParagraph"/>
      </w:pPr>
      <w:r>
        <w:rPr>
          <w:sz w:val="22"/>
        </w:rPr>
        <w:t>C. Phải đối mặt với nhiều vấn đề an ninh phi truyền thống.</w:t>
      </w:r>
    </w:p>
    <w:p>
      <w:pPr>
        <w:pStyle w:val="ListParagraph"/>
      </w:pPr>
      <w:r>
        <w:rPr>
          <w:sz w:val="22"/>
        </w:rPr>
        <w:t>D. Phải đối mặt với nhiều vấn đề an ninh phi truyền thống.</w:t>
      </w:r>
    </w:p>
    <w:p/>
    <w:p>
      <w:r>
        <w:rPr>
          <w:b/>
          <w:sz w:val="24"/>
        </w:rPr>
        <w:t>Câu 29: Một trong những thách thức mà chủ nghĩa tư bản hiện đại phải đối mặt là</w:t>
      </w:r>
    </w:p>
    <w:p>
      <w:pPr>
        <w:pStyle w:val="ListParagraph"/>
      </w:pPr>
      <w:r>
        <w:rPr>
          <w:sz w:val="22"/>
        </w:rPr>
        <w:t>A. tiềm ẩn nguy cơ khủng hoảng tài chính mang tính toàn cầu.</w:t>
      </w:r>
    </w:p>
    <w:p>
      <w:pPr>
        <w:pStyle w:val="ListParagraph"/>
      </w:pPr>
      <w:r>
        <w:rPr>
          <w:sz w:val="22"/>
        </w:rPr>
        <w:t>B. tiềm ẩn nguy cơ khủng hoảng tài chính mang tính toàn cầu.</w:t>
      </w:r>
    </w:p>
    <w:p>
      <w:pPr>
        <w:pStyle w:val="ListParagraph"/>
      </w:pPr>
      <w:r>
        <w:rPr>
          <w:sz w:val="22"/>
        </w:rPr>
        <w:t>C. tiềm ẩn nguy cơ khủng hoảng tài chính mang tính toàn cầu.</w:t>
      </w:r>
    </w:p>
    <w:p>
      <w:pPr>
        <w:pStyle w:val="ListParagraph"/>
      </w:pPr>
      <w:r>
        <w:rPr>
          <w:sz w:val="22"/>
        </w:rPr>
        <w:t>D. tiềm ẩn nguy cơ khủng hoảng tài chính mang tính toàn cầu.</w:t>
      </w:r>
    </w:p>
    <w:p/>
    <w:p>
      <w:r>
        <w:rPr>
          <w:b/>
          <w:sz w:val="24"/>
        </w:rPr>
        <w:t>Câu 30: Nửa sau thế kỉ XIX, chủ nghĩa tư bản được xác lập ở đâu?</w:t>
      </w:r>
    </w:p>
    <w:p>
      <w:pPr>
        <w:pStyle w:val="ListParagraph"/>
      </w:pPr>
      <w:r>
        <w:rPr>
          <w:sz w:val="22"/>
        </w:rPr>
        <w:t>A. I-ta-li-a và Đức.</w:t>
      </w:r>
    </w:p>
    <w:p>
      <w:pPr>
        <w:pStyle w:val="ListParagraph"/>
      </w:pPr>
      <w:r>
        <w:rPr>
          <w:sz w:val="22"/>
        </w:rPr>
        <w:t>B. I-ta-li-a và Đức.</w:t>
      </w:r>
    </w:p>
    <w:p>
      <w:pPr>
        <w:pStyle w:val="ListParagraph"/>
      </w:pPr>
      <w:r>
        <w:rPr>
          <w:sz w:val="22"/>
        </w:rPr>
        <w:t>C. I-ta-li-a và Đức.</w:t>
      </w:r>
    </w:p>
    <w:p>
      <w:pPr>
        <w:pStyle w:val="ListParagraph"/>
      </w:pPr>
      <w:r>
        <w:rPr>
          <w:sz w:val="22"/>
        </w:rPr>
        <w:t>D. I-ta-li-a và Đức.</w:t>
      </w:r>
    </w:p>
    <w:p/>
    <w:p>
      <w:r>
        <w:rPr>
          <w:b/>
          <w:sz w:val="24"/>
        </w:rPr>
        <w:t>Câu 31: Cuộc cách mạng tư sản nào đã đánh dấu sự mở rộng của chủ nghĩa tư bản ở ngoài châu Âu?</w:t>
      </w:r>
    </w:p>
    <w:p>
      <w:pPr>
        <w:pStyle w:val="ListParagraph"/>
      </w:pPr>
      <w:r>
        <w:rPr>
          <w:sz w:val="22"/>
        </w:rPr>
        <w:t>A. Chiến tranh giành độc lập của 13 thuộc địa Anh ở Bắc Mỹ (thế kỉ XVIII).</w:t>
      </w:r>
    </w:p>
    <w:p>
      <w:pPr>
        <w:pStyle w:val="ListParagraph"/>
      </w:pPr>
      <w:r>
        <w:rPr>
          <w:sz w:val="22"/>
        </w:rPr>
        <w:t>B. Chiến tranh giành độc lập của 13 thuộc địa Anh ở Bắc Mỹ (thế kỉ XVIII).</w:t>
      </w:r>
    </w:p>
    <w:p>
      <w:pPr>
        <w:pStyle w:val="ListParagraph"/>
      </w:pPr>
      <w:r>
        <w:rPr>
          <w:sz w:val="22"/>
        </w:rPr>
        <w:t>C. Chiến tranh giành độc lập của 13 thuộc địa Anh ở Bắc Mỹ (thế kỉ XVIII).</w:t>
      </w:r>
    </w:p>
    <w:p>
      <w:pPr>
        <w:pStyle w:val="ListParagraph"/>
      </w:pPr>
      <w:r>
        <w:rPr>
          <w:sz w:val="22"/>
        </w:rPr>
        <w:t>D. Chiến tranh giành độc lập của 13 thuộc địa Anh ở Bắc Mỹ (thế kỉ XVIII).</w:t>
      </w:r>
    </w:p>
    <w:p/>
    <w:p>
      <w:r>
        <w:rPr>
          <w:b/>
          <w:sz w:val="24"/>
        </w:rPr>
        <w:t>Câu 32: Cuối thế kỉ XIX - đầu thế kỉ XX, các nước tư bản chuyển sang giai đoạn</w:t>
      </w:r>
    </w:p>
    <w:p>
      <w:pPr>
        <w:pStyle w:val="ListParagraph"/>
      </w:pPr>
      <w:r>
        <w:rPr>
          <w:sz w:val="22"/>
        </w:rPr>
        <w:t>A. đế quốc chủ nghĩa.</w:t>
      </w:r>
    </w:p>
    <w:p>
      <w:pPr>
        <w:pStyle w:val="ListParagraph"/>
      </w:pPr>
      <w:r>
        <w:rPr>
          <w:sz w:val="22"/>
        </w:rPr>
        <w:t>B. đế quốc chủ nghĩa.</w:t>
      </w:r>
    </w:p>
    <w:p>
      <w:pPr>
        <w:pStyle w:val="ListParagraph"/>
      </w:pPr>
      <w:r>
        <w:rPr>
          <w:sz w:val="22"/>
        </w:rPr>
        <w:t>C. đế quốc chủ nghĩa.</w:t>
      </w:r>
    </w:p>
    <w:p>
      <w:pPr>
        <w:pStyle w:val="ListParagraph"/>
      </w:pPr>
      <w:r>
        <w:rPr>
          <w:sz w:val="22"/>
        </w:rPr>
        <w:t>D. đế quốc chủ nghĩa.</w:t>
      </w:r>
    </w:p>
    <w:p/>
    <w:p>
      <w:r>
        <w:rPr>
          <w:b/>
          <w:sz w:val="24"/>
        </w:rPr>
        <w:t>Câu 33: Trong những năm cuối thế kỉ XIX - đầu thế kỉ XX, cùng với việc các nước đế quốc đẩy mạnh xâm lược thuộc địa, chủ nghĩa tư bản đã</w:t>
      </w:r>
    </w:p>
    <w:p>
      <w:pPr>
        <w:pStyle w:val="ListParagraph"/>
      </w:pPr>
      <w:r>
        <w:rPr>
          <w:sz w:val="22"/>
        </w:rPr>
        <w:t>A. mở rộng phạm vi ảnh hưởng trên toàn thế giới.</w:t>
      </w:r>
    </w:p>
    <w:p>
      <w:pPr>
        <w:pStyle w:val="ListParagraph"/>
      </w:pPr>
      <w:r>
        <w:rPr>
          <w:sz w:val="22"/>
        </w:rPr>
        <w:t>B. mở rộng phạm vi ảnh hưởng trên toàn thế giới.</w:t>
      </w:r>
    </w:p>
    <w:p>
      <w:pPr>
        <w:pStyle w:val="ListParagraph"/>
      </w:pPr>
      <w:r>
        <w:rPr>
          <w:sz w:val="22"/>
        </w:rPr>
        <w:t>C. mở rộng phạm vi ảnh hưởng trên toàn thế giới.</w:t>
      </w:r>
    </w:p>
    <w:p>
      <w:pPr>
        <w:pStyle w:val="ListParagraph"/>
      </w:pPr>
      <w:r>
        <w:rPr>
          <w:sz w:val="22"/>
        </w:rPr>
        <w:t>D. mở rộng phạm vi ảnh hưởng trên toàn thế giới.</w:t>
      </w:r>
    </w:p>
    <w:p/>
    <w:p>
      <w:r>
        <w:rPr>
          <w:b/>
          <w:sz w:val="24"/>
        </w:rPr>
        <w:t>Câu 34: Trong số các nước đế quốc, nước nào được mệnh danh là "đế quốc mà Mặt Trời không bao giờ lặn"?</w:t>
      </w:r>
    </w:p>
    <w:p>
      <w:pPr>
        <w:pStyle w:val="ListParagraph"/>
      </w:pPr>
      <w:r>
        <w:rPr>
          <w:sz w:val="22"/>
        </w:rPr>
        <w:t>A. Anh.</w:t>
      </w:r>
    </w:p>
    <w:p>
      <w:pPr>
        <w:pStyle w:val="ListParagraph"/>
      </w:pPr>
      <w:r>
        <w:rPr>
          <w:sz w:val="22"/>
        </w:rPr>
        <w:t>B. Anh.</w:t>
      </w:r>
    </w:p>
    <w:p>
      <w:pPr>
        <w:pStyle w:val="ListParagraph"/>
      </w:pPr>
      <w:r>
        <w:rPr>
          <w:sz w:val="22"/>
        </w:rPr>
        <w:t>C. Anh.</w:t>
      </w:r>
    </w:p>
    <w:p>
      <w:pPr>
        <w:pStyle w:val="ListParagraph"/>
      </w:pPr>
      <w:r>
        <w:rPr>
          <w:sz w:val="22"/>
        </w:rPr>
        <w:t>D. Anh.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D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C</w:t>
      </w:r>
    </w:p>
    <w:p>
      <w:r>
        <w:rPr>
          <w:b/>
        </w:rPr>
        <w:t>Câu 34: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