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Dưới đây là phần nội dung đề ôn tập kiểm tra giữa</w:t>
      </w:r>
    </w:p>
    <w:p>
      <w:pPr>
        <w:jc w:val="center"/>
      </w:pPr>
      <w:r>
        <w:rPr>
          <w:sz w:val="22"/>
        </w:rPr>
        <w:t>Số câu: 44    Thời gian: _____ phút    Họ và tên: _________________________</w:t>
      </w:r>
    </w:p>
    <w:p/>
    <w:p>
      <w:r>
        <w:rPr>
          <w:b/>
          <w:sz w:val="24"/>
        </w:rPr>
        <w:t>Câu 1: Where does Mai live?</w:t>
      </w:r>
    </w:p>
    <w:p>
      <w:pPr>
        <w:pStyle w:val="ListParagraph"/>
      </w:pPr>
      <w:r>
        <w:rPr>
          <w:sz w:val="22"/>
        </w:rPr>
        <w:t>A. in a country house in Ha Noi</w:t>
      </w:r>
    </w:p>
    <w:p>
      <w:pPr>
        <w:pStyle w:val="ListParagraph"/>
      </w:pPr>
      <w:r>
        <w:rPr>
          <w:sz w:val="22"/>
        </w:rPr>
        <w:t>B. in a town house in Ha Noi</w:t>
      </w:r>
    </w:p>
    <w:p>
      <w:pPr>
        <w:pStyle w:val="ListParagraph"/>
      </w:pPr>
      <w:r>
        <w:rPr>
          <w:sz w:val="22"/>
        </w:rPr>
        <w:t>C. in a flat in Ha Noi</w:t>
      </w:r>
    </w:p>
    <w:p>
      <w:pPr>
        <w:pStyle w:val="ListParagraph"/>
      </w:pPr>
      <w:r>
        <w:rPr>
          <w:sz w:val="22"/>
        </w:rPr>
        <w:t>D. in a villa in Ha Noi</w:t>
      </w:r>
    </w:p>
    <w:p/>
    <w:p>
      <w:r>
        <w:rPr>
          <w:b/>
          <w:sz w:val="24"/>
        </w:rPr>
        <w:t>Câu 2: Who does Mai live with?</w:t>
      </w:r>
    </w:p>
    <w:p>
      <w:pPr>
        <w:pStyle w:val="ListParagraph"/>
      </w:pPr>
      <w:r>
        <w:rPr>
          <w:sz w:val="22"/>
        </w:rPr>
        <w:t>A. her grandparents</w:t>
      </w:r>
    </w:p>
    <w:p>
      <w:pPr>
        <w:pStyle w:val="ListParagraph"/>
      </w:pPr>
      <w:r>
        <w:rPr>
          <w:sz w:val="22"/>
        </w:rPr>
        <w:t>B. her friends</w:t>
      </w:r>
    </w:p>
    <w:p>
      <w:pPr>
        <w:pStyle w:val="ListParagraph"/>
      </w:pPr>
      <w:r>
        <w:rPr>
          <w:sz w:val="22"/>
        </w:rPr>
        <w:t>C. her parents</w:t>
      </w:r>
    </w:p>
    <w:p>
      <w:pPr>
        <w:pStyle w:val="ListParagraph"/>
      </w:pPr>
      <w:r>
        <w:rPr>
          <w:sz w:val="22"/>
        </w:rPr>
        <w:t>D. her brother</w:t>
      </w:r>
    </w:p>
    <w:p/>
    <w:p>
      <w:r>
        <w:rPr>
          <w:b/>
          <w:sz w:val="24"/>
        </w:rPr>
        <w:t>Câu 3: How many rooms are there in her house?</w:t>
      </w:r>
    </w:p>
    <w:p>
      <w:pPr>
        <w:pStyle w:val="ListParagraph"/>
      </w:pPr>
      <w:r>
        <w:rPr>
          <w:sz w:val="22"/>
        </w:rPr>
        <w:t>A. four</w:t>
      </w:r>
    </w:p>
    <w:p>
      <w:pPr>
        <w:pStyle w:val="ListParagraph"/>
      </w:pPr>
      <w:r>
        <w:rPr>
          <w:sz w:val="22"/>
        </w:rPr>
        <w:t>B. five</w:t>
      </w:r>
    </w:p>
    <w:p>
      <w:pPr>
        <w:pStyle w:val="ListParagraph"/>
      </w:pPr>
      <w:r>
        <w:rPr>
          <w:sz w:val="22"/>
        </w:rPr>
        <w:t>C. six</w:t>
      </w:r>
    </w:p>
    <w:p>
      <w:pPr>
        <w:pStyle w:val="ListParagraph"/>
      </w:pPr>
      <w:r>
        <w:rPr>
          <w:sz w:val="22"/>
        </w:rPr>
        <w:t>D. seven</w:t>
      </w:r>
    </w:p>
    <w:p/>
    <w:p>
      <w:r>
        <w:rPr>
          <w:b/>
          <w:sz w:val="24"/>
        </w:rPr>
        <w:t>Câu 4: Which room does Mai love the best?</w:t>
      </w:r>
    </w:p>
    <w:p>
      <w:pPr>
        <w:pStyle w:val="ListParagraph"/>
      </w:pPr>
      <w:r>
        <w:rPr>
          <w:sz w:val="22"/>
        </w:rPr>
        <w:t>A. her bedroom</w:t>
      </w:r>
    </w:p>
    <w:p>
      <w:pPr>
        <w:pStyle w:val="ListParagraph"/>
      </w:pPr>
      <w:r>
        <w:rPr>
          <w:sz w:val="22"/>
        </w:rPr>
        <w:t>B. the living room</w:t>
      </w:r>
    </w:p>
    <w:p>
      <w:pPr>
        <w:pStyle w:val="ListParagraph"/>
      </w:pPr>
      <w:r>
        <w:rPr>
          <w:sz w:val="22"/>
        </w:rPr>
        <w:t>C. the kitchen</w:t>
      </w:r>
    </w:p>
    <w:p>
      <w:pPr>
        <w:pStyle w:val="ListParagraph"/>
      </w:pPr>
      <w:r>
        <w:rPr>
          <w:sz w:val="22"/>
        </w:rPr>
        <w:t>D. the bathroom</w:t>
      </w:r>
    </w:p>
    <w:p/>
    <w:p>
      <w:r>
        <w:rPr>
          <w:b/>
          <w:sz w:val="24"/>
        </w:rPr>
        <w:t>Câu 5: Why does she love the living room?</w:t>
      </w:r>
    </w:p>
    <w:p>
      <w:pPr>
        <w:pStyle w:val="ListParagraph"/>
      </w:pPr>
      <w:r>
        <w:rPr>
          <w:sz w:val="22"/>
        </w:rPr>
        <w:t>A. big</w:t>
      </w:r>
    </w:p>
    <w:p>
      <w:pPr>
        <w:pStyle w:val="ListParagraph"/>
      </w:pPr>
      <w:r>
        <w:rPr>
          <w:sz w:val="22"/>
        </w:rPr>
        <w:t>B. small</w:t>
      </w:r>
    </w:p>
    <w:p>
      <w:pPr>
        <w:pStyle w:val="ListParagraph"/>
      </w:pPr>
      <w:r>
        <w:rPr>
          <w:sz w:val="22"/>
        </w:rPr>
        <w:t>C. beautiful</w:t>
      </w:r>
    </w:p>
    <w:p>
      <w:pPr>
        <w:pStyle w:val="ListParagraph"/>
      </w:pPr>
      <w:r>
        <w:rPr>
          <w:sz w:val="22"/>
        </w:rPr>
        <w:t>D. bright</w:t>
      </w:r>
    </w:p>
    <w:p/>
    <w:p>
      <w:r>
        <w:rPr>
          <w:b/>
          <w:sz w:val="24"/>
        </w:rPr>
        <w:t>Câu 6: What does Mai often do in her bedroom?</w:t>
      </w:r>
    </w:p>
    <w:p>
      <w:pPr>
        <w:pStyle w:val="ListParagraph"/>
      </w:pPr>
      <w:r>
        <w:rPr>
          <w:sz w:val="22"/>
        </w:rPr>
        <w:t>A. watches TV</w:t>
      </w:r>
    </w:p>
    <w:p>
      <w:pPr>
        <w:pStyle w:val="ListParagraph"/>
      </w:pPr>
      <w:r>
        <w:rPr>
          <w:sz w:val="22"/>
        </w:rPr>
        <w:t>B. listens to music</w:t>
      </w:r>
    </w:p>
    <w:p>
      <w:pPr>
        <w:pStyle w:val="ListParagraph"/>
      </w:pPr>
      <w:r>
        <w:rPr>
          <w:sz w:val="22"/>
        </w:rPr>
        <w:t>C. reads books</w:t>
      </w:r>
    </w:p>
    <w:p>
      <w:pPr>
        <w:pStyle w:val="ListParagraph"/>
      </w:pPr>
      <w:r>
        <w:rPr>
          <w:sz w:val="22"/>
        </w:rPr>
        <w:t>D. does her homework</w:t>
      </w:r>
    </w:p>
    <w:p/>
    <w:p>
      <w:r>
        <w:rPr>
          <w:b/>
          <w:sz w:val="24"/>
        </w:rPr>
        <w:t>Câu 7: Which class are Mi and Lan in?</w:t>
      </w:r>
    </w:p>
    <w:p>
      <w:pPr>
        <w:pStyle w:val="ListParagraph"/>
      </w:pPr>
      <w:r>
        <w:rPr>
          <w:sz w:val="22"/>
        </w:rPr>
        <w:t>A. 6A</w:t>
      </w:r>
    </w:p>
    <w:p>
      <w:pPr>
        <w:pStyle w:val="ListParagraph"/>
      </w:pPr>
      <w:r>
        <w:rPr>
          <w:sz w:val="22"/>
        </w:rPr>
        <w:t>B. 6B</w:t>
      </w:r>
    </w:p>
    <w:p>
      <w:pPr>
        <w:pStyle w:val="ListParagraph"/>
      </w:pPr>
      <w:r>
        <w:rPr>
          <w:sz w:val="22"/>
        </w:rPr>
        <w:t>C. 6E</w:t>
      </w:r>
    </w:p>
    <w:p>
      <w:pPr>
        <w:pStyle w:val="ListParagraph"/>
      </w:pPr>
      <w:r>
        <w:rPr>
          <w:sz w:val="22"/>
        </w:rPr>
        <w:t>D. 6D</w:t>
      </w:r>
    </w:p>
    <w:p/>
    <w:p>
      <w:r>
        <w:rPr>
          <w:b/>
          <w:sz w:val="24"/>
        </w:rPr>
        <w:t>Câu 8: What does Lan look like?</w:t>
      </w:r>
    </w:p>
    <w:p>
      <w:pPr>
        <w:pStyle w:val="ListParagraph"/>
      </w:pPr>
      <w:r>
        <w:rPr>
          <w:sz w:val="22"/>
        </w:rPr>
        <w:t>A. short and slim</w:t>
      </w:r>
    </w:p>
    <w:p>
      <w:pPr>
        <w:pStyle w:val="ListParagraph"/>
      </w:pPr>
      <w:r>
        <w:rPr>
          <w:sz w:val="22"/>
        </w:rPr>
        <w:t>B. tall and slim</w:t>
      </w:r>
    </w:p>
    <w:p>
      <w:pPr>
        <w:pStyle w:val="ListParagraph"/>
      </w:pPr>
      <w:r>
        <w:rPr>
          <w:sz w:val="22"/>
        </w:rPr>
        <w:t>C. short and fat</w:t>
      </w:r>
    </w:p>
    <w:p>
      <w:pPr>
        <w:pStyle w:val="ListParagraph"/>
      </w:pPr>
      <w:r>
        <w:rPr>
          <w:sz w:val="22"/>
        </w:rPr>
        <w:t>D. tall and chubby</w:t>
      </w:r>
    </w:p>
    <w:p/>
    <w:p>
      <w:r>
        <w:rPr>
          <w:b/>
          <w:sz w:val="24"/>
        </w:rPr>
        <w:t>Câu 9: Lan likes ................... and has many new friends.</w:t>
      </w:r>
    </w:p>
    <w:p>
      <w:pPr>
        <w:pStyle w:val="ListParagraph"/>
      </w:pPr>
      <w:r>
        <w:rPr>
          <w:sz w:val="22"/>
        </w:rPr>
        <w:t>A. reading books</w:t>
      </w:r>
    </w:p>
    <w:p>
      <w:pPr>
        <w:pStyle w:val="ListParagraph"/>
      </w:pPr>
      <w:r>
        <w:rPr>
          <w:sz w:val="22"/>
        </w:rPr>
        <w:t>B. playing sports</w:t>
      </w:r>
    </w:p>
    <w:p>
      <w:pPr>
        <w:pStyle w:val="ListParagraph"/>
      </w:pPr>
      <w:r>
        <w:rPr>
          <w:sz w:val="22"/>
        </w:rPr>
        <w:t>C. listening to music</w:t>
      </w:r>
    </w:p>
    <w:p>
      <w:pPr>
        <w:pStyle w:val="ListParagraph"/>
      </w:pPr>
      <w:r>
        <w:rPr>
          <w:sz w:val="22"/>
        </w:rPr>
        <w:t>D. doing judo</w:t>
      </w:r>
    </w:p>
    <w:p/>
    <w:p>
      <w:r>
        <w:rPr>
          <w:b/>
          <w:sz w:val="24"/>
        </w:rPr>
        <w:t>Câu 10: What does Chi look like?</w:t>
      </w:r>
    </w:p>
    <w:p>
      <w:pPr>
        <w:pStyle w:val="ListParagraph"/>
      </w:pPr>
      <w:r>
        <w:rPr>
          <w:sz w:val="22"/>
        </w:rPr>
        <w:t>A. short with long black hair</w:t>
      </w:r>
    </w:p>
    <w:p>
      <w:pPr>
        <w:pStyle w:val="ListParagraph"/>
      </w:pPr>
      <w:r>
        <w:rPr>
          <w:sz w:val="22"/>
        </w:rPr>
        <w:t>B. tall with short black hair</w:t>
      </w:r>
    </w:p>
    <w:p>
      <w:pPr>
        <w:pStyle w:val="ListParagraph"/>
      </w:pPr>
      <w:r>
        <w:rPr>
          <w:sz w:val="22"/>
        </w:rPr>
        <w:t>C. short with curly hair</w:t>
      </w:r>
    </w:p>
    <w:p>
      <w:pPr>
        <w:pStyle w:val="ListParagraph"/>
      </w:pPr>
      <w:r>
        <w:rPr>
          <w:sz w:val="22"/>
        </w:rPr>
        <w:t>D. tall with fair hair</w:t>
      </w:r>
    </w:p>
    <w:p/>
    <w:p>
      <w:r>
        <w:rPr>
          <w:b/>
          <w:sz w:val="24"/>
        </w:rPr>
        <w:t>Câu 11: How does Chi help Minh?</w:t>
      </w:r>
    </w:p>
    <w:p>
      <w:pPr>
        <w:pStyle w:val="ListParagraph"/>
      </w:pPr>
      <w:r>
        <w:rPr>
          <w:sz w:val="22"/>
        </w:rPr>
        <w:t>A. with his Maths</w:t>
      </w:r>
    </w:p>
    <w:p>
      <w:pPr>
        <w:pStyle w:val="ListParagraph"/>
      </w:pPr>
      <w:r>
        <w:rPr>
          <w:sz w:val="22"/>
        </w:rPr>
        <w:t>B. with his English</w:t>
      </w:r>
    </w:p>
    <w:p>
      <w:pPr>
        <w:pStyle w:val="ListParagraph"/>
      </w:pPr>
      <w:r>
        <w:rPr>
          <w:sz w:val="22"/>
        </w:rPr>
        <w:t>C. with his homework</w:t>
      </w:r>
    </w:p>
    <w:p>
      <w:pPr>
        <w:pStyle w:val="ListParagraph"/>
      </w:pPr>
      <w:r>
        <w:rPr>
          <w:sz w:val="22"/>
        </w:rPr>
        <w:t>D. with his art</w:t>
      </w:r>
    </w:p>
    <w:p/>
    <w:p>
      <w:r>
        <w:rPr>
          <w:b/>
          <w:sz w:val="24"/>
        </w:rPr>
        <w:t>Câu 12: Where is Chi going now?</w:t>
      </w:r>
    </w:p>
    <w:p>
      <w:pPr>
        <w:pStyle w:val="ListParagraph"/>
      </w:pPr>
      <w:r>
        <w:rPr>
          <w:sz w:val="22"/>
        </w:rPr>
        <w:t>A. to the classroom</w:t>
      </w:r>
    </w:p>
    <w:p>
      <w:pPr>
        <w:pStyle w:val="ListParagraph"/>
      </w:pPr>
      <w:r>
        <w:rPr>
          <w:sz w:val="22"/>
        </w:rPr>
        <w:t>B. to the canteen</w:t>
      </w:r>
    </w:p>
    <w:p>
      <w:pPr>
        <w:pStyle w:val="ListParagraph"/>
      </w:pPr>
      <w:r>
        <w:rPr>
          <w:sz w:val="22"/>
        </w:rPr>
        <w:t>C. to the library</w:t>
      </w:r>
    </w:p>
    <w:p>
      <w:pPr>
        <w:pStyle w:val="ListParagraph"/>
      </w:pPr>
      <w:r>
        <w:rPr>
          <w:sz w:val="22"/>
        </w:rPr>
        <w:t>D. to the gym</w:t>
      </w:r>
    </w:p>
    <w:p/>
    <w:p>
      <w:r>
        <w:rPr>
          <w:b/>
          <w:sz w:val="24"/>
        </w:rPr>
        <w:t>Câu 13: Hi. My name's Janet. I'm eleven years old. I'm now in year 6 at Palmer School. I like it here. My classmates are (1) friendly. The teachers at my school are nice and very helpful, and my favorite teacher is Mrs. Smith. She (2) teaches us maths. I have two hours to study Vietnamese every week. I usually do my homework in the (3) library. We wear our uniforms every day, but today we aren't. We're going to have a biology lesson (4) on a farm.</w:t>
      </w:r>
    </w:p>
    <w:p/>
    <w:p>
      <w:r>
        <w:rPr>
          <w:b/>
          <w:sz w:val="24"/>
        </w:rPr>
        <w:t>Câu 14: Where is the writer's hotel?</w:t>
      </w:r>
    </w:p>
    <w:p>
      <w:pPr>
        <w:pStyle w:val="ListParagraph"/>
      </w:pPr>
      <w:r>
        <w:rPr>
          <w:sz w:val="22"/>
        </w:rPr>
        <w:t>A. near the city center</w:t>
      </w:r>
    </w:p>
    <w:p>
      <w:pPr>
        <w:pStyle w:val="ListParagraph"/>
      </w:pPr>
      <w:r>
        <w:rPr>
          <w:sz w:val="22"/>
        </w:rPr>
        <w:t>B. far from the city center</w:t>
      </w:r>
    </w:p>
    <w:p>
      <w:pPr>
        <w:pStyle w:val="ListParagraph"/>
      </w:pPr>
      <w:r>
        <w:rPr>
          <w:sz w:val="22"/>
        </w:rPr>
        <w:t>C. in the city</w:t>
      </w:r>
    </w:p>
    <w:p>
      <w:pPr>
        <w:pStyle w:val="ListParagraph"/>
      </w:pPr>
      <w:r>
        <w:rPr>
          <w:sz w:val="22"/>
        </w:rPr>
        <w:t>D. in the country</w:t>
      </w:r>
    </w:p>
    <w:p/>
    <w:p>
      <w:r>
        <w:rPr>
          <w:b/>
          <w:sz w:val="24"/>
        </w:rPr>
        <w:t>Câu 15: Which is NOT TRUE?</w:t>
      </w:r>
    </w:p>
    <w:p>
      <w:pPr>
        <w:pStyle w:val="ListParagraph"/>
      </w:pPr>
      <w:r>
        <w:rPr>
          <w:sz w:val="22"/>
        </w:rPr>
        <w:t>A. Most students are hard-working and kind.</w:t>
      </w:r>
    </w:p>
    <w:p>
      <w:pPr>
        <w:pStyle w:val="ListParagraph"/>
      </w:pPr>
      <w:r>
        <w:rPr>
          <w:sz w:val="22"/>
        </w:rPr>
        <w:t>B. There are 26 classes in this school.</w:t>
      </w:r>
    </w:p>
    <w:p>
      <w:pPr>
        <w:pStyle w:val="ListParagraph"/>
      </w:pPr>
      <w:r>
        <w:rPr>
          <w:sz w:val="22"/>
        </w:rPr>
        <w:t>C. The teachers are all helpful and unfriendly.</w:t>
      </w:r>
    </w:p>
    <w:p>
      <w:pPr>
        <w:pStyle w:val="ListParagraph"/>
      </w:pPr>
      <w:r>
        <w:rPr>
          <w:sz w:val="22"/>
        </w:rPr>
        <w:t>D. My school has many clubs.</w:t>
      </w:r>
    </w:p>
    <w:p/>
    <w:p>
      <w:r>
        <w:rPr>
          <w:b/>
          <w:sz w:val="24"/>
        </w:rPr>
        <w:t>Câu 16: How many clubs are there in the school?</w:t>
      </w:r>
    </w:p>
    <w:p>
      <w:pPr>
        <w:pStyle w:val="ListParagraph"/>
      </w:pPr>
      <w:r>
        <w:rPr>
          <w:sz w:val="22"/>
        </w:rPr>
        <w:t>A. three</w:t>
      </w:r>
    </w:p>
    <w:p>
      <w:pPr>
        <w:pStyle w:val="ListParagraph"/>
      </w:pPr>
      <w:r>
        <w:rPr>
          <w:sz w:val="22"/>
        </w:rPr>
        <w:t>B. four</w:t>
      </w:r>
    </w:p>
    <w:p>
      <w:pPr>
        <w:pStyle w:val="ListParagraph"/>
      </w:pPr>
      <w:r>
        <w:rPr>
          <w:sz w:val="22"/>
        </w:rPr>
        <w:t>C. five</w:t>
      </w:r>
    </w:p>
    <w:p>
      <w:pPr>
        <w:pStyle w:val="ListParagraph"/>
      </w:pPr>
      <w:r>
        <w:rPr>
          <w:sz w:val="22"/>
        </w:rPr>
        <w:t>D. six</w:t>
      </w:r>
    </w:p>
    <w:p/>
    <w:p>
      <w:r>
        <w:rPr>
          <w:b/>
          <w:sz w:val="24"/>
        </w:rPr>
        <w:t>Câu 17: Why does the writer love the school?</w:t>
      </w:r>
    </w:p>
    <w:p>
      <w:pPr>
        <w:pStyle w:val="ListParagraph"/>
      </w:pPr>
      <w:r>
        <w:rPr>
          <w:sz w:val="22"/>
        </w:rPr>
        <w:t>A. It has different clubs</w:t>
      </w:r>
    </w:p>
    <w:p>
      <w:pPr>
        <w:pStyle w:val="ListParagraph"/>
      </w:pPr>
      <w:r>
        <w:rPr>
          <w:sz w:val="22"/>
        </w:rPr>
        <w:t>B. It is a good school</w:t>
      </w:r>
    </w:p>
    <w:p>
      <w:pPr>
        <w:pStyle w:val="ListParagraph"/>
      </w:pPr>
      <w:r>
        <w:rPr>
          <w:sz w:val="22"/>
        </w:rPr>
        <w:t>C. It is a big school</w:t>
      </w:r>
    </w:p>
    <w:p>
      <w:pPr>
        <w:pStyle w:val="ListParagraph"/>
      </w:pPr>
      <w:r>
        <w:rPr>
          <w:sz w:val="22"/>
        </w:rPr>
        <w:t>D. It is a beautiful school</w:t>
      </w:r>
    </w:p>
    <w:p/>
    <w:p>
      <w:r>
        <w:rPr>
          <w:b/>
          <w:sz w:val="24"/>
        </w:rPr>
        <w:t>Câu 18: What does Mr. Black ask children to do?</w:t>
      </w:r>
    </w:p>
    <w:p>
      <w:pPr>
        <w:pStyle w:val="ListParagraph"/>
      </w:pPr>
      <w:r>
        <w:rPr>
          <w:sz w:val="22"/>
        </w:rPr>
        <w:t>A. sing English songs.</w:t>
      </w:r>
    </w:p>
    <w:p>
      <w:pPr>
        <w:pStyle w:val="ListParagraph"/>
      </w:pPr>
      <w:r>
        <w:rPr>
          <w:sz w:val="22"/>
        </w:rPr>
        <w:t>B. write emails in Vietnamese or English.</w:t>
      </w:r>
    </w:p>
    <w:p>
      <w:pPr>
        <w:pStyle w:val="ListParagraph"/>
      </w:pPr>
      <w:r>
        <w:rPr>
          <w:sz w:val="22"/>
        </w:rPr>
        <w:t>C. write emails in Vietnamese.</w:t>
      </w:r>
    </w:p>
    <w:p>
      <w:pPr>
        <w:pStyle w:val="ListParagraph"/>
      </w:pPr>
      <w:r>
        <w:rPr>
          <w:sz w:val="22"/>
        </w:rPr>
        <w:t>D. write emails in English.</w:t>
      </w:r>
    </w:p>
    <w:p/>
    <w:p>
      <w:r>
        <w:rPr>
          <w:b/>
          <w:sz w:val="24"/>
        </w:rPr>
        <w:t>Câu 19: How many new friends does Nam have?</w:t>
      </w:r>
    </w:p>
    <w:p>
      <w:pPr>
        <w:pStyle w:val="ListParagraph"/>
      </w:pPr>
      <w:r>
        <w:rPr>
          <w:sz w:val="22"/>
        </w:rPr>
        <w:t>A. He has three new friends.</w:t>
      </w:r>
    </w:p>
    <w:p>
      <w:pPr>
        <w:pStyle w:val="ListParagraph"/>
      </w:pPr>
      <w:r>
        <w:rPr>
          <w:sz w:val="22"/>
        </w:rPr>
        <w:t>B. He have three new friends.</w:t>
      </w:r>
    </w:p>
    <w:p>
      <w:pPr>
        <w:pStyle w:val="ListParagraph"/>
      </w:pPr>
      <w:r>
        <w:rPr>
          <w:sz w:val="22"/>
        </w:rPr>
        <w:t>C. He has four new friends.</w:t>
      </w:r>
    </w:p>
    <w:p>
      <w:pPr>
        <w:pStyle w:val="ListParagraph"/>
      </w:pPr>
      <w:r>
        <w:rPr>
          <w:sz w:val="22"/>
        </w:rPr>
        <w:t>D. He has two new friends.</w:t>
      </w:r>
    </w:p>
    <w:p/>
    <w:p>
      <w:r>
        <w:rPr>
          <w:b/>
          <w:sz w:val="24"/>
        </w:rPr>
        <w:t>Câu 20: Which sentence is NOT TRUE?</w:t>
      </w:r>
    </w:p>
    <w:p>
      <w:pPr>
        <w:pStyle w:val="ListParagraph"/>
      </w:pPr>
      <w:r>
        <w:rPr>
          <w:sz w:val="22"/>
        </w:rPr>
        <w:t>A. Jimmy has blonde hair.</w:t>
      </w:r>
    </w:p>
    <w:p>
      <w:pPr>
        <w:pStyle w:val="ListParagraph"/>
      </w:pPr>
      <w:r>
        <w:rPr>
          <w:sz w:val="22"/>
        </w:rPr>
        <w:t>B. Jimmy is sporty.</w:t>
      </w:r>
    </w:p>
    <w:p>
      <w:pPr>
        <w:pStyle w:val="ListParagraph"/>
      </w:pPr>
      <w:r>
        <w:rPr>
          <w:sz w:val="22"/>
        </w:rPr>
        <w:t>C. Jimmy is clever and creative.</w:t>
      </w:r>
    </w:p>
    <w:p>
      <w:pPr>
        <w:pStyle w:val="ListParagraph"/>
      </w:pPr>
      <w:r>
        <w:rPr>
          <w:sz w:val="22"/>
        </w:rPr>
        <w:t>D. Jimmy has blonde hair and blue eyes.</w:t>
      </w:r>
    </w:p>
    <w:p/>
    <w:p>
      <w:r>
        <w:rPr>
          <w:b/>
          <w:sz w:val="24"/>
        </w:rPr>
        <w:t>Câu 21: What is Nhung like?</w:t>
      </w:r>
    </w:p>
    <w:p>
      <w:pPr>
        <w:pStyle w:val="ListParagraph"/>
      </w:pPr>
      <w:r>
        <w:rPr>
          <w:sz w:val="22"/>
        </w:rPr>
        <w:t>A. She has blonde hair.</w:t>
      </w:r>
    </w:p>
    <w:p>
      <w:pPr>
        <w:pStyle w:val="ListParagraph"/>
      </w:pPr>
      <w:r>
        <w:rPr>
          <w:sz w:val="22"/>
        </w:rPr>
        <w:t>B. She is clever and creative.</w:t>
      </w:r>
    </w:p>
    <w:p>
      <w:pPr>
        <w:pStyle w:val="ListParagraph"/>
      </w:pPr>
      <w:r>
        <w:rPr>
          <w:sz w:val="22"/>
        </w:rPr>
        <w:t>C. She is kind.</w:t>
      </w:r>
    </w:p>
    <w:p>
      <w:pPr>
        <w:pStyle w:val="ListParagraph"/>
      </w:pPr>
      <w:r>
        <w:rPr>
          <w:sz w:val="22"/>
        </w:rPr>
        <w:t>D. She has curly black hair.</w:t>
      </w:r>
    </w:p>
    <w:p/>
    <w:p>
      <w:r>
        <w:rPr>
          <w:b/>
          <w:sz w:val="24"/>
        </w:rPr>
        <w:t>Câu 22: Who is taking photos?</w:t>
      </w:r>
    </w:p>
    <w:p>
      <w:pPr>
        <w:pStyle w:val="ListParagraph"/>
      </w:pPr>
      <w:r>
        <w:rPr>
          <w:sz w:val="22"/>
        </w:rPr>
        <w:t>A. Phong</w:t>
      </w:r>
    </w:p>
    <w:p>
      <w:pPr>
        <w:pStyle w:val="ListParagraph"/>
      </w:pPr>
      <w:r>
        <w:rPr>
          <w:sz w:val="22"/>
        </w:rPr>
        <w:t>B. Jimmy</w:t>
      </w:r>
    </w:p>
    <w:p>
      <w:pPr>
        <w:pStyle w:val="ListParagraph"/>
      </w:pPr>
      <w:r>
        <w:rPr>
          <w:sz w:val="22"/>
        </w:rPr>
        <w:t>C. Nhung</w:t>
      </w:r>
    </w:p>
    <w:p>
      <w:pPr>
        <w:pStyle w:val="ListParagraph"/>
      </w:pPr>
      <w:r>
        <w:rPr>
          <w:sz w:val="22"/>
        </w:rPr>
        <w:t>D. Phong and Nhung</w:t>
      </w:r>
    </w:p>
    <w:p/>
    <w:p>
      <w:r>
        <w:rPr>
          <w:b/>
          <w:sz w:val="24"/>
        </w:rPr>
        <w:t>Câu 23: What is Phong good at?</w:t>
      </w:r>
    </w:p>
    <w:p>
      <w:pPr>
        <w:pStyle w:val="ListParagraph"/>
      </w:pPr>
      <w:r>
        <w:rPr>
          <w:sz w:val="22"/>
        </w:rPr>
        <w:t>A. Taking photos</w:t>
      </w:r>
    </w:p>
    <w:p>
      <w:pPr>
        <w:pStyle w:val="ListParagraph"/>
      </w:pPr>
      <w:r>
        <w:rPr>
          <w:sz w:val="22"/>
        </w:rPr>
        <w:t>B. Playing the violin</w:t>
      </w:r>
    </w:p>
    <w:p>
      <w:pPr>
        <w:pStyle w:val="ListParagraph"/>
      </w:pPr>
      <w:r>
        <w:rPr>
          <w:sz w:val="22"/>
        </w:rPr>
        <w:t>C. Reading comic books</w:t>
      </w:r>
    </w:p>
    <w:p>
      <w:pPr>
        <w:pStyle w:val="ListParagraph"/>
      </w:pPr>
      <w:r>
        <w:rPr>
          <w:sz w:val="22"/>
        </w:rPr>
        <w:t>D. Playing basketball</w:t>
      </w:r>
    </w:p>
    <w:p/>
    <w:p>
      <w:r>
        <w:rPr>
          <w:b/>
          <w:sz w:val="24"/>
        </w:rPr>
        <w:t>Câu 24: Tìm từ khác chủ đề hoặc khác loại (Odd one out): A. fridge B. dishwasher C. flat D. cupboard</w:t>
      </w:r>
    </w:p>
    <w:p>
      <w:pPr>
        <w:pStyle w:val="ListParagraph"/>
      </w:pPr>
      <w:r>
        <w:rPr>
          <w:sz w:val="22"/>
        </w:rPr>
        <w:t>A. fridge</w:t>
      </w:r>
    </w:p>
    <w:p>
      <w:pPr>
        <w:pStyle w:val="ListParagraph"/>
      </w:pPr>
      <w:r>
        <w:rPr>
          <w:sz w:val="22"/>
        </w:rPr>
        <w:t>B. dishwasher</w:t>
      </w:r>
    </w:p>
    <w:p>
      <w:pPr>
        <w:pStyle w:val="ListParagraph"/>
      </w:pPr>
      <w:r>
        <w:rPr>
          <w:sz w:val="22"/>
        </w:rPr>
        <w:t>C. flat</w:t>
      </w:r>
    </w:p>
    <w:p>
      <w:pPr>
        <w:pStyle w:val="ListParagraph"/>
      </w:pPr>
      <w:r>
        <w:rPr>
          <w:sz w:val="22"/>
        </w:rPr>
        <w:t>D. cupboard</w:t>
      </w:r>
    </w:p>
    <w:p/>
    <w:p>
      <w:r>
        <w:rPr>
          <w:b/>
          <w:sz w:val="24"/>
        </w:rPr>
        <w:t>Câu 25: Tìm từ khác chủ đề hoặc khác loại (Odd one out): A. uniform B. lesson C. clever D. homework</w:t>
      </w:r>
    </w:p>
    <w:p>
      <w:pPr>
        <w:pStyle w:val="ListParagraph"/>
      </w:pPr>
      <w:r>
        <w:rPr>
          <w:sz w:val="22"/>
        </w:rPr>
        <w:t>A. uniform</w:t>
      </w:r>
    </w:p>
    <w:p>
      <w:pPr>
        <w:pStyle w:val="ListParagraph"/>
      </w:pPr>
      <w:r>
        <w:rPr>
          <w:sz w:val="22"/>
        </w:rPr>
        <w:t>B. lesson</w:t>
      </w:r>
    </w:p>
    <w:p>
      <w:pPr>
        <w:pStyle w:val="ListParagraph"/>
      </w:pPr>
      <w:r>
        <w:rPr>
          <w:sz w:val="22"/>
        </w:rPr>
        <w:t>C. clever</w:t>
      </w:r>
    </w:p>
    <w:p>
      <w:pPr>
        <w:pStyle w:val="ListParagraph"/>
      </w:pPr>
      <w:r>
        <w:rPr>
          <w:sz w:val="22"/>
        </w:rPr>
        <w:t>D. homework</w:t>
      </w:r>
    </w:p>
    <w:p/>
    <w:p>
      <w:r>
        <w:rPr>
          <w:b/>
          <w:sz w:val="24"/>
        </w:rPr>
        <w:t>Câu 26: Tìm từ khác chủ đề hoặc khác loại (Odd one out): A. calculator B. magazine C. pencil case D. rubber</w:t>
      </w:r>
    </w:p>
    <w:p>
      <w:pPr>
        <w:pStyle w:val="ListParagraph"/>
      </w:pPr>
      <w:r>
        <w:rPr>
          <w:sz w:val="22"/>
        </w:rPr>
        <w:t>A. calculator</w:t>
      </w:r>
    </w:p>
    <w:p>
      <w:pPr>
        <w:pStyle w:val="ListParagraph"/>
      </w:pPr>
      <w:r>
        <w:rPr>
          <w:sz w:val="22"/>
        </w:rPr>
        <w:t>B. magazine</w:t>
      </w:r>
    </w:p>
    <w:p>
      <w:pPr>
        <w:pStyle w:val="ListParagraph"/>
      </w:pPr>
      <w:r>
        <w:rPr>
          <w:sz w:val="22"/>
        </w:rPr>
        <w:t>C. pencil case</w:t>
      </w:r>
    </w:p>
    <w:p>
      <w:pPr>
        <w:pStyle w:val="ListParagraph"/>
      </w:pPr>
      <w:r>
        <w:rPr>
          <w:sz w:val="22"/>
        </w:rPr>
        <w:t>D. rubber</w:t>
      </w:r>
    </w:p>
    <w:p/>
    <w:p>
      <w:r>
        <w:rPr>
          <w:b/>
          <w:sz w:val="24"/>
        </w:rPr>
        <w:t>Câu 27: Tìm từ khác chủ đề hoặc khác loại (Odd one out): A. bathroom B. careful C. smart D. creative</w:t>
      </w:r>
    </w:p>
    <w:p>
      <w:pPr>
        <w:pStyle w:val="ListParagraph"/>
      </w:pPr>
      <w:r>
        <w:rPr>
          <w:sz w:val="22"/>
        </w:rPr>
        <w:t>A. bathroom</w:t>
      </w:r>
    </w:p>
    <w:p>
      <w:pPr>
        <w:pStyle w:val="ListParagraph"/>
      </w:pPr>
      <w:r>
        <w:rPr>
          <w:sz w:val="22"/>
        </w:rPr>
        <w:t>B. careful</w:t>
      </w:r>
    </w:p>
    <w:p>
      <w:pPr>
        <w:pStyle w:val="ListParagraph"/>
      </w:pPr>
      <w:r>
        <w:rPr>
          <w:sz w:val="22"/>
        </w:rPr>
        <w:t>C. smart</w:t>
      </w:r>
    </w:p>
    <w:p>
      <w:pPr>
        <w:pStyle w:val="ListParagraph"/>
      </w:pPr>
      <w:r>
        <w:rPr>
          <w:sz w:val="22"/>
        </w:rPr>
        <w:t>D. creative</w:t>
      </w:r>
    </w:p>
    <w:p/>
    <w:p>
      <w:r>
        <w:rPr>
          <w:b/>
          <w:sz w:val="24"/>
        </w:rPr>
        <w:t>Câu 28: Phát âm (Pronunciation): A. computer B. subject C. funny D. study</w:t>
      </w:r>
    </w:p>
    <w:p>
      <w:pPr>
        <w:pStyle w:val="ListParagraph"/>
      </w:pPr>
      <w:r>
        <w:rPr>
          <w:sz w:val="22"/>
        </w:rPr>
        <w:t>A. computer</w:t>
      </w:r>
    </w:p>
    <w:p>
      <w:pPr>
        <w:pStyle w:val="ListParagraph"/>
      </w:pPr>
      <w:r>
        <w:rPr>
          <w:sz w:val="22"/>
        </w:rPr>
        <w:t>B. subject</w:t>
      </w:r>
    </w:p>
    <w:p>
      <w:pPr>
        <w:pStyle w:val="ListParagraph"/>
      </w:pPr>
      <w:r>
        <w:rPr>
          <w:sz w:val="22"/>
        </w:rPr>
        <w:t>C. funny</w:t>
      </w:r>
    </w:p>
    <w:p>
      <w:pPr>
        <w:pStyle w:val="ListParagraph"/>
      </w:pPr>
      <w:r>
        <w:rPr>
          <w:sz w:val="22"/>
        </w:rPr>
        <w:t>D. study</w:t>
      </w:r>
    </w:p>
    <w:p/>
    <w:p>
      <w:r>
        <w:rPr>
          <w:b/>
          <w:sz w:val="24"/>
        </w:rPr>
        <w:t>Câu 29: Phát âm (Pronunciation): A. compass B. brother C. cousin D. photo</w:t>
      </w:r>
    </w:p>
    <w:p>
      <w:pPr>
        <w:pStyle w:val="ListParagraph"/>
      </w:pPr>
      <w:r>
        <w:rPr>
          <w:sz w:val="22"/>
        </w:rPr>
        <w:t>A. compass</w:t>
      </w:r>
    </w:p>
    <w:p>
      <w:pPr>
        <w:pStyle w:val="ListParagraph"/>
      </w:pPr>
      <w:r>
        <w:rPr>
          <w:sz w:val="22"/>
        </w:rPr>
        <w:t>B. brother</w:t>
      </w:r>
    </w:p>
    <w:p>
      <w:pPr>
        <w:pStyle w:val="ListParagraph"/>
      </w:pPr>
      <w:r>
        <w:rPr>
          <w:sz w:val="22"/>
        </w:rPr>
        <w:t>C. cousin</w:t>
      </w:r>
    </w:p>
    <w:p>
      <w:pPr>
        <w:pStyle w:val="ListParagraph"/>
      </w:pPr>
      <w:r>
        <w:rPr>
          <w:sz w:val="22"/>
        </w:rPr>
        <w:t>D. photo</w:t>
      </w:r>
    </w:p>
    <w:p/>
    <w:p>
      <w:r>
        <w:rPr>
          <w:b/>
          <w:sz w:val="24"/>
        </w:rPr>
        <w:t>Câu 30: Trọng âm (Word Stress): A. crazy B. cupboard C. subject D. superb</w:t>
      </w:r>
    </w:p>
    <w:p>
      <w:pPr>
        <w:pStyle w:val="ListParagraph"/>
      </w:pPr>
      <w:r>
        <w:rPr>
          <w:sz w:val="22"/>
        </w:rPr>
        <w:t>A. crazy</w:t>
      </w:r>
    </w:p>
    <w:p>
      <w:pPr>
        <w:pStyle w:val="ListParagraph"/>
      </w:pPr>
      <w:r>
        <w:rPr>
          <w:sz w:val="22"/>
        </w:rPr>
        <w:t>B. cupboard</w:t>
      </w:r>
    </w:p>
    <w:p>
      <w:pPr>
        <w:pStyle w:val="ListParagraph"/>
      </w:pPr>
      <w:r>
        <w:rPr>
          <w:sz w:val="22"/>
        </w:rPr>
        <w:t>C. subject</w:t>
      </w:r>
    </w:p>
    <w:p>
      <w:pPr>
        <w:pStyle w:val="ListParagraph"/>
      </w:pPr>
      <w:r>
        <w:rPr>
          <w:sz w:val="22"/>
        </w:rPr>
        <w:t>D. superb</w:t>
      </w:r>
    </w:p>
    <w:p/>
    <w:p>
      <w:r>
        <w:rPr>
          <w:b/>
          <w:sz w:val="24"/>
        </w:rPr>
        <w:t>Câu 31: Trọng âm (Word Stress): A. uniform B. exercise C. creative D. confident</w:t>
      </w:r>
    </w:p>
    <w:p>
      <w:pPr>
        <w:pStyle w:val="ListParagraph"/>
      </w:pPr>
      <w:r>
        <w:rPr>
          <w:sz w:val="22"/>
        </w:rPr>
        <w:t>A. uniform</w:t>
      </w:r>
    </w:p>
    <w:p>
      <w:pPr>
        <w:pStyle w:val="ListParagraph"/>
      </w:pPr>
      <w:r>
        <w:rPr>
          <w:sz w:val="22"/>
        </w:rPr>
        <w:t>B. exercise</w:t>
      </w:r>
    </w:p>
    <w:p>
      <w:pPr>
        <w:pStyle w:val="ListParagraph"/>
      </w:pPr>
      <w:r>
        <w:rPr>
          <w:sz w:val="22"/>
        </w:rPr>
        <w:t>C. creative</w:t>
      </w:r>
    </w:p>
    <w:p>
      <w:pPr>
        <w:pStyle w:val="ListParagraph"/>
      </w:pPr>
      <w:r>
        <w:rPr>
          <w:sz w:val="22"/>
        </w:rPr>
        <w:t>D. confident</w:t>
      </w:r>
    </w:p>
    <w:p/>
    <w:p>
      <w:r>
        <w:rPr>
          <w:b/>
          <w:sz w:val="24"/>
        </w:rPr>
        <w:t>Câu 32: My sister always does her homework before class. She's very ___________.</w:t>
      </w:r>
    </w:p>
    <w:p>
      <w:pPr>
        <w:pStyle w:val="ListParagraph"/>
      </w:pPr>
      <w:r>
        <w:rPr>
          <w:sz w:val="22"/>
        </w:rPr>
        <w:t>A. confident</w:t>
      </w:r>
    </w:p>
    <w:p>
      <w:pPr>
        <w:pStyle w:val="ListParagraph"/>
      </w:pPr>
      <w:r>
        <w:rPr>
          <w:sz w:val="22"/>
        </w:rPr>
        <w:t>B. hard-working</w:t>
      </w:r>
    </w:p>
    <w:p>
      <w:pPr>
        <w:pStyle w:val="ListParagraph"/>
      </w:pPr>
      <w:r>
        <w:rPr>
          <w:sz w:val="22"/>
        </w:rPr>
        <w:t>C. talkative</w:t>
      </w:r>
    </w:p>
    <w:p>
      <w:pPr>
        <w:pStyle w:val="ListParagraph"/>
      </w:pPr>
      <w:r>
        <w:rPr>
          <w:sz w:val="22"/>
        </w:rPr>
        <w:t>D. shy</w:t>
      </w:r>
    </w:p>
    <w:p/>
    <w:p>
      <w:r>
        <w:rPr>
          <w:b/>
          <w:sz w:val="24"/>
        </w:rPr>
        <w:t>Câu 33: Nick is very ___________. He makes everyone laugh!</w:t>
      </w:r>
    </w:p>
    <w:p>
      <w:pPr>
        <w:pStyle w:val="ListParagraph"/>
      </w:pPr>
      <w:r>
        <w:rPr>
          <w:sz w:val="22"/>
        </w:rPr>
        <w:t>A. funny</w:t>
      </w:r>
    </w:p>
    <w:p>
      <w:pPr>
        <w:pStyle w:val="ListParagraph"/>
      </w:pPr>
      <w:r>
        <w:rPr>
          <w:sz w:val="22"/>
        </w:rPr>
        <w:t>B. hard-working</w:t>
      </w:r>
    </w:p>
    <w:p>
      <w:pPr>
        <w:pStyle w:val="ListParagraph"/>
      </w:pPr>
      <w:r>
        <w:rPr>
          <w:sz w:val="22"/>
        </w:rPr>
        <w:t>C. confident</w:t>
      </w:r>
    </w:p>
    <w:p>
      <w:pPr>
        <w:pStyle w:val="ListParagraph"/>
      </w:pPr>
      <w:r>
        <w:rPr>
          <w:sz w:val="22"/>
        </w:rPr>
        <w:t>D. shy</w:t>
      </w:r>
    </w:p>
    <w:p/>
    <w:p>
      <w:r>
        <w:rPr>
          <w:b/>
          <w:sz w:val="24"/>
        </w:rPr>
        <w:t>Câu 34: We often use bowls and ___________ at mealtimes.</w:t>
      </w:r>
    </w:p>
    <w:p>
      <w:pPr>
        <w:pStyle w:val="ListParagraph"/>
      </w:pPr>
      <w:r>
        <w:rPr>
          <w:sz w:val="22"/>
        </w:rPr>
        <w:t>A. dishwasher</w:t>
      </w:r>
    </w:p>
    <w:p>
      <w:pPr>
        <w:pStyle w:val="ListParagraph"/>
      </w:pPr>
      <w:r>
        <w:rPr>
          <w:sz w:val="22"/>
        </w:rPr>
        <w:t>B. chopsticks</w:t>
      </w:r>
    </w:p>
    <w:p>
      <w:pPr>
        <w:pStyle w:val="ListParagraph"/>
      </w:pPr>
      <w:r>
        <w:rPr>
          <w:sz w:val="22"/>
        </w:rPr>
        <w:t>C. microwave</w:t>
      </w:r>
    </w:p>
    <w:p>
      <w:pPr>
        <w:pStyle w:val="ListParagraph"/>
      </w:pPr>
      <w:r>
        <w:rPr>
          <w:sz w:val="22"/>
        </w:rPr>
        <w:t>D. cookers</w:t>
      </w:r>
    </w:p>
    <w:p/>
    <w:p>
      <w:r>
        <w:rPr>
          <w:b/>
          <w:sz w:val="24"/>
        </w:rPr>
        <w:t>Câu 35: Be quiet! My younger sister ___________ upstairs.</w:t>
      </w:r>
    </w:p>
    <w:p>
      <w:pPr>
        <w:pStyle w:val="ListParagraph"/>
      </w:pPr>
      <w:r>
        <w:rPr>
          <w:sz w:val="22"/>
        </w:rPr>
        <w:t>A. is sleeping</w:t>
      </w:r>
    </w:p>
    <w:p>
      <w:pPr>
        <w:pStyle w:val="ListParagraph"/>
      </w:pPr>
      <w:r>
        <w:rPr>
          <w:sz w:val="22"/>
        </w:rPr>
        <w:t>B. sleeps</w:t>
      </w:r>
    </w:p>
    <w:p>
      <w:pPr>
        <w:pStyle w:val="ListParagraph"/>
      </w:pPr>
      <w:r>
        <w:rPr>
          <w:sz w:val="22"/>
        </w:rPr>
        <w:t>C. sleep</w:t>
      </w:r>
    </w:p>
    <w:p>
      <w:pPr>
        <w:pStyle w:val="ListParagraph"/>
      </w:pPr>
      <w:r>
        <w:rPr>
          <w:sz w:val="22"/>
        </w:rPr>
        <w:t>D. are sleeping</w:t>
      </w:r>
    </w:p>
    <w:p/>
    <w:p>
      <w:r>
        <w:rPr>
          <w:b/>
          <w:sz w:val="24"/>
        </w:rPr>
        <w:t>Câu 36: Tom ___________ to work right now?</w:t>
      </w:r>
    </w:p>
    <w:p>
      <w:pPr>
        <w:pStyle w:val="ListParagraph"/>
      </w:pPr>
      <w:r>
        <w:rPr>
          <w:sz w:val="22"/>
        </w:rPr>
        <w:t>A. Does-drive</w:t>
      </w:r>
    </w:p>
    <w:p>
      <w:pPr>
        <w:pStyle w:val="ListParagraph"/>
      </w:pPr>
      <w:r>
        <w:rPr>
          <w:sz w:val="22"/>
        </w:rPr>
        <w:t>B. Does-driving</w:t>
      </w:r>
    </w:p>
    <w:p>
      <w:pPr>
        <w:pStyle w:val="ListParagraph"/>
      </w:pPr>
      <w:r>
        <w:rPr>
          <w:sz w:val="22"/>
        </w:rPr>
        <w:t>C. Is-drive</w:t>
      </w:r>
    </w:p>
    <w:p>
      <w:pPr>
        <w:pStyle w:val="ListParagraph"/>
      </w:pPr>
      <w:r>
        <w:rPr>
          <w:sz w:val="22"/>
        </w:rPr>
        <w:t>D. Is-driving</w:t>
      </w:r>
    </w:p>
    <w:p/>
    <w:p>
      <w:r>
        <w:rPr>
          <w:b/>
          <w:sz w:val="24"/>
        </w:rPr>
        <w:t>Câu 37: Nick: Please pass me the biscuits. – Phong: __________.</w:t>
      </w:r>
    </w:p>
    <w:p>
      <w:pPr>
        <w:pStyle w:val="ListParagraph"/>
      </w:pPr>
      <w:r>
        <w:rPr>
          <w:sz w:val="22"/>
        </w:rPr>
        <w:t>A. No, thanks.</w:t>
      </w:r>
    </w:p>
    <w:p>
      <w:pPr>
        <w:pStyle w:val="ListParagraph"/>
      </w:pPr>
      <w:r>
        <w:rPr>
          <w:sz w:val="22"/>
        </w:rPr>
        <w:t>B. Sure, here you are.</w:t>
      </w:r>
    </w:p>
    <w:p>
      <w:pPr>
        <w:pStyle w:val="ListParagraph"/>
      </w:pPr>
      <w:r>
        <w:rPr>
          <w:sz w:val="22"/>
        </w:rPr>
        <w:t>C. Great.</w:t>
      </w:r>
    </w:p>
    <w:p>
      <w:pPr>
        <w:pStyle w:val="ListParagraph"/>
      </w:pPr>
      <w:r>
        <w:rPr>
          <w:sz w:val="22"/>
        </w:rPr>
        <w:t>D. Good job.</w:t>
      </w:r>
    </w:p>
    <w:p/>
    <w:p>
      <w:r>
        <w:rPr>
          <w:b/>
          <w:sz w:val="24"/>
        </w:rPr>
        <w:t>Câu 38: There are about 20 classrooms in my new school. → My new school has about 20 classrooms.</w:t>
      </w:r>
    </w:p>
    <w:p/>
    <w:p>
      <w:r>
        <w:rPr>
          <w:b/>
          <w:sz w:val="24"/>
        </w:rPr>
        <w:t>Câu 39: The board is behind the teacher's desk. → The teacher's desk is in front of the board.</w:t>
      </w:r>
    </w:p>
    <w:p/>
    <w:p>
      <w:r>
        <w:rPr>
          <w:b/>
          <w:sz w:val="24"/>
        </w:rPr>
        <w:t>Câu 40: How about having a picnic at the park this weekend? → Let's have a picnic at the park this weekend.</w:t>
      </w:r>
    </w:p>
    <w:p/>
    <w:p>
      <w:r>
        <w:rPr>
          <w:b/>
          <w:sz w:val="24"/>
        </w:rPr>
        <w:t>Câu 41: The dog is in front of the doghouse. → The doghouse is behind the dog.</w:t>
      </w:r>
    </w:p>
    <w:p/>
    <w:p>
      <w:r>
        <w:rPr>
          <w:b/>
          <w:sz w:val="24"/>
        </w:rPr>
        <w:t>Câu 42: He goes to the park near his house on foot. → He walks to the park near his house.</w:t>
      </w:r>
    </w:p>
    <w:p/>
    <w:p>
      <w:r>
        <w:rPr>
          <w:b/>
          <w:sz w:val="24"/>
        </w:rPr>
        <w:t>Câu 43: Elena has a big bookshelf in her bedroom. → There is a big bookshelf in Elena's bedroom.</w:t>
      </w:r>
    </w:p>
    <w:p/>
    <w:p>
      <w:r>
        <w:rPr>
          <w:b/>
          <w:sz w:val="24"/>
        </w:rPr>
        <w:t>Câu 44: Write an email about your best friend (Questions 37-40).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p>
      <w:r>
        <w:rPr>
          <w:b/>
        </w:rPr>
        <w:t>Câu 40: Đáp án đúng: None</w:t>
      </w:r>
    </w:p>
    <w:p>
      <w:r>
        <w:rPr>
          <w:b/>
        </w:rPr>
        <w:t>Câu 41: Đáp án đúng: None</w:t>
      </w:r>
    </w:p>
    <w:p>
      <w:r>
        <w:rPr>
          <w:b/>
        </w:rPr>
        <w:t>Câu 42: Đáp án đúng: None</w:t>
      </w:r>
    </w:p>
    <w:p>
      <w:r>
        <w:rPr>
          <w:b/>
        </w:rPr>
        <w:t>Câu 43: Đáp án đúng: None</w:t>
      </w:r>
    </w:p>
    <w:p>
      <w:r>
        <w:rPr>
          <w:b/>
        </w:rPr>
        <w:t>Câu 44: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