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Hóa học - hoá 11 trắc nghiệm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Công thức phân tử chung của ankan là</w:t>
      </w:r>
    </w:p>
    <w:p>
      <w:pPr>
        <w:pStyle w:val="ListParagraph"/>
      </w:pPr>
      <w:r>
        <w:rPr>
          <w:sz w:val="22"/>
        </w:rPr>
        <w:t>A. $C_nH_{2n+2}$ ($n \geq 1$)</w:t>
      </w:r>
    </w:p>
    <w:p>
      <w:pPr>
        <w:pStyle w:val="ListParagraph"/>
      </w:pPr>
      <w:r>
        <w:rPr>
          <w:sz w:val="22"/>
        </w:rPr>
        <w:t>B. $C_nH_{2n}$ ($n \geq 2$)</w:t>
      </w:r>
    </w:p>
    <w:p>
      <w:pPr>
        <w:pStyle w:val="ListParagraph"/>
      </w:pPr>
      <w:r>
        <w:rPr>
          <w:sz w:val="22"/>
        </w:rPr>
        <w:t>C. $C_nH_{2n-2}$ ($n \geq 2$)</w:t>
      </w:r>
    </w:p>
    <w:p>
      <w:pPr>
        <w:pStyle w:val="ListParagraph"/>
      </w:pPr>
      <w:r>
        <w:rPr>
          <w:sz w:val="22"/>
        </w:rPr>
        <w:t>D. $C_nH_{2n-6}$ ($n \geq 6$)</w:t>
      </w:r>
    </w:p>
    <w:p/>
    <w:p>
      <w:r>
        <w:rPr>
          <w:b/>
          <w:sz w:val="24"/>
        </w:rPr>
        <w:t>Câu 2: Chất nào sau đây là đồng đẳng của metan?</w:t>
      </w:r>
    </w:p>
    <w:p>
      <w:pPr>
        <w:pStyle w:val="ListParagraph"/>
      </w:pPr>
      <w:r>
        <w:rPr>
          <w:sz w:val="22"/>
        </w:rPr>
        <w:t>A. $C_2H_4$</w:t>
      </w:r>
    </w:p>
    <w:p>
      <w:pPr>
        <w:pStyle w:val="ListParagraph"/>
      </w:pPr>
      <w:r>
        <w:rPr>
          <w:sz w:val="22"/>
        </w:rPr>
        <w:t>B. $C_2H_6$</w:t>
      </w:r>
    </w:p>
    <w:p>
      <w:pPr>
        <w:pStyle w:val="ListParagraph"/>
      </w:pPr>
      <w:r>
        <w:rPr>
          <w:sz w:val="22"/>
        </w:rPr>
        <w:t>C. $C_2H_2$</w:t>
      </w:r>
    </w:p>
    <w:p>
      <w:pPr>
        <w:pStyle w:val="ListParagraph"/>
      </w:pPr>
      <w:r>
        <w:rPr>
          <w:sz w:val="22"/>
        </w:rPr>
        <w:t>D. $C_6H_6$</w:t>
      </w:r>
    </w:p>
    <w:p/>
    <w:p>
      <w:r>
        <w:rPr>
          <w:b/>
          <w:sz w:val="24"/>
        </w:rPr>
        <w:t>Câu 3: Trong phân tử ankan, các nguyên tử cacbon liên kết với nhau bằng loại liên kết nào?</w:t>
      </w:r>
    </w:p>
    <w:p>
      <w:pPr>
        <w:pStyle w:val="ListParagraph"/>
      </w:pPr>
      <w:r>
        <w:rPr>
          <w:sz w:val="22"/>
        </w:rPr>
        <w:t>A. Liên kết đôi</w:t>
      </w:r>
    </w:p>
    <w:p>
      <w:pPr>
        <w:pStyle w:val="ListParagraph"/>
      </w:pPr>
      <w:r>
        <w:rPr>
          <w:sz w:val="22"/>
        </w:rPr>
        <w:t>B. Liên kết ba</w:t>
      </w:r>
    </w:p>
    <w:p>
      <w:pPr>
        <w:pStyle w:val="ListParagraph"/>
      </w:pPr>
      <w:r>
        <w:rPr>
          <w:sz w:val="22"/>
        </w:rPr>
        <w:t>C. Liên kết đơn</w:t>
      </w:r>
    </w:p>
    <w:p>
      <w:pPr>
        <w:pStyle w:val="ListParagraph"/>
      </w:pPr>
      <w:r>
        <w:rPr>
          <w:sz w:val="22"/>
        </w:rPr>
        <w:t>D. Liên kết ion</w:t>
      </w:r>
    </w:p>
    <w:p/>
    <w:p>
      <w:r>
        <w:rPr>
          <w:b/>
          <w:sz w:val="24"/>
        </w:rPr>
        <w:t>Câu 4: Số đồng phân cấu tạo của ankan có công thức phân tử $C_4H_{10}$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5: Tên gọi của hợp chất $CH_3-CH(CH_3)-CH_2-CH_3$ là</w:t>
      </w:r>
    </w:p>
    <w:p>
      <w:pPr>
        <w:pStyle w:val="ListParagraph"/>
      </w:pPr>
      <w:r>
        <w:rPr>
          <w:sz w:val="22"/>
        </w:rPr>
        <w:t>A. 2-metylbutan</w:t>
      </w:r>
    </w:p>
    <w:p>
      <w:pPr>
        <w:pStyle w:val="ListParagraph"/>
      </w:pPr>
      <w:r>
        <w:rPr>
          <w:sz w:val="22"/>
        </w:rPr>
        <w:t>B. 3-metylbutan</w:t>
      </w:r>
    </w:p>
    <w:p>
      <w:pPr>
        <w:pStyle w:val="ListParagraph"/>
      </w:pPr>
      <w:r>
        <w:rPr>
          <w:sz w:val="22"/>
        </w:rPr>
        <w:t>C. pentan</w:t>
      </w:r>
    </w:p>
    <w:p>
      <w:pPr>
        <w:pStyle w:val="ListParagraph"/>
      </w:pPr>
      <w:r>
        <w:rPr>
          <w:sz w:val="22"/>
        </w:rPr>
        <w:t>D. 2-metylpropan</w:t>
      </w:r>
    </w:p>
    <w:p/>
    <w:p>
      <w:r>
        <w:rPr>
          <w:b/>
          <w:sz w:val="24"/>
        </w:rPr>
        <w:t>Câu 6: Phản ứng đặc trưng của ankan là</w:t>
      </w:r>
    </w:p>
    <w:p>
      <w:pPr>
        <w:pStyle w:val="ListParagraph"/>
      </w:pPr>
      <w:r>
        <w:rPr>
          <w:sz w:val="22"/>
        </w:rPr>
        <w:t>A. Phản ứng cộng</w:t>
      </w:r>
    </w:p>
    <w:p>
      <w:pPr>
        <w:pStyle w:val="ListParagraph"/>
      </w:pPr>
      <w:r>
        <w:rPr>
          <w:sz w:val="22"/>
        </w:rPr>
        <w:t>B. Phản ứng thế</w:t>
      </w:r>
    </w:p>
    <w:p>
      <w:pPr>
        <w:pStyle w:val="ListParagraph"/>
      </w:pPr>
      <w:r>
        <w:rPr>
          <w:sz w:val="22"/>
        </w:rPr>
        <w:t>C. Phản ứng trùng hợp</w:t>
      </w:r>
    </w:p>
    <w:p>
      <w:pPr>
        <w:pStyle w:val="ListParagraph"/>
      </w:pPr>
      <w:r>
        <w:rPr>
          <w:sz w:val="22"/>
        </w:rPr>
        <w:t>D. Phản ứng tách</w:t>
      </w:r>
    </w:p>
    <w:p/>
    <w:p>
      <w:r>
        <w:rPr>
          <w:b/>
          <w:sz w:val="24"/>
        </w:rPr>
        <w:t>Câu 7: Khi clo hóa metan (tỉ lệ mol 1:1, có ánh sáng), sản phẩm hữu cơ thu được là</w:t>
      </w:r>
    </w:p>
    <w:p>
      <w:pPr>
        <w:pStyle w:val="ListParagraph"/>
      </w:pPr>
      <w:r>
        <w:rPr>
          <w:sz w:val="22"/>
        </w:rPr>
        <w:t>A. $CH_2Cl_2$</w:t>
      </w:r>
    </w:p>
    <w:p>
      <w:pPr>
        <w:pStyle w:val="ListParagraph"/>
      </w:pPr>
      <w:r>
        <w:rPr>
          <w:sz w:val="22"/>
        </w:rPr>
        <w:t>B. $CHCl_3$</w:t>
      </w:r>
    </w:p>
    <w:p>
      <w:pPr>
        <w:pStyle w:val="ListParagraph"/>
      </w:pPr>
      <w:r>
        <w:rPr>
          <w:sz w:val="22"/>
        </w:rPr>
        <w:t>C. $CH_3Cl$</w:t>
      </w:r>
    </w:p>
    <w:p>
      <w:pPr>
        <w:pStyle w:val="ListParagraph"/>
      </w:pPr>
      <w:r>
        <w:rPr>
          <w:sz w:val="22"/>
        </w:rPr>
        <w:t>D. $CCl_4$</w:t>
      </w:r>
    </w:p>
    <w:p/>
    <w:p>
      <w:r>
        <w:rPr>
          <w:b/>
          <w:sz w:val="24"/>
        </w:rPr>
        <w:t>Câu 8: Đốt cháy hoàn toàn một ankan thu được sản phẩm gồm</w:t>
      </w:r>
    </w:p>
    <w:p>
      <w:pPr>
        <w:pStyle w:val="ListParagraph"/>
      </w:pPr>
      <w:r>
        <w:rPr>
          <w:sz w:val="22"/>
        </w:rPr>
        <w:t>A. $CO_2$ và $H_2O$ với số mol $CO_2$ &gt; số mol $H_2O$</w:t>
      </w:r>
    </w:p>
    <w:p>
      <w:pPr>
        <w:pStyle w:val="ListParagraph"/>
      </w:pPr>
      <w:r>
        <w:rPr>
          <w:sz w:val="22"/>
        </w:rPr>
        <w:t>B. $CO_2$ và $H_2O$ với số mol $CO_2$ = số mol $H_2O$</w:t>
      </w:r>
    </w:p>
    <w:p>
      <w:pPr>
        <w:pStyle w:val="ListParagraph"/>
      </w:pPr>
      <w:r>
        <w:rPr>
          <w:sz w:val="22"/>
        </w:rPr>
        <w:t>C. $CO_2$ và $H_2O$ với số mol $CO_2$ &lt; số mol $H_2O$</w:t>
      </w:r>
    </w:p>
    <w:p>
      <w:pPr>
        <w:pStyle w:val="ListParagraph"/>
      </w:pPr>
      <w:r>
        <w:rPr>
          <w:sz w:val="22"/>
        </w:rPr>
        <w:t>D. chỉ có $CO_2$</w:t>
      </w:r>
    </w:p>
    <w:p/>
    <w:p>
      <w:r>
        <w:rPr>
          <w:b/>
          <w:sz w:val="24"/>
        </w:rPr>
        <w:t>Câu 9: Công thức phân tử của etilen là</w:t>
      </w:r>
    </w:p>
    <w:p>
      <w:pPr>
        <w:pStyle w:val="ListParagraph"/>
      </w:pPr>
      <w:r>
        <w:rPr>
          <w:sz w:val="22"/>
        </w:rPr>
        <w:t>A. $CH_4$</w:t>
      </w:r>
    </w:p>
    <w:p>
      <w:pPr>
        <w:pStyle w:val="ListParagraph"/>
      </w:pPr>
      <w:r>
        <w:rPr>
          <w:sz w:val="22"/>
        </w:rPr>
        <w:t>B. $C_2H_4$</w:t>
      </w:r>
    </w:p>
    <w:p>
      <w:pPr>
        <w:pStyle w:val="ListParagraph"/>
      </w:pPr>
      <w:r>
        <w:rPr>
          <w:sz w:val="22"/>
        </w:rPr>
        <w:t>C. $C_2H_6$</w:t>
      </w:r>
    </w:p>
    <w:p>
      <w:pPr>
        <w:pStyle w:val="ListParagraph"/>
      </w:pPr>
      <w:r>
        <w:rPr>
          <w:sz w:val="22"/>
        </w:rPr>
        <w:t>D. $C_2H_2$</w:t>
      </w:r>
    </w:p>
    <w:p/>
    <w:p>
      <w:r>
        <w:rPr>
          <w:b/>
          <w:sz w:val="24"/>
        </w:rPr>
        <w:t>Câu 10: Chất nào sau đây làm mất màu dung dịch brom?</w:t>
      </w:r>
    </w:p>
    <w:p>
      <w:pPr>
        <w:pStyle w:val="ListParagraph"/>
      </w:pPr>
      <w:r>
        <w:rPr>
          <w:sz w:val="22"/>
        </w:rPr>
        <w:t>A. Metan</w:t>
      </w:r>
    </w:p>
    <w:p>
      <w:pPr>
        <w:pStyle w:val="ListParagraph"/>
      </w:pPr>
      <w:r>
        <w:rPr>
          <w:sz w:val="22"/>
        </w:rPr>
        <w:t>B. Etan</w:t>
      </w:r>
    </w:p>
    <w:p>
      <w:pPr>
        <w:pStyle w:val="ListParagraph"/>
      </w:pPr>
      <w:r>
        <w:rPr>
          <w:sz w:val="22"/>
        </w:rPr>
        <w:t>C. Etilen</w:t>
      </w:r>
    </w:p>
    <w:p>
      <w:pPr>
        <w:pStyle w:val="ListParagraph"/>
      </w:pPr>
      <w:r>
        <w:rPr>
          <w:sz w:val="22"/>
        </w:rPr>
        <w:t>D. Propan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