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______ TV when I arrived.</w:t>
      </w:r>
    </w:p>
    <w:p>
      <w:pPr>
        <w:pStyle w:val="ListParagraph"/>
      </w:pPr>
      <w:r>
        <w:rPr>
          <w:sz w:val="22"/>
        </w:rPr>
        <w:t>A. watched</w:t>
      </w:r>
    </w:p>
    <w:p>
      <w:pPr>
        <w:pStyle w:val="ListParagraph"/>
      </w:pPr>
      <w:r>
        <w:rPr>
          <w:sz w:val="22"/>
        </w:rPr>
        <w:t>B. were watching</w:t>
      </w:r>
    </w:p>
    <w:p>
      <w:pPr>
        <w:pStyle w:val="ListParagraph"/>
      </w:pPr>
      <w:r>
        <w:rPr>
          <w:sz w:val="22"/>
        </w:rPr>
        <w:t>C. watch</w:t>
      </w:r>
    </w:p>
    <w:p>
      <w:pPr>
        <w:pStyle w:val="ListParagraph"/>
      </w:pPr>
      <w:r>
        <w:rPr>
          <w:sz w:val="22"/>
        </w:rPr>
        <w:t>D. have watched</w:t>
      </w:r>
    </w:p>
    <w:p/>
    <w:p>
      <w:r>
        <w:rPr>
          <w:b/>
          <w:sz w:val="24"/>
        </w:rPr>
        <w:t>Câu 3: If it ______ tomorrow, we will stay home.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is raining</w:t>
      </w:r>
    </w:p>
    <w:p/>
    <w:p>
      <w:r>
        <w:rPr>
          <w:b/>
          <w:sz w:val="24"/>
        </w:rPr>
        <w:t>Câu 4: I have lived here ______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from</w:t>
      </w:r>
    </w:p>
    <w:p/>
    <w:p>
      <w:r>
        <w:rPr>
          <w:b/>
          <w:sz w:val="24"/>
        </w:rPr>
        <w:t>Câu 5: He is interested ______ playing football.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6: This is the book ______ I told you about.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7: She is the girl ______ won the first prize.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which</w:t>
      </w:r>
    </w:p>
    <w:p>
      <w:pPr>
        <w:pStyle w:val="ListParagraph"/>
      </w:pPr>
      <w:r>
        <w:rPr>
          <w:sz w:val="22"/>
        </w:rPr>
        <w:t>C. whom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8: I wish I ______ taller.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will be</w:t>
      </w:r>
    </w:p>
    <w:p/>
    <w:p>
      <w:r>
        <w:rPr>
          <w:b/>
          <w:sz w:val="24"/>
        </w:rPr>
        <w:t>Câu 9: By the time we got there, the film ______.</w:t>
      </w:r>
    </w:p>
    <w:p>
      <w:pPr>
        <w:pStyle w:val="ListParagraph"/>
      </w:pPr>
      <w:r>
        <w:rPr>
          <w:sz w:val="22"/>
        </w:rPr>
        <w:t>A. started</w:t>
      </w:r>
    </w:p>
    <w:p>
      <w:pPr>
        <w:pStyle w:val="ListParagraph"/>
      </w:pPr>
      <w:r>
        <w:rPr>
          <w:sz w:val="22"/>
        </w:rPr>
        <w:t>B. had started</w:t>
      </w:r>
    </w:p>
    <w:p>
      <w:pPr>
        <w:pStyle w:val="ListParagraph"/>
      </w:pPr>
      <w:r>
        <w:rPr>
          <w:sz w:val="22"/>
        </w:rPr>
        <w:t>C. has started</w:t>
      </w:r>
    </w:p>
    <w:p>
      <w:pPr>
        <w:pStyle w:val="ListParagraph"/>
      </w:pPr>
      <w:r>
        <w:rPr>
          <w:sz w:val="22"/>
        </w:rPr>
        <w:t>D. starts</w:t>
      </w:r>
    </w:p>
    <w:p/>
    <w:p>
      <w:r>
        <w:rPr>
          <w:b/>
          <w:sz w:val="24"/>
        </w:rPr>
        <w:t>Câu 10: He asked me where I ______ from.</w:t>
      </w:r>
    </w:p>
    <w:p>
      <w:pPr>
        <w:pStyle w:val="ListParagraph"/>
      </w:pPr>
      <w:r>
        <w:rPr>
          <w:sz w:val="22"/>
        </w:rPr>
        <w:t>A. come</w:t>
      </w:r>
    </w:p>
    <w:p>
      <w:pPr>
        <w:pStyle w:val="ListParagraph"/>
      </w:pPr>
      <w:r>
        <w:rPr>
          <w:sz w:val="22"/>
        </w:rPr>
        <w:t>B. came</w:t>
      </w:r>
    </w:p>
    <w:p>
      <w:pPr>
        <w:pStyle w:val="ListParagraph"/>
      </w:pPr>
      <w:r>
        <w:rPr>
          <w:sz w:val="22"/>
        </w:rPr>
        <w:t>C. coming</w:t>
      </w:r>
    </w:p>
    <w:p>
      <w:pPr>
        <w:pStyle w:val="ListParagraph"/>
      </w:pPr>
      <w:r>
        <w:rPr>
          <w:sz w:val="22"/>
        </w:rPr>
        <w:t>D. to come</w:t>
      </w:r>
    </w:p>
    <w:p/>
    <w:p>
      <w:r>
        <w:rPr>
          <w:b/>
          <w:sz w:val="24"/>
        </w:rPr>
        <w:t>Câu 11: The teacher told us ______ noise.</w:t>
      </w:r>
    </w:p>
    <w:p>
      <w:pPr>
        <w:pStyle w:val="ListParagraph"/>
      </w:pPr>
      <w:r>
        <w:rPr>
          <w:sz w:val="22"/>
        </w:rPr>
        <w:t>A. not make</w:t>
      </w:r>
    </w:p>
    <w:p>
      <w:pPr>
        <w:pStyle w:val="ListParagraph"/>
      </w:pPr>
      <w:r>
        <w:rPr>
          <w:sz w:val="22"/>
        </w:rPr>
        <w:t>B. not to make</w:t>
      </w:r>
    </w:p>
    <w:p>
      <w:pPr>
        <w:pStyle w:val="ListParagraph"/>
      </w:pPr>
      <w:r>
        <w:rPr>
          <w:sz w:val="22"/>
        </w:rPr>
        <w:t>C. don't make</w:t>
      </w:r>
    </w:p>
    <w:p>
      <w:pPr>
        <w:pStyle w:val="ListParagraph"/>
      </w:pPr>
      <w:r>
        <w:rPr>
          <w:sz w:val="22"/>
        </w:rPr>
        <w:t>D. to not make</w:t>
      </w:r>
    </w:p>
    <w:p/>
    <w:p>
      <w:r>
        <w:rPr>
          <w:b/>
          <w:sz w:val="24"/>
        </w:rPr>
        <w:t>Câu 12: She is used to ______ up early.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getting</w:t>
      </w:r>
    </w:p>
    <w:p>
      <w:pPr>
        <w:pStyle w:val="ListParagraph"/>
      </w:pPr>
      <w:r>
        <w:rPr>
          <w:sz w:val="22"/>
        </w:rPr>
        <w:t>C. got</w:t>
      </w:r>
    </w:p>
    <w:p>
      <w:pPr>
        <w:pStyle w:val="ListParagraph"/>
      </w:pPr>
      <w:r>
        <w:rPr>
          <w:sz w:val="22"/>
        </w:rPr>
        <w:t>D. gets</w:t>
      </w:r>
    </w:p>
    <w:p/>
    <w:p>
      <w:r>
        <w:rPr>
          <w:b/>
          <w:sz w:val="24"/>
        </w:rPr>
        <w:t>Câu 13: I'd rather ______ coffee than tea.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drinking</w:t>
      </w:r>
    </w:p>
    <w:p>
      <w:pPr>
        <w:pStyle w:val="ListParagraph"/>
      </w:pPr>
      <w:r>
        <w:rPr>
          <w:sz w:val="22"/>
        </w:rPr>
        <w:t>C. to drink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14: It's high time we ______.</w:t>
      </w:r>
    </w:p>
    <w:p>
      <w:pPr>
        <w:pStyle w:val="ListParagraph"/>
      </w:pPr>
      <w:r>
        <w:rPr>
          <w:sz w:val="22"/>
        </w:rPr>
        <w:t>A. leave</w:t>
      </w:r>
    </w:p>
    <w:p>
      <w:pPr>
        <w:pStyle w:val="ListParagraph"/>
      </w:pPr>
      <w:r>
        <w:rPr>
          <w:sz w:val="22"/>
        </w:rPr>
        <w:t>B. left</w:t>
      </w:r>
    </w:p>
    <w:p>
      <w:pPr>
        <w:pStyle w:val="ListParagraph"/>
      </w:pPr>
      <w:r>
        <w:rPr>
          <w:sz w:val="22"/>
        </w:rPr>
        <w:t>C. will leave</w:t>
      </w:r>
    </w:p>
    <w:p>
      <w:pPr>
        <w:pStyle w:val="ListParagraph"/>
      </w:pPr>
      <w:r>
        <w:rPr>
          <w:sz w:val="22"/>
        </w:rPr>
        <w:t>D. leaving</w:t>
      </w:r>
    </w:p>
    <w:p/>
    <w:p>
      <w:r>
        <w:rPr>
          <w:b/>
          <w:sz w:val="24"/>
        </w:rPr>
        <w:t>Câu 15: He suggested ______ to the beach.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going</w:t>
      </w:r>
    </w:p>
    <w:p>
      <w:pPr>
        <w:pStyle w:val="ListParagraph"/>
      </w:pPr>
      <w:r>
        <w:rPr>
          <w:sz w:val="22"/>
        </w:rPr>
        <w:t>C. to go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16: Neither John nor his friends ______ present.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was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17: The number of students ______ increasing.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have been</w:t>
      </w:r>
    </w:p>
    <w:p/>
    <w:p>
      <w:r>
        <w:rPr>
          <w:b/>
          <w:sz w:val="24"/>
        </w:rPr>
        <w:t>Câu 18: She has been working here ______ five years.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during</w:t>
      </w:r>
    </w:p>
    <w:p/>
    <w:p>
      <w:r>
        <w:rPr>
          <w:b/>
          <w:sz w:val="24"/>
        </w:rPr>
        <w:t>Câu 19: I don't mind ______ the washing up.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to do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20: If I ______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