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3 - Bài trắc nghiệm Toán - Di sản văn hóa là một bộ phận quan trọng của</w:t>
      </w:r>
    </w:p>
    <w:p>
      <w:pPr>
        <w:jc w:val="center"/>
      </w:pPr>
      <w:r>
        <w:rPr>
          <w:sz w:val="22"/>
        </w:rPr>
        <w:t>Số câu: 31    Thời gian: _____ phút    Họ và tên: _________________________</w:t>
      </w:r>
    </w:p>
    <w:p/>
    <w:p>
      <w:r>
        <w:rPr>
          <w:b/>
          <w:sz w:val="24"/>
        </w:rPr>
        <w:t>Câu 1: Di sản văn hóa là một bộ phận quan trọng của</w:t>
      </w:r>
    </w:p>
    <w:p>
      <w:pPr>
        <w:pStyle w:val="ListParagraph"/>
      </w:pPr>
      <w:r>
        <w:rPr>
          <w:sz w:val="22"/>
        </w:rPr>
        <w:t>A. toán học</w:t>
      </w:r>
    </w:p>
    <w:p>
      <w:pPr>
        <w:pStyle w:val="ListParagraph"/>
      </w:pPr>
      <w:r>
        <w:rPr>
          <w:sz w:val="22"/>
        </w:rPr>
        <w:t>B. lịch sử</w:t>
      </w:r>
    </w:p>
    <w:p>
      <w:pPr>
        <w:pStyle w:val="ListParagraph"/>
      </w:pPr>
      <w:r>
        <w:rPr>
          <w:sz w:val="22"/>
        </w:rPr>
        <w:t>C. công nghệ</w:t>
      </w:r>
    </w:p>
    <w:p>
      <w:pPr>
        <w:pStyle w:val="ListParagraph"/>
      </w:pPr>
      <w:r>
        <w:rPr>
          <w:sz w:val="22"/>
        </w:rPr>
        <w:t>D. kĩ thuật</w:t>
      </w:r>
    </w:p>
    <w:p/>
    <w:p>
      <w:r>
        <w:rPr>
          <w:b/>
          <w:sz w:val="24"/>
        </w:rPr>
        <w:t>Câu 2: Di sản văn hoá là những sản phẩm tinh thần, vật chất, được lưu truyền từ thế hệ này sang thế hệ khác, có giá trị</w:t>
      </w:r>
    </w:p>
    <w:p>
      <w:pPr>
        <w:pStyle w:val="ListParagraph"/>
      </w:pPr>
      <w:r>
        <w:rPr>
          <w:sz w:val="22"/>
        </w:rPr>
        <w:t>A. lịch sử, văn hoá.</w:t>
      </w:r>
    </w:p>
    <w:p>
      <w:pPr>
        <w:pStyle w:val="ListParagraph"/>
      </w:pPr>
      <w:r>
        <w:rPr>
          <w:sz w:val="22"/>
        </w:rPr>
        <w:t>B. kinh tế, chính trị.</w:t>
      </w:r>
    </w:p>
    <w:p>
      <w:pPr>
        <w:pStyle w:val="ListParagraph"/>
      </w:pPr>
      <w:r>
        <w:rPr>
          <w:sz w:val="22"/>
        </w:rPr>
        <w:t>C. luật pháp, văn hoá.</w:t>
      </w:r>
    </w:p>
    <w:p>
      <w:pPr>
        <w:pStyle w:val="ListParagraph"/>
      </w:pPr>
      <w:r>
        <w:rPr>
          <w:sz w:val="22"/>
        </w:rPr>
        <w:t>D. khoa học, công nghệ.</w:t>
      </w:r>
    </w:p>
    <w:p/>
    <w:p>
      <w:r>
        <w:rPr>
          <w:b/>
          <w:sz w:val="24"/>
        </w:rPr>
        <w:t>Câu 3: Ngành khoa học nào sau đây góp phần quan trọng trong bảo tồn và phát huy những giá trị của di sản văn hóa phi vật thể?</w:t>
      </w:r>
    </w:p>
    <w:p>
      <w:pPr>
        <w:pStyle w:val="ListParagraph"/>
      </w:pPr>
      <w:r>
        <w:rPr>
          <w:sz w:val="22"/>
        </w:rPr>
        <w:t>A. Sinh vật học.</w:t>
      </w:r>
    </w:p>
    <w:p>
      <w:pPr>
        <w:pStyle w:val="ListParagraph"/>
      </w:pPr>
      <w:r>
        <w:rPr>
          <w:sz w:val="22"/>
        </w:rPr>
        <w:t>B. Sử học.</w:t>
      </w:r>
    </w:p>
    <w:p>
      <w:pPr>
        <w:pStyle w:val="ListParagraph"/>
      </w:pPr>
      <w:r>
        <w:rPr>
          <w:sz w:val="22"/>
        </w:rPr>
        <w:t>C. Y học.</w:t>
      </w:r>
    </w:p>
    <w:p>
      <w:pPr>
        <w:pStyle w:val="ListParagraph"/>
      </w:pPr>
      <w:r>
        <w:rPr>
          <w:sz w:val="22"/>
        </w:rPr>
        <w:t>D. Giải phẫu học.</w:t>
      </w:r>
    </w:p>
    <w:p/>
    <w:p>
      <w:r>
        <w:rPr>
          <w:b/>
          <w:sz w:val="24"/>
        </w:rPr>
        <w:t>Câu 4: Nội dung nào sau đây không phải là biểu hiện về mối quan hệ giữa Sử học với di sản văn hóa, di sản thiên nhiên?</w:t>
      </w:r>
    </w:p>
    <w:p>
      <w:pPr>
        <w:pStyle w:val="ListParagraph"/>
      </w:pPr>
      <w:r>
        <w:rPr>
          <w:sz w:val="22"/>
        </w:rPr>
        <w:t>A. Sử học quyết định sự tồn tại của tất cả các di sản.</w:t>
      </w:r>
    </w:p>
    <w:p>
      <w:pPr>
        <w:pStyle w:val="ListParagraph"/>
      </w:pPr>
      <w:r>
        <w:rPr>
          <w:sz w:val="22"/>
        </w:rPr>
        <w:t>B. Di sản là nguồn sử liệu cho nghiên cứu lịch sử.</w:t>
      </w:r>
    </w:p>
    <w:p>
      <w:pPr>
        <w:pStyle w:val="ListParagraph"/>
      </w:pPr>
      <w:r>
        <w:rPr>
          <w:sz w:val="22"/>
        </w:rPr>
        <w:t>C. Sử học góp phần quảng bá hình ảnh di sản tới cộng đồng.</w:t>
      </w:r>
    </w:p>
    <w:p>
      <w:pPr>
        <w:pStyle w:val="ListParagraph"/>
      </w:pPr>
      <w:r>
        <w:rPr>
          <w:sz w:val="22"/>
        </w:rPr>
        <w:t>D. Sử học góp phần xác định đúng các giá trị của mỗi di sản.</w:t>
      </w:r>
    </w:p>
    <w:p/>
    <w:p>
      <w:r>
        <w:rPr>
          <w:b/>
          <w:sz w:val="24"/>
        </w:rPr>
        <w:t>Câu 5: Các loại hình di sản văn hóa có ý nghĩa nào sau đây đối với lĩnh vực Sử học?</w:t>
      </w:r>
    </w:p>
    <w:p>
      <w:pPr>
        <w:pStyle w:val="ListParagraph"/>
      </w:pPr>
      <w:r>
        <w:rPr>
          <w:sz w:val="22"/>
        </w:rPr>
        <w:t>A. Quyết định nhất đối với sự tồn tại và phát triển của Sử học.</w:t>
      </w:r>
    </w:p>
    <w:p>
      <w:pPr>
        <w:pStyle w:val="ListParagraph"/>
      </w:pPr>
      <w:r>
        <w:rPr>
          <w:sz w:val="22"/>
        </w:rPr>
        <w:t>B. Quyết định chính sách của Nhà nước đối với khoa học lịch sử.</w:t>
      </w:r>
    </w:p>
    <w:p>
      <w:pPr>
        <w:pStyle w:val="ListParagraph"/>
      </w:pPr>
      <w:r>
        <w:rPr>
          <w:sz w:val="22"/>
        </w:rPr>
        <w:t>C. Là nguồn tư liệu và cơ sở để nghiên cứu, tái hiện lại lịch sử.</w:t>
      </w:r>
    </w:p>
    <w:p>
      <w:pPr>
        <w:pStyle w:val="ListParagraph"/>
      </w:pPr>
      <w:r>
        <w:rPr>
          <w:sz w:val="22"/>
        </w:rPr>
        <w:t>D. Là nguồn sử liệu phi chính thống trong nghiên cứu lịch sử.</w:t>
      </w:r>
    </w:p>
    <w:p/>
    <w:p>
      <w:r>
        <w:rPr>
          <w:b/>
          <w:sz w:val="24"/>
        </w:rPr>
        <w:t>Câu 6: Nội dung nào sau đây phản ánh đúng vai trò của các loại hình di sản văn hoá đối với nghiên cứu lịch sử?</w:t>
      </w:r>
    </w:p>
    <w:p>
      <w:pPr>
        <w:pStyle w:val="ListParagraph"/>
      </w:pPr>
      <w:r>
        <w:rPr>
          <w:sz w:val="22"/>
        </w:rPr>
        <w:t>A. Là nguồn sử liệu duy nhất để tái hiện lại lịch sử.</w:t>
      </w:r>
    </w:p>
    <w:p>
      <w:pPr>
        <w:pStyle w:val="ListParagraph"/>
      </w:pPr>
      <w:r>
        <w:rPr>
          <w:sz w:val="22"/>
        </w:rPr>
        <w:t>B. Là nguồn sử liệu phi chính thống để tham khảo.</w:t>
      </w:r>
    </w:p>
    <w:p>
      <w:pPr>
        <w:pStyle w:val="ListParagraph"/>
      </w:pPr>
      <w:r>
        <w:rPr>
          <w:sz w:val="22"/>
        </w:rPr>
        <w:t>C. Là nguồn sử liệu thành văn có giá trị khoa học cao</w:t>
      </w:r>
    </w:p>
    <w:p>
      <w:pPr>
        <w:pStyle w:val="ListParagraph"/>
      </w:pPr>
      <w:r>
        <w:rPr>
          <w:sz w:val="22"/>
        </w:rPr>
        <w:t>D. Là nguồn sử liệu quan trọng để nghiên cứu lịch sử.</w:t>
      </w:r>
    </w:p>
    <w:p/>
    <w:p>
      <w:r>
        <w:rPr>
          <w:b/>
          <w:sz w:val="24"/>
        </w:rPr>
        <w:t>Câu 7: Nội dung nào sau đây là biểu hiện về mối quan hệ giữa Sử học với di sản văn hóa, di sản thiên nhiên?</w:t>
      </w:r>
    </w:p>
    <w:p>
      <w:pPr>
        <w:pStyle w:val="ListParagraph"/>
      </w:pPr>
      <w:r>
        <w:rPr>
          <w:sz w:val="22"/>
        </w:rPr>
        <w:t>A. Sử học quyết định sự tồn tại của tất cả các di sản văn hóa</w:t>
      </w:r>
    </w:p>
    <w:p>
      <w:pPr>
        <w:pStyle w:val="ListParagraph"/>
      </w:pPr>
      <w:r>
        <w:rPr>
          <w:sz w:val="22"/>
        </w:rPr>
        <w:t>B. Di sản là nguồn sử liệu thành văn cho nghiên cứu lịch sử.</w:t>
      </w:r>
    </w:p>
    <w:p>
      <w:pPr>
        <w:pStyle w:val="ListParagraph"/>
      </w:pPr>
      <w:r>
        <w:rPr>
          <w:sz w:val="22"/>
        </w:rPr>
        <w:t>C. Nghiên cứu Sử học tạo cơ sở khoa học cho bảo tồn di sản.</w:t>
      </w:r>
    </w:p>
    <w:p>
      <w:pPr>
        <w:pStyle w:val="ListParagraph"/>
      </w:pPr>
      <w:r>
        <w:rPr>
          <w:sz w:val="22"/>
        </w:rPr>
        <w:t>D. Di sản quyết định trực tiếp sự tồn tại của khoa học lịch sử.</w:t>
      </w:r>
    </w:p>
    <w:p/>
    <w:p>
      <w:r>
        <w:rPr>
          <w:b/>
          <w:sz w:val="24"/>
        </w:rPr>
        <w:t>Câu 8: Giá trị lịch sử của di sản được giữ gìn thông qua việc</w:t>
      </w:r>
    </w:p>
    <w:p>
      <w:pPr>
        <w:pStyle w:val="ListParagraph"/>
      </w:pPr>
      <w:r>
        <w:rPr>
          <w:sz w:val="22"/>
        </w:rPr>
        <w:t>A. kiểm kê.</w:t>
      </w:r>
    </w:p>
    <w:p>
      <w:pPr>
        <w:pStyle w:val="ListParagraph"/>
      </w:pPr>
      <w:r>
        <w:rPr>
          <w:sz w:val="22"/>
        </w:rPr>
        <w:t>B. bảo tồn.</w:t>
      </w:r>
    </w:p>
    <w:p>
      <w:pPr>
        <w:pStyle w:val="ListParagraph"/>
      </w:pPr>
      <w:r>
        <w:rPr>
          <w:sz w:val="22"/>
        </w:rPr>
        <w:t>C. xây dựng.</w:t>
      </w:r>
    </w:p>
    <w:p>
      <w:pPr>
        <w:pStyle w:val="ListParagraph"/>
      </w:pPr>
      <w:r>
        <w:rPr>
          <w:sz w:val="22"/>
        </w:rPr>
        <w:t>D. làm mới.</w:t>
      </w:r>
    </w:p>
    <w:p/>
    <w:p>
      <w:r>
        <w:rPr>
          <w:b/>
          <w:sz w:val="24"/>
        </w:rPr>
        <w:t>Câu 9: Nội dung nào sao đây không phải là vai trò của Sử học đối với việc bảo tồn, phát huy giá trị di sản văn hóa, di sản thiên nhiên?</w:t>
      </w:r>
    </w:p>
    <w:p>
      <w:pPr>
        <w:pStyle w:val="ListParagraph"/>
      </w:pPr>
      <w:r>
        <w:rPr>
          <w:sz w:val="22"/>
        </w:rPr>
        <w:t>A. Sử học nghiên cứu quá trình hình thành, phát triển của di sản.</w:t>
      </w:r>
    </w:p>
    <w:p>
      <w:pPr>
        <w:pStyle w:val="ListParagraph"/>
      </w:pPr>
      <w:r>
        <w:rPr>
          <w:sz w:val="22"/>
        </w:rPr>
        <w:t>B. Sử học giúp xác định đúng vị trí, vai trò và ý nghĩa của di sản.</w:t>
      </w:r>
    </w:p>
    <w:p>
      <w:pPr>
        <w:pStyle w:val="ListParagraph"/>
      </w:pPr>
      <w:r>
        <w:rPr>
          <w:sz w:val="22"/>
        </w:rPr>
        <w:t>C. Sử học cung cấp thông tin phục vụ việc bảo tồn, phát huy di sản.</w:t>
      </w:r>
    </w:p>
    <w:p>
      <w:pPr>
        <w:pStyle w:val="ListParagraph"/>
      </w:pPr>
      <w:r>
        <w:rPr>
          <w:sz w:val="22"/>
        </w:rPr>
        <w:t>D. Sử học trực tiếp quyết định chính sách bảo tồn, phát huy di sản.</w:t>
      </w:r>
    </w:p>
    <w:p/>
    <w:p>
      <w:r>
        <w:rPr>
          <w:b/>
          <w:sz w:val="24"/>
        </w:rPr>
        <w:t>Câu 10: Điều cốt lõi trong hoạt động bảo tồn di sản văn hóa là phải đảm bảo tính</w:t>
      </w:r>
    </w:p>
    <w:p>
      <w:pPr>
        <w:pStyle w:val="ListParagraph"/>
      </w:pPr>
      <w:r>
        <w:rPr>
          <w:sz w:val="22"/>
        </w:rPr>
        <w:t>A. kế thừa.</w:t>
      </w:r>
    </w:p>
    <w:p>
      <w:pPr>
        <w:pStyle w:val="ListParagraph"/>
      </w:pPr>
      <w:r>
        <w:rPr>
          <w:sz w:val="22"/>
        </w:rPr>
        <w:t>B. nguyên trạng.</w:t>
      </w:r>
    </w:p>
    <w:p>
      <w:pPr>
        <w:pStyle w:val="ListParagraph"/>
      </w:pPr>
      <w:r>
        <w:rPr>
          <w:sz w:val="22"/>
        </w:rPr>
        <w:t>C. tái tạo.</w:t>
      </w:r>
    </w:p>
    <w:p>
      <w:pPr>
        <w:pStyle w:val="ListParagraph"/>
      </w:pPr>
      <w:r>
        <w:rPr>
          <w:sz w:val="22"/>
        </w:rPr>
        <w:t>D. nhân tạo.</w:t>
      </w:r>
    </w:p>
    <w:p/>
    <w:p>
      <w:r>
        <w:rPr>
          <w:b/>
          <w:sz w:val="24"/>
        </w:rPr>
        <w:t>Câu 11: Phát huy giá trị di sản là</w:t>
      </w:r>
    </w:p>
    <w:p>
      <w:pPr>
        <w:pStyle w:val="ListParagraph"/>
      </w:pPr>
      <w:r>
        <w:rPr>
          <w:sz w:val="22"/>
        </w:rPr>
        <w:t>A. Giữ nguyên dạng giá trị của di sản như ban đầu.</w:t>
      </w:r>
    </w:p>
    <w:p>
      <w:pPr>
        <w:pStyle w:val="ListParagraph"/>
      </w:pPr>
      <w:r>
        <w:rPr>
          <w:sz w:val="22"/>
        </w:rPr>
        <w:t>B. Giữ gìn sự tồn tại của di sản theo dạng thức vốn có.</w:t>
      </w:r>
    </w:p>
    <w:p>
      <w:pPr>
        <w:pStyle w:val="ListParagraph"/>
      </w:pPr>
      <w:r>
        <w:rPr>
          <w:sz w:val="22"/>
        </w:rPr>
        <w:t>C. Sử dụng hiệu quả giá trị của di sản trong đời sống.</w:t>
      </w:r>
    </w:p>
    <w:p>
      <w:pPr>
        <w:pStyle w:val="ListParagraph"/>
      </w:pPr>
      <w:r>
        <w:rPr>
          <w:sz w:val="22"/>
        </w:rPr>
        <w:t>D. Khắc phục tác động xấu từ bên ngoài lên di sản.</w:t>
      </w:r>
    </w:p>
    <w:p/>
    <w:p>
      <w:r>
        <w:rPr>
          <w:b/>
          <w:sz w:val="24"/>
        </w:rPr>
        <w:t>Câu 12: Cơ sở khoa học cho công tác xác định giá trị, bảo tồn và phát huy giá trị đích thực của di sản là kết quả nghiên cứu của</w:t>
      </w:r>
    </w:p>
    <w:p>
      <w:pPr>
        <w:pStyle w:val="ListParagraph"/>
      </w:pPr>
      <w:r>
        <w:rPr>
          <w:sz w:val="22"/>
        </w:rPr>
        <w:t>A. Sử học.</w:t>
      </w:r>
    </w:p>
    <w:p>
      <w:pPr>
        <w:pStyle w:val="ListParagraph"/>
      </w:pPr>
      <w:r>
        <w:rPr>
          <w:sz w:val="22"/>
        </w:rPr>
        <w:t>B. Địa lí.</w:t>
      </w:r>
    </w:p>
    <w:p>
      <w:pPr>
        <w:pStyle w:val="ListParagraph"/>
      </w:pPr>
      <w:r>
        <w:rPr>
          <w:sz w:val="22"/>
        </w:rPr>
        <w:t>C. Văn học.</w:t>
      </w:r>
    </w:p>
    <w:p>
      <w:pPr>
        <w:pStyle w:val="ListParagraph"/>
      </w:pPr>
      <w:r>
        <w:rPr>
          <w:sz w:val="22"/>
        </w:rPr>
        <w:t>D. Toán học.</w:t>
      </w:r>
    </w:p>
    <w:p/>
    <w:p>
      <w:r>
        <w:rPr>
          <w:b/>
          <w:sz w:val="24"/>
        </w:rPr>
        <w:t>Câu 13: Bảo tồn và phát huy giá trị các di sản văn hoá không phải là hoạt động</w:t>
      </w:r>
    </w:p>
    <w:p>
      <w:pPr>
        <w:pStyle w:val="ListParagraph"/>
      </w:pPr>
      <w:r>
        <w:rPr>
          <w:sz w:val="22"/>
        </w:rPr>
        <w:t>A. tiến hành xây mới các di tích, hiện đại hoá di tích.</w:t>
      </w:r>
    </w:p>
    <w:p>
      <w:pPr>
        <w:pStyle w:val="ListParagraph"/>
      </w:pPr>
      <w:r>
        <w:rPr>
          <w:sz w:val="22"/>
        </w:rPr>
        <w:t>B. đảm bảo sự phát triển bền vững của quốc gia, dân tộc.</w:t>
      </w:r>
    </w:p>
    <w:p>
      <w:pPr>
        <w:pStyle w:val="ListParagraph"/>
      </w:pPr>
      <w:r>
        <w:rPr>
          <w:sz w:val="22"/>
        </w:rPr>
        <w:t>C. đem lại hiệu quả thiết thực phát triển kinh tế, xã hội.</w:t>
      </w:r>
    </w:p>
    <w:p>
      <w:pPr>
        <w:pStyle w:val="ListParagraph"/>
      </w:pPr>
      <w:r>
        <w:rPr>
          <w:sz w:val="22"/>
        </w:rPr>
        <w:t>D. hình thành ý thức trách nhiệm với cộng đồng, xã hội</w:t>
      </w:r>
    </w:p>
    <w:p/>
    <w:p>
      <w:r>
        <w:rPr>
          <w:b/>
          <w:sz w:val="24"/>
        </w:rPr>
        <w:t>Câu 14: Nội dung nào sau đây phản ánh không đúng vai trò của công tác bảo tồn và phát huy giá trị di sản văn hoá, di sản thiên nhiên?</w:t>
      </w:r>
    </w:p>
    <w:p>
      <w:pPr>
        <w:pStyle w:val="ListParagraph"/>
      </w:pPr>
      <w:r>
        <w:rPr>
          <w:sz w:val="22"/>
        </w:rPr>
        <w:t>A. Là cách duy nhất để quảng bá lịch sử, văn hóa của đất nước ra bên ngoài.</w:t>
      </w:r>
    </w:p>
    <w:p>
      <w:pPr>
        <w:pStyle w:val="ListParagraph"/>
      </w:pPr>
      <w:r>
        <w:rPr>
          <w:sz w:val="22"/>
        </w:rPr>
        <w:t>B. Góp phần khắc phục những tác động tiêu cực của tự nhiên đối với di sản.</w:t>
      </w:r>
    </w:p>
    <w:p>
      <w:pPr>
        <w:pStyle w:val="ListParagraph"/>
      </w:pPr>
      <w:r>
        <w:rPr>
          <w:sz w:val="22"/>
        </w:rPr>
        <w:t>C. Góp phần gìn giữ và lưu truyền di sản văn hoá phi vật thể cho thế hệ sau.</w:t>
      </w:r>
    </w:p>
    <w:p>
      <w:pPr>
        <w:pStyle w:val="ListParagraph"/>
      </w:pPr>
      <w:r>
        <w:rPr>
          <w:sz w:val="22"/>
        </w:rPr>
        <w:t>D. Giáo dục con người nhớ về cội nguồn và trách nhiệm với tổ tiên, cộng đồng.</w:t>
      </w:r>
    </w:p>
    <w:p/>
    <w:p>
      <w:r>
        <w:rPr>
          <w:b/>
          <w:sz w:val="24"/>
        </w:rPr>
        <w:t>Câu 15: Nội dung nào sau đây phản ánh đúng vai trò của công tác bảo tồn các di sản văn hóa phi vật thể?</w:t>
      </w:r>
    </w:p>
    <w:p>
      <w:pPr>
        <w:pStyle w:val="ListParagraph"/>
      </w:pPr>
      <w:r>
        <w:rPr>
          <w:sz w:val="22"/>
        </w:rPr>
        <w:t>A. Góp phần khắc phục những tác động tiêu cực của tự nhiên đối với di sản.</w:t>
      </w:r>
    </w:p>
    <w:p>
      <w:pPr>
        <w:pStyle w:val="ListParagraph"/>
      </w:pPr>
      <w:r>
        <w:rPr>
          <w:sz w:val="22"/>
        </w:rPr>
        <w:t>B. Giúp giữ gìn và lưu truyền giá trị của di sản từ thế hệ này sang thế hệ khác.</w:t>
      </w:r>
    </w:p>
    <w:p>
      <w:pPr>
        <w:pStyle w:val="ListParagraph"/>
      </w:pPr>
      <w:r>
        <w:rPr>
          <w:sz w:val="22"/>
        </w:rPr>
        <w:t>C. Góp phần ngăn chặn tình trạng xuống cấp, biến dạng và hư hỏng của di sản.</w:t>
      </w:r>
    </w:p>
    <w:p>
      <w:pPr>
        <w:pStyle w:val="ListParagraph"/>
      </w:pPr>
      <w:r>
        <w:rPr>
          <w:sz w:val="22"/>
        </w:rPr>
        <w:t>D. Tạo nhấn tố quyết định cho sự phát triển của kinh tế, xã hội của địa phương.</w:t>
      </w:r>
    </w:p>
    <w:p/>
    <w:p>
      <w:r>
        <w:rPr>
          <w:b/>
          <w:sz w:val="24"/>
        </w:rPr>
        <w:t>Câu 16: Nội dung nào sau đây phản ánh đúng vai trò của công tác bảo tồn các di sản thiên nhiên?</w:t>
      </w:r>
    </w:p>
    <w:p>
      <w:pPr>
        <w:pStyle w:val="ListParagraph"/>
      </w:pPr>
      <w:r>
        <w:rPr>
          <w:sz w:val="22"/>
        </w:rPr>
        <w:t>A. Hình thành ý thức hướng về cội nguồn.</w:t>
      </w:r>
    </w:p>
    <w:p>
      <w:pPr>
        <w:pStyle w:val="ListParagraph"/>
      </w:pPr>
      <w:r>
        <w:rPr>
          <w:sz w:val="22"/>
        </w:rPr>
        <w:t>B. Giúp duy trì kí ức và bản sắc cộng đồng.</w:t>
      </w:r>
    </w:p>
    <w:p>
      <w:pPr>
        <w:pStyle w:val="ListParagraph"/>
      </w:pPr>
      <w:r>
        <w:rPr>
          <w:sz w:val="22"/>
        </w:rPr>
        <w:t>C. Góp phần giáo dục truyền thống yêu nước.</w:t>
      </w:r>
    </w:p>
    <w:p>
      <w:pPr>
        <w:pStyle w:val="ListParagraph"/>
      </w:pPr>
      <w:r>
        <w:rPr>
          <w:sz w:val="22"/>
        </w:rPr>
        <w:t>D. Góp phần phát triển sự đa dạng sinh học.</w:t>
      </w:r>
    </w:p>
    <w:p/>
    <w:p>
      <w:r>
        <w:rPr>
          <w:b/>
          <w:sz w:val="24"/>
        </w:rPr>
        <w:t>Câu 17: Một trong những di sản văn hóa phi vật thể tiêu biểu của Việt Nam là</w:t>
      </w:r>
    </w:p>
    <w:p>
      <w:pPr>
        <w:pStyle w:val="ListParagraph"/>
      </w:pPr>
      <w:r>
        <w:rPr>
          <w:sz w:val="22"/>
        </w:rPr>
        <w:t>A. Đàn ca tài tử Nam Bộ.</w:t>
      </w:r>
    </w:p>
    <w:p>
      <w:pPr>
        <w:pStyle w:val="ListParagraph"/>
      </w:pPr>
      <w:r>
        <w:rPr>
          <w:sz w:val="22"/>
        </w:rPr>
        <w:t>B. Hoàng thành Thăng Long.</w:t>
      </w:r>
    </w:p>
    <w:p>
      <w:pPr>
        <w:pStyle w:val="ListParagraph"/>
      </w:pPr>
      <w:r>
        <w:rPr>
          <w:sz w:val="22"/>
        </w:rPr>
        <w:t>C. Mộc bản triều Nguyễn.</w:t>
      </w:r>
    </w:p>
    <w:p>
      <w:pPr>
        <w:pStyle w:val="ListParagraph"/>
      </w:pPr>
      <w:r>
        <w:rPr>
          <w:sz w:val="22"/>
        </w:rPr>
        <w:t>D. phố cổ Hội An.</w:t>
      </w:r>
    </w:p>
    <w:p/>
    <w:p>
      <w:r>
        <w:rPr>
          <w:b/>
          <w:sz w:val="24"/>
        </w:rPr>
        <w:t>Câu 18: Bảo tồn và phát huy giá trị các di sản văn hoá là hoạt động</w:t>
      </w:r>
    </w:p>
    <w:p>
      <w:pPr>
        <w:pStyle w:val="ListParagraph"/>
      </w:pPr>
      <w:r>
        <w:rPr>
          <w:sz w:val="22"/>
        </w:rPr>
        <w:t>A. tìm kiếm, lưu giữ và bảo vệ các giá trị di sản.</w:t>
      </w:r>
    </w:p>
    <w:p>
      <w:pPr>
        <w:pStyle w:val="ListParagraph"/>
      </w:pPr>
      <w:r>
        <w:rPr>
          <w:sz w:val="22"/>
        </w:rPr>
        <w:t>B. phát triển và lan toả các giá trị di sản.</w:t>
      </w:r>
    </w:p>
    <w:p>
      <w:pPr>
        <w:pStyle w:val="ListParagraph"/>
      </w:pPr>
      <w:r>
        <w:rPr>
          <w:sz w:val="22"/>
        </w:rPr>
        <w:t>C. lưu giữ, bảo vệ và lan toả các giá trị của di sản.</w:t>
      </w:r>
    </w:p>
    <w:p>
      <w:pPr>
        <w:pStyle w:val="ListParagraph"/>
      </w:pPr>
      <w:r>
        <w:rPr>
          <w:sz w:val="22"/>
        </w:rPr>
        <w:t>D. quy hoạch, lưu giữ và bảo vệ các di sản.</w:t>
      </w:r>
    </w:p>
    <w:p/>
    <w:p>
      <w:r>
        <w:rPr>
          <w:b/>
          <w:sz w:val="24"/>
        </w:rPr>
        <w:t>Câu 19: Ngày 24 - 11 - 2005, Thủ tướng Chính phủ Việt Nam ra Quyết định số 36/2005/QĐ-TTg, lấy ngày 23 - 11 hàng năm là “Ngày Di sản Văn hóa Việt Nam” nhằm giáo dục và phát huy truyền thống nào sau đây của dân tộc ta?</w:t>
      </w:r>
    </w:p>
    <w:p>
      <w:pPr>
        <w:pStyle w:val="ListParagraph"/>
      </w:pPr>
      <w:r>
        <w:rPr>
          <w:sz w:val="22"/>
        </w:rPr>
        <w:t>A. Đoàn kết quyết tâm phấn đấu giữ vững những công trình văn hóa hiện đại.</w:t>
      </w:r>
    </w:p>
    <w:p>
      <w:pPr>
        <w:pStyle w:val="ListParagraph"/>
      </w:pPr>
      <w:r>
        <w:rPr>
          <w:sz w:val="22"/>
        </w:rPr>
        <w:t>B. Trung thực, tự tôn dân tộc và ý thức trách nhiệm của công dân toàn cầu.</w:t>
      </w:r>
    </w:p>
    <w:p>
      <w:pPr>
        <w:pStyle w:val="ListParagraph"/>
      </w:pPr>
      <w:r>
        <w:rPr>
          <w:sz w:val="22"/>
        </w:rPr>
        <w:t>C. Yêu nước, tự hào dân tộc, ý thức trách nhiệm trong việc bảo vệ di sản văn hóa.</w:t>
      </w:r>
    </w:p>
    <w:p>
      <w:pPr>
        <w:pStyle w:val="ListParagraph"/>
      </w:pPr>
      <w:r>
        <w:rPr>
          <w:sz w:val="22"/>
        </w:rPr>
        <w:t>D. Phát huy sức mạnh đại đoàn kết dân tộc trong công tác tôn tạo di sản văn hóa.</w:t>
      </w:r>
    </w:p>
    <w:p/>
    <w:p>
      <w:r>
        <w:rPr>
          <w:b/>
          <w:sz w:val="24"/>
        </w:rPr>
        <w:t>Câu 20: Lĩnh vực nào sau đây đóng vai trò quan trọng trực tiếp đối với sự phát triển của ngành công nghiệp văn hóa?</w:t>
      </w:r>
    </w:p>
    <w:p>
      <w:pPr>
        <w:pStyle w:val="ListParagraph"/>
      </w:pPr>
      <w:r>
        <w:rPr>
          <w:sz w:val="22"/>
        </w:rPr>
        <w:t>A. Thiên văn học.</w:t>
      </w:r>
    </w:p>
    <w:p>
      <w:pPr>
        <w:pStyle w:val="ListParagraph"/>
      </w:pPr>
      <w:r>
        <w:rPr>
          <w:sz w:val="22"/>
        </w:rPr>
        <w:t>B. Y học.</w:t>
      </w:r>
    </w:p>
    <w:p>
      <w:pPr>
        <w:pStyle w:val="ListParagraph"/>
      </w:pPr>
      <w:r>
        <w:rPr>
          <w:sz w:val="22"/>
        </w:rPr>
        <w:t>C. Sử học.</w:t>
      </w:r>
    </w:p>
    <w:p>
      <w:pPr>
        <w:pStyle w:val="ListParagraph"/>
      </w:pPr>
      <w:r>
        <w:rPr>
          <w:sz w:val="22"/>
        </w:rPr>
        <w:t>D. Địa lí.</w:t>
      </w:r>
    </w:p>
    <w:p/>
    <w:p>
      <w:r>
        <w:rPr>
          <w:b/>
          <w:sz w:val="24"/>
        </w:rPr>
        <w:t>Câu 21: Các di tích lịch sử - văn hóa của Việt Nam là một thế mạnh để phát triển</w:t>
      </w:r>
    </w:p>
    <w:p>
      <w:pPr>
        <w:pStyle w:val="ListParagraph"/>
      </w:pPr>
      <w:r>
        <w:rPr>
          <w:sz w:val="22"/>
        </w:rPr>
        <w:t>A. nông nghiệp bền vững.</w:t>
      </w:r>
    </w:p>
    <w:p>
      <w:pPr>
        <w:pStyle w:val="ListParagraph"/>
      </w:pPr>
      <w:r>
        <w:rPr>
          <w:sz w:val="22"/>
        </w:rPr>
        <w:t>B. chế biến nông sản.</w:t>
      </w:r>
    </w:p>
    <w:p>
      <w:pPr>
        <w:pStyle w:val="ListParagraph"/>
      </w:pPr>
      <w:r>
        <w:rPr>
          <w:sz w:val="22"/>
        </w:rPr>
        <w:t>C. du lịch.</w:t>
      </w:r>
    </w:p>
    <w:p>
      <w:pPr>
        <w:pStyle w:val="ListParagraph"/>
      </w:pPr>
      <w:r>
        <w:rPr>
          <w:sz w:val="22"/>
        </w:rPr>
        <w:t>D. lâm nghiệp.</w:t>
      </w:r>
    </w:p>
    <w:p/>
    <w:p>
      <w:r>
        <w:rPr>
          <w:b/>
          <w:sz w:val="24"/>
        </w:rPr>
        <w:t>Câu 22: Đọc đoạn tư liệu sau: “Du lịch là một lĩnh vực tăng trưởng tiềm năng cho nền kinh tế châu Âu, tạo ra hơn 10% GDP của EU và sử dụng lực lượng lao động khoảng hơn 10 triệu người. Các khía cạnh văn hóa chiếm khoảng 40% trong giá trị du lịch ở châu Âu. Di sản độc đáo bao gồm: bảo tàng, nhà hát, di tích khảo cổ học và các thành phố lịch sử…đã khiến châu lục này trở thành điểm du lịch chính”. (Theo Phơxt Glô – bơn Vi – da, Di sản độc đáo của châu Âu khiến châu lục này trở thành điểm đến du lịch chính, tháng 3/2018) Nội dung chủ đạo đoạn tư liệu đề cập đến là</w:t>
      </w:r>
    </w:p>
    <w:p>
      <w:pPr>
        <w:pStyle w:val="ListParagraph"/>
      </w:pPr>
      <w:r>
        <w:rPr>
          <w:sz w:val="22"/>
        </w:rPr>
        <w:t>A. vai trò của lịch sử - văn hoá đối với sự phát triển của du lịch.</w:t>
      </w:r>
    </w:p>
    <w:p>
      <w:pPr>
        <w:pStyle w:val="ListParagraph"/>
      </w:pPr>
      <w:r>
        <w:rPr>
          <w:sz w:val="22"/>
        </w:rPr>
        <w:t>B. tốc độ phát triển của ngành du lịch ở châu Âu trong tương lai.</w:t>
      </w:r>
    </w:p>
    <w:p>
      <w:pPr>
        <w:pStyle w:val="ListParagraph"/>
      </w:pPr>
      <w:r>
        <w:rPr>
          <w:sz w:val="22"/>
        </w:rPr>
        <w:t>C. vai trò của du lịch đối với công tác bảo tồn các di sản văn hóa.</w:t>
      </w:r>
    </w:p>
    <w:p>
      <w:pPr>
        <w:pStyle w:val="ListParagraph"/>
      </w:pPr>
      <w:r>
        <w:rPr>
          <w:sz w:val="22"/>
        </w:rPr>
        <w:t>D. vai trò của công tác bảo tồn các di sản văn hóa đối với du lịch.</w:t>
      </w:r>
    </w:p>
    <w:p/>
    <w:p>
      <w:r>
        <w:rPr>
          <w:b/>
          <w:sz w:val="24"/>
        </w:rPr>
        <w:t>Câu 23: Chọn từ cho sẵn dưới đây đặt vào chỗ chấm (...) để hoàn thành đoạn thông tin sau: Yếu tố hàng đầu của…………..…....(1) chính là sức hấp dẫn của…….…….....(2), bao gồm các yếu tố về…………………(3), văn hoá truyền thống,………...............(4), tín ngưỡng,………..……….(5), giải trí, sản phẩm thủ công mĩ nghệ,…</w:t>
      </w:r>
    </w:p>
    <w:p>
      <w:pPr>
        <w:pStyle w:val="ListParagraph"/>
      </w:pPr>
      <w:r>
        <w:rPr>
          <w:sz w:val="22"/>
        </w:rPr>
        <w:t>A. địa danh</w:t>
      </w:r>
    </w:p>
    <w:p>
      <w:pPr>
        <w:pStyle w:val="ListParagraph"/>
      </w:pPr>
      <w:r>
        <w:rPr>
          <w:sz w:val="22"/>
        </w:rPr>
        <w:t>B. tôn giáo</w:t>
      </w:r>
    </w:p>
    <w:p>
      <w:pPr>
        <w:pStyle w:val="ListParagraph"/>
      </w:pPr>
      <w:r>
        <w:rPr>
          <w:sz w:val="22"/>
        </w:rPr>
        <w:t>C. ẩm thực</w:t>
      </w:r>
    </w:p>
    <w:p>
      <w:pPr>
        <w:pStyle w:val="ListParagraph"/>
      </w:pPr>
      <w:r>
        <w:rPr>
          <w:sz w:val="22"/>
        </w:rPr>
        <w:t>D. sản phẩm du lịch</w:t>
      </w:r>
    </w:p>
    <w:p>
      <w:pPr>
        <w:pStyle w:val="ListParagraph"/>
      </w:pPr>
      <w:r>
        <w:rPr>
          <w:sz w:val="22"/>
        </w:rPr>
        <w:t>E. lịch sử.</w:t>
      </w:r>
    </w:p>
    <w:p/>
    <w:p>
      <w:r>
        <w:rPr>
          <w:b/>
          <w:sz w:val="24"/>
        </w:rPr>
        <w:t>Câu 24: Cung cấp bài học kinh nghiệm, hình thành ý tưởng để lên kế hoạch, xây dựng chiến lược phát triển ngành du lịch là một trong những vai trò của ngành nào dưới đây?</w:t>
      </w:r>
    </w:p>
    <w:p>
      <w:pPr>
        <w:pStyle w:val="ListParagraph"/>
      </w:pPr>
      <w:r>
        <w:rPr>
          <w:sz w:val="22"/>
        </w:rPr>
        <w:t>A. Lịch sử và văn hóa.</w:t>
      </w:r>
    </w:p>
    <w:p>
      <w:pPr>
        <w:pStyle w:val="ListParagraph"/>
      </w:pPr>
      <w:r>
        <w:rPr>
          <w:sz w:val="22"/>
        </w:rPr>
        <w:t>B. Văn học và lịch sử.</w:t>
      </w:r>
    </w:p>
    <w:p>
      <w:pPr>
        <w:pStyle w:val="ListParagraph"/>
      </w:pPr>
      <w:r>
        <w:rPr>
          <w:sz w:val="22"/>
        </w:rPr>
        <w:t>C. Khảo cổ và văn học</w:t>
      </w:r>
    </w:p>
    <w:p>
      <w:pPr>
        <w:pStyle w:val="ListParagraph"/>
      </w:pPr>
      <w:r>
        <w:rPr>
          <w:sz w:val="22"/>
        </w:rPr>
        <w:t>D. Thiên văn và lịch sử.</w:t>
      </w:r>
    </w:p>
    <w:p/>
    <w:p>
      <w:r>
        <w:rPr>
          <w:b/>
          <w:sz w:val="24"/>
        </w:rPr>
        <w:t>Câu 25: Đọc đoạn tư liệu sau đây: ‘‘Năm 1990, tổng thu từ du lịch chỉ đạt 1340 tỉ đồng; Năm 2019 là 755 000 tỉ đồng (khoảng 32,8 tỉ USD), trong đó tổng thu từ du khách quốc tế đạt 421 000 tỉ đồng (18,3 tỉ USD). Ngành du lịch đã đóng góp 8,8 % GDP vào ngân sách quốc gia, giải quyết việc làm cho 5 triệu người lao động.” (Nguồn: Tổng cục Du lịch Việt Nam, 2020) Đoạn tư liệu nhấn mạnh vai trò của ngành nào sau đây đối với sự phát triển kinh tế đất nước?</w:t>
      </w:r>
    </w:p>
    <w:p>
      <w:pPr>
        <w:pStyle w:val="ListParagraph"/>
      </w:pPr>
      <w:r>
        <w:rPr>
          <w:sz w:val="22"/>
        </w:rPr>
        <w:t>A. Công nghiệp.</w:t>
      </w:r>
    </w:p>
    <w:p>
      <w:pPr>
        <w:pStyle w:val="ListParagraph"/>
      </w:pPr>
      <w:r>
        <w:rPr>
          <w:sz w:val="22"/>
        </w:rPr>
        <w:t>B. Du lịch.</w:t>
      </w:r>
    </w:p>
    <w:p>
      <w:pPr>
        <w:pStyle w:val="ListParagraph"/>
      </w:pPr>
      <w:r>
        <w:rPr>
          <w:sz w:val="22"/>
        </w:rPr>
        <w:t>C. Điện ảnh.</w:t>
      </w:r>
    </w:p>
    <w:p>
      <w:pPr>
        <w:pStyle w:val="ListParagraph"/>
      </w:pPr>
      <w:r>
        <w:rPr>
          <w:sz w:val="22"/>
        </w:rPr>
        <w:t>D. Khai thác.</w:t>
      </w:r>
    </w:p>
    <w:p/>
    <w:p>
      <w:r>
        <w:rPr>
          <w:b/>
          <w:sz w:val="24"/>
        </w:rPr>
        <w:t>Câu 26: Trong việc phát triển du lịch, yếu tố nào sau đây có vai trò đặc biệt quan trọng?</w:t>
      </w:r>
    </w:p>
    <w:p>
      <w:pPr>
        <w:pStyle w:val="ListParagraph"/>
      </w:pPr>
      <w:r>
        <w:rPr>
          <w:sz w:val="22"/>
        </w:rPr>
        <w:t>A. Kết quả hoạt động trong quá khứ của ngành du lịch.</w:t>
      </w:r>
    </w:p>
    <w:p>
      <w:pPr>
        <w:pStyle w:val="ListParagraph"/>
      </w:pPr>
      <w:r>
        <w:rPr>
          <w:sz w:val="22"/>
        </w:rPr>
        <w:t>B. Hoạt động sản xuất của các nhà máy, xí nghiệp.</w:t>
      </w:r>
    </w:p>
    <w:p>
      <w:pPr>
        <w:pStyle w:val="ListParagraph"/>
      </w:pPr>
      <w:r>
        <w:rPr>
          <w:sz w:val="22"/>
        </w:rPr>
        <w:t>C. Những giá trị về lịch sử, văn hoá truyền thống.</w:t>
      </w:r>
    </w:p>
    <w:p>
      <w:pPr>
        <w:pStyle w:val="ListParagraph"/>
      </w:pPr>
      <w:r>
        <w:rPr>
          <w:sz w:val="22"/>
        </w:rPr>
        <w:t>D. Sự đổi mới, xây dựng lại các công trình di sản.</w:t>
      </w:r>
    </w:p>
    <w:p/>
    <w:p>
      <w:r>
        <w:rPr>
          <w:b/>
          <w:sz w:val="24"/>
        </w:rPr>
        <w:t>Câu 27: Nội dung nào sao đây không phản ánh đúng vai trò của lịch sử - văn hóa đối với du lịch?</w:t>
      </w:r>
    </w:p>
    <w:p>
      <w:pPr>
        <w:pStyle w:val="ListParagraph"/>
      </w:pPr>
      <w:r>
        <w:rPr>
          <w:sz w:val="22"/>
        </w:rPr>
        <w:t>A. Là di sản, tài nguyên quý giá để phát triển du lịch.</w:t>
      </w:r>
    </w:p>
    <w:p>
      <w:pPr>
        <w:pStyle w:val="ListParagraph"/>
      </w:pPr>
      <w:r>
        <w:rPr>
          <w:sz w:val="22"/>
        </w:rPr>
        <w:t>B. Tạo sức hấp dẫn to lớn để thu hút khách du lịch.</w:t>
      </w:r>
    </w:p>
    <w:p>
      <w:pPr>
        <w:pStyle w:val="ListParagraph"/>
      </w:pPr>
      <w:r>
        <w:rPr>
          <w:sz w:val="22"/>
        </w:rPr>
        <w:t>C. Giúp con người hưởng thụ giá trị của di sản văn hóa.</w:t>
      </w:r>
    </w:p>
    <w:p>
      <w:pPr>
        <w:pStyle w:val="ListParagraph"/>
      </w:pPr>
      <w:r>
        <w:rPr>
          <w:sz w:val="22"/>
        </w:rPr>
        <w:t>D. Là yếu tố quyết định duy nhất sự phát triển du lịch.</w:t>
      </w:r>
    </w:p>
    <w:p/>
    <w:p>
      <w:r>
        <w:rPr>
          <w:b/>
          <w:sz w:val="24"/>
        </w:rPr>
        <w:t>Câu 28: Sự phát triển của du lịch có ý nghĩa nào sau đây đối với công tác bảo tồn di tích lịch sử - văn hóa?</w:t>
      </w:r>
    </w:p>
    <w:p>
      <w:pPr>
        <w:pStyle w:val="ListParagraph"/>
      </w:pPr>
      <w:r>
        <w:rPr>
          <w:sz w:val="22"/>
        </w:rPr>
        <w:t>A. định hướng sự phát triển của Sử học trong tương lai.</w:t>
      </w:r>
    </w:p>
    <w:p>
      <w:pPr>
        <w:pStyle w:val="ListParagraph"/>
      </w:pPr>
      <w:r>
        <w:rPr>
          <w:sz w:val="22"/>
        </w:rPr>
        <w:t>B. Xác định chức năng, nhiệm vụ của khoa học lịch sử.</w:t>
      </w:r>
    </w:p>
    <w:p>
      <w:pPr>
        <w:pStyle w:val="ListParagraph"/>
      </w:pPr>
      <w:r>
        <w:rPr>
          <w:sz w:val="22"/>
        </w:rPr>
        <w:t>C. cung cấp bài học kinh nghiệm cho các nhà sử học.</w:t>
      </w:r>
    </w:p>
    <w:p>
      <w:pPr>
        <w:pStyle w:val="ListParagraph"/>
      </w:pPr>
      <w:r>
        <w:rPr>
          <w:sz w:val="22"/>
        </w:rPr>
        <w:t>D. quảng bá lịch sử, văn hoá cộng đồng ra bên ngoài.</w:t>
      </w:r>
    </w:p>
    <w:p/>
    <w:p>
      <w:r>
        <w:rPr>
          <w:b/>
          <w:sz w:val="24"/>
        </w:rPr>
        <w:t>Câu 29: Nội dung nào sau đây không phản ánh đúng tác động của du lịch đối với công tác bảo tồn di tích lịch sử - văn hóa?</w:t>
      </w:r>
    </w:p>
    <w:p>
      <w:pPr>
        <w:pStyle w:val="ListParagraph"/>
      </w:pPr>
      <w:r>
        <w:rPr>
          <w:sz w:val="22"/>
        </w:rPr>
        <w:t>A. Góp phần quảng bá rộng rãi giá trị di tích lịch sử - văn hóa ra bên ngoài</w:t>
      </w:r>
    </w:p>
    <w:p>
      <w:pPr>
        <w:pStyle w:val="ListParagraph"/>
      </w:pPr>
      <w:r>
        <w:rPr>
          <w:sz w:val="22"/>
        </w:rPr>
        <w:t>B. Bồi đắp ý thức trách nhiệm bảo vệ di tích lịch sử - văn hóa của cộng đồng</w:t>
      </w:r>
    </w:p>
    <w:p>
      <w:pPr>
        <w:pStyle w:val="ListParagraph"/>
      </w:pPr>
      <w:r>
        <w:rPr>
          <w:sz w:val="22"/>
        </w:rPr>
        <w:t>C. Tạo ra nguồn kinh phí hỗ trợ công tác bảo tồn và phát huy giá trị các di sản.</w:t>
      </w:r>
    </w:p>
    <w:p>
      <w:pPr>
        <w:pStyle w:val="ListParagraph"/>
      </w:pPr>
      <w:r>
        <w:rPr>
          <w:sz w:val="22"/>
        </w:rPr>
        <w:t>D. Ngăn cản tác động xấu của thiên nhiên và con người lên các di sản văn hóa.</w:t>
      </w:r>
    </w:p>
    <w:p/>
    <w:p>
      <w:r>
        <w:rPr>
          <w:b/>
          <w:sz w:val="24"/>
        </w:rPr>
        <w:t>Câu 30: Đọc đoạn tư liệu sau đây: “Tài nguyên du lịch văn hóa bao gồm di tích lịch sử - văn hóa, di tích lịch sử, cách mạng, khảo cổ, kiến trúc….” (Luật Du lịch Việt Nam, 2010) Theo Luật Du lịch Việt Nam năm 2010, địa danh nào sau đây ở không thuộc tài nguyên du lịch văn hóa?</w:t>
      </w:r>
    </w:p>
    <w:p>
      <w:pPr>
        <w:pStyle w:val="ListParagraph"/>
      </w:pPr>
      <w:r>
        <w:rPr>
          <w:sz w:val="22"/>
        </w:rPr>
        <w:t>A. Cố đô Huế</w:t>
      </w:r>
    </w:p>
    <w:p>
      <w:pPr>
        <w:pStyle w:val="ListParagraph"/>
      </w:pPr>
      <w:r>
        <w:rPr>
          <w:sz w:val="22"/>
        </w:rPr>
        <w:t>B. Thánh địa Mỹ Sơn</w:t>
      </w:r>
    </w:p>
    <w:p>
      <w:pPr>
        <w:pStyle w:val="ListParagraph"/>
      </w:pPr>
      <w:r>
        <w:rPr>
          <w:sz w:val="22"/>
        </w:rPr>
        <w:t>C. Vịnh Hạ Long</w:t>
      </w:r>
    </w:p>
    <w:p>
      <w:pPr>
        <w:pStyle w:val="ListParagraph"/>
      </w:pPr>
      <w:r>
        <w:rPr>
          <w:sz w:val="22"/>
        </w:rPr>
        <w:t>D. Dinh Độc Lập</w:t>
      </w:r>
    </w:p>
    <w:p/>
    <w:p>
      <w:r>
        <w:rPr>
          <w:b/>
          <w:sz w:val="24"/>
        </w:rPr>
        <w:t>Câu 31: Nội dung nào sao đây không phải là biện pháp để bảo tồn và phát huy giá trị di sản văn hóa?</w:t>
      </w:r>
    </w:p>
    <w:p>
      <w:pPr>
        <w:pStyle w:val="ListParagraph"/>
      </w:pPr>
      <w:r>
        <w:rPr>
          <w:sz w:val="22"/>
        </w:rPr>
        <w:t>A. Tăng cường tuyên truyền, phổ biến, giáo dục pháp luật.</w:t>
      </w:r>
    </w:p>
    <w:p>
      <w:pPr>
        <w:pStyle w:val="ListParagraph"/>
      </w:pPr>
      <w:r>
        <w:rPr>
          <w:sz w:val="22"/>
        </w:rPr>
        <w:t>B. Nâng cao hiệu quả quản lý nhà nước về di sản văn hóa.</w:t>
      </w:r>
    </w:p>
    <w:p>
      <w:pPr>
        <w:pStyle w:val="ListParagraph"/>
      </w:pPr>
      <w:r>
        <w:rPr>
          <w:sz w:val="22"/>
        </w:rPr>
        <w:t>C. Phát huy vai trò của cộng đồng trong bảo tồn di sản.</w:t>
      </w:r>
    </w:p>
    <w:p>
      <w:pPr>
        <w:pStyle w:val="ListParagraph"/>
      </w:pPr>
      <w:r>
        <w:rPr>
          <w:sz w:val="22"/>
        </w:rPr>
        <w:t>D. Làm mới hoàn toàn các di sản văn hóa bị xuống cấp.</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A</w:t>
      </w:r>
    </w:p>
    <w:p>
      <w:r>
        <w:rPr>
          <w:b/>
        </w:rPr>
        <w:t>Câu 5: Đáp án đúng: C</w:t>
      </w:r>
    </w:p>
    <w:p>
      <w:r>
        <w:rPr>
          <w:b/>
        </w:rPr>
        <w:t>Câu 6: Đáp án đúng: D</w:t>
      </w:r>
    </w:p>
    <w:p>
      <w:r>
        <w:rPr>
          <w:b/>
        </w:rPr>
        <w:t>Câu 7: Đáp án đúng: C</w:t>
      </w:r>
    </w:p>
    <w:p>
      <w:r>
        <w:rPr>
          <w:b/>
        </w:rPr>
        <w:t>Câu 8: Đáp án đúng: B</w:t>
      </w:r>
    </w:p>
    <w:p>
      <w:r>
        <w:rPr>
          <w:b/>
        </w:rPr>
        <w:t>Câu 9: Đáp án đúng: D</w:t>
      </w:r>
    </w:p>
    <w:p>
      <w:r>
        <w:rPr>
          <w:b/>
        </w:rPr>
        <w:t>Câu 10: Đáp án đúng: B</w:t>
      </w:r>
    </w:p>
    <w:p>
      <w:r>
        <w:rPr>
          <w:b/>
        </w:rPr>
        <w:t>Câu 11: Đáp án đúng: C</w:t>
      </w:r>
    </w:p>
    <w:p>
      <w:r>
        <w:rPr>
          <w:b/>
        </w:rPr>
        <w:t>Câu 12: Đáp án đúng: A</w:t>
      </w:r>
    </w:p>
    <w:p>
      <w:r>
        <w:rPr>
          <w:b/>
        </w:rPr>
        <w:t>Câu 13: Đáp án đúng: A</w:t>
      </w:r>
    </w:p>
    <w:p>
      <w:r>
        <w:rPr>
          <w:b/>
        </w:rPr>
        <w:t>Câu 14: Đáp án đúng: A</w:t>
      </w:r>
    </w:p>
    <w:p>
      <w:r>
        <w:rPr>
          <w:b/>
        </w:rPr>
        <w:t>Câu 15: Đáp án đúng: B</w:t>
      </w:r>
    </w:p>
    <w:p>
      <w:r>
        <w:rPr>
          <w:b/>
        </w:rPr>
        <w:t>Câu 16: Đáp án đúng: D</w:t>
      </w:r>
    </w:p>
    <w:p>
      <w:r>
        <w:rPr>
          <w:b/>
        </w:rPr>
        <w:t>Câu 17: Đáp án đúng: A</w:t>
      </w:r>
    </w:p>
    <w:p>
      <w:r>
        <w:rPr>
          <w:b/>
        </w:rPr>
        <w:t>Câu 18: Đáp án đúng: C</w:t>
      </w:r>
    </w:p>
    <w:p>
      <w:r>
        <w:rPr>
          <w:b/>
        </w:rPr>
        <w:t>Câu 19: Đáp án đúng: C</w:t>
      </w:r>
    </w:p>
    <w:p>
      <w:r>
        <w:rPr>
          <w:b/>
        </w:rPr>
        <w:t>Câu 20: Đáp án đúng: C</w:t>
      </w:r>
    </w:p>
    <w:p>
      <w:r>
        <w:rPr>
          <w:b/>
        </w:rPr>
        <w:t>Câu 21: Đáp án đúng: C</w:t>
      </w:r>
    </w:p>
    <w:p>
      <w:r>
        <w:rPr>
          <w:b/>
        </w:rPr>
        <w:t>Câu 22: Đáp án đúng: A</w:t>
      </w:r>
    </w:p>
    <w:p>
      <w:r>
        <w:rPr>
          <w:b/>
        </w:rPr>
        <w:t>Câu 23: Đáp án đúng: D</w:t>
      </w:r>
    </w:p>
    <w:p>
      <w:r>
        <w:rPr>
          <w:b/>
        </w:rPr>
        <w:t>Câu 24: Đáp án đúng: A</w:t>
      </w:r>
    </w:p>
    <w:p>
      <w:r>
        <w:rPr>
          <w:b/>
        </w:rPr>
        <w:t>Câu 25: Đáp án đúng: B</w:t>
      </w:r>
    </w:p>
    <w:p>
      <w:r>
        <w:rPr>
          <w:b/>
        </w:rPr>
        <w:t>Câu 26: Đáp án đúng: C</w:t>
      </w:r>
    </w:p>
    <w:p>
      <w:r>
        <w:rPr>
          <w:b/>
        </w:rPr>
        <w:t>Câu 27: Đáp án đúng: D</w:t>
      </w:r>
    </w:p>
    <w:p>
      <w:r>
        <w:rPr>
          <w:b/>
        </w:rPr>
        <w:t>Câu 28: Đáp án đúng: D</w:t>
      </w:r>
    </w:p>
    <w:p>
      <w:r>
        <w:rPr>
          <w:b/>
        </w:rPr>
        <w:t>Câu 29: Đáp án đúng: D</w:t>
      </w:r>
    </w:p>
    <w:p>
      <w:r>
        <w:rPr>
          <w:b/>
        </w:rPr>
        <w:t>Câu 30: Đáp án đúng: C</w:t>
      </w:r>
    </w:p>
    <w:p>
      <w:r>
        <w:rPr>
          <w:b/>
        </w:rPr>
        <w:t>Câu 31: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