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Ngử văn 7: Nói tránh nó giảm trả lởi cau hỏi mở rộng trạng ngữ câu bằng cụm từ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Câu nào sau đây có sử dụng biện pháp nói tránh?</w:t>
      </w:r>
    </w:p>
    <w:p>
      <w:pPr>
        <w:pStyle w:val="ListParagraph"/>
      </w:pPr>
      <w:r>
        <w:rPr>
          <w:sz w:val="22"/>
        </w:rPr>
        <w:t>A. Bạn ấy không học giỏi.</w:t>
      </w:r>
    </w:p>
    <w:p>
      <w:pPr>
        <w:pStyle w:val="ListParagraph"/>
      </w:pPr>
      <w:r>
        <w:rPr>
          <w:sz w:val="22"/>
        </w:rPr>
        <w:t>B. Bạn ấy học dở tệ.</w:t>
      </w:r>
    </w:p>
    <w:p>
      <w:pPr>
        <w:pStyle w:val="ListParagraph"/>
      </w:pPr>
      <w:r>
        <w:rPr>
          <w:sz w:val="22"/>
        </w:rPr>
        <w:t>C. Bạn ấy học chưa được tốt lắm.</w:t>
      </w:r>
    </w:p>
    <w:p>
      <w:pPr>
        <w:pStyle w:val="ListParagraph"/>
      </w:pPr>
      <w:r>
        <w:rPr>
          <w:sz w:val="22"/>
        </w:rPr>
        <w:t>D. Bạn ấy học rất kém.</w:t>
      </w:r>
    </w:p>
    <w:p/>
    <w:p>
      <w:r>
        <w:rPr>
          <w:b/>
          <w:sz w:val="24"/>
        </w:rPr>
        <w:t>Câu 2: Trong câu 'Ông cụ đã đi xa từ mùa đông năm ngoái', cụm từ 'đi xa' được dùng để nói tránh điều gì?</w:t>
      </w:r>
    </w:p>
    <w:p>
      <w:pPr>
        <w:pStyle w:val="ListParagraph"/>
      </w:pPr>
      <w:r>
        <w:rPr>
          <w:sz w:val="22"/>
        </w:rPr>
        <w:t>A. Ông cụ đã qua đời</w:t>
      </w:r>
    </w:p>
    <w:p>
      <w:pPr>
        <w:pStyle w:val="ListParagraph"/>
      </w:pPr>
      <w:r>
        <w:rPr>
          <w:sz w:val="22"/>
        </w:rPr>
        <w:t>B. Ông cụ chuyển nhà</w:t>
      </w:r>
    </w:p>
    <w:p>
      <w:pPr>
        <w:pStyle w:val="ListParagraph"/>
      </w:pPr>
      <w:r>
        <w:rPr>
          <w:sz w:val="22"/>
        </w:rPr>
        <w:t>C. Ông cụ đi thăm họ hàng</w:t>
      </w:r>
    </w:p>
    <w:p>
      <w:pPr>
        <w:pStyle w:val="ListParagraph"/>
      </w:pPr>
      <w:r>
        <w:rPr>
          <w:sz w:val="22"/>
        </w:rPr>
        <w:t>D. Ông cụ đi du lịch xa</w:t>
      </w:r>
    </w:p>
    <w:p/>
    <w:p>
      <w:r>
        <w:rPr>
          <w:b/>
          <w:sz w:val="24"/>
        </w:rPr>
        <w:t>Câu 3: Câu nào sau đây KHÔNG phải là câu hỏi mở rộng thành phần?</w:t>
      </w:r>
    </w:p>
    <w:p>
      <w:pPr>
        <w:pStyle w:val="ListParagraph"/>
      </w:pPr>
      <w:r>
        <w:rPr>
          <w:sz w:val="22"/>
        </w:rPr>
        <w:t>A. Trên cành cây, chim hót líu lo.</w:t>
      </w:r>
    </w:p>
    <w:p>
      <w:pPr>
        <w:pStyle w:val="ListParagraph"/>
      </w:pPr>
      <w:r>
        <w:rPr>
          <w:sz w:val="22"/>
        </w:rPr>
        <w:t>B. Vì trời mưa, chúng em nghỉ học.</w:t>
      </w:r>
    </w:p>
    <w:p>
      <w:pPr>
        <w:pStyle w:val="ListParagraph"/>
      </w:pPr>
      <w:r>
        <w:rPr>
          <w:sz w:val="22"/>
        </w:rPr>
        <w:t>C. Bạn có đi học không?</w:t>
      </w:r>
    </w:p>
    <w:p>
      <w:pPr>
        <w:pStyle w:val="ListParagraph"/>
      </w:pPr>
      <w:r>
        <w:rPr>
          <w:sz w:val="22"/>
        </w:rPr>
        <w:t>D. Bằng nỗ lực, Lan đã đạt điểm cao.</w:t>
      </w:r>
    </w:p>
    <w:p/>
    <w:p>
      <w:r>
        <w:rPr>
          <w:b/>
          <w:sz w:val="24"/>
        </w:rPr>
        <w:t>Câu 4: Trạng ngữ trong câu 'Sáng nay, trời rất đẹp' bổ sung ý nghĩa gì?</w:t>
      </w:r>
    </w:p>
    <w:p>
      <w:pPr>
        <w:pStyle w:val="ListParagraph"/>
      </w:pPr>
      <w:r>
        <w:rPr>
          <w:sz w:val="22"/>
        </w:rPr>
        <w:t>A. Địa điểm</w:t>
      </w:r>
    </w:p>
    <w:p>
      <w:pPr>
        <w:pStyle w:val="ListParagraph"/>
      </w:pPr>
      <w:r>
        <w:rPr>
          <w:sz w:val="22"/>
        </w:rPr>
        <w:t>B. Nguyên nhân</w:t>
      </w:r>
    </w:p>
    <w:p>
      <w:pPr>
        <w:pStyle w:val="ListParagraph"/>
      </w:pPr>
      <w:r>
        <w:rPr>
          <w:sz w:val="22"/>
        </w:rPr>
        <w:t>C. Thời gian</w:t>
      </w:r>
    </w:p>
    <w:p>
      <w:pPr>
        <w:pStyle w:val="ListParagraph"/>
      </w:pPr>
      <w:r>
        <w:rPr>
          <w:sz w:val="22"/>
        </w:rPr>
        <w:t>D. Mục đích</w:t>
      </w:r>
    </w:p>
    <w:p/>
    <w:p>
      <w:r>
        <w:rPr>
          <w:b/>
          <w:sz w:val="24"/>
        </w:rPr>
        <w:t>Câu 5: Câu nào sau đây mở rộng thành phần câu bằng cụm từ?</w:t>
      </w:r>
    </w:p>
    <w:p>
      <w:pPr>
        <w:pStyle w:val="ListParagraph"/>
      </w:pPr>
      <w:r>
        <w:rPr>
          <w:sz w:val="22"/>
        </w:rPr>
        <w:t>A. Hoa nở.</w:t>
      </w:r>
    </w:p>
    <w:p>
      <w:pPr>
        <w:pStyle w:val="ListParagraph"/>
      </w:pPr>
      <w:r>
        <w:rPr>
          <w:sz w:val="22"/>
        </w:rPr>
        <w:t>B. Hoa đẹp quá.</w:t>
      </w:r>
    </w:p>
    <w:p>
      <w:pPr>
        <w:pStyle w:val="ListParagraph"/>
      </w:pPr>
      <w:r>
        <w:rPr>
          <w:sz w:val="22"/>
        </w:rPr>
        <w:t>C. Những bông hoa nở rộ.</w:t>
      </w:r>
    </w:p>
    <w:p>
      <w:pPr>
        <w:pStyle w:val="ListParagraph"/>
      </w:pPr>
      <w:r>
        <w:rPr>
          <w:sz w:val="22"/>
        </w:rPr>
        <w:t>D. Hoa rất đẹp.</w:t>
      </w:r>
    </w:p>
    <w:p/>
    <w:p>
      <w:r>
        <w:rPr>
          <w:b/>
          <w:sz w:val="24"/>
        </w:rPr>
        <w:t>Câu 6: Cách nói nào sau đây là nói tránh khi muốn nói về cái chết?</w:t>
      </w:r>
    </w:p>
    <w:p>
      <w:pPr>
        <w:pStyle w:val="ListParagraph"/>
      </w:pPr>
      <w:r>
        <w:rPr>
          <w:sz w:val="22"/>
        </w:rPr>
        <w:t>A. Bà ấy đã từ trần.</w:t>
      </w:r>
    </w:p>
    <w:p>
      <w:pPr>
        <w:pStyle w:val="ListParagraph"/>
      </w:pPr>
      <w:r>
        <w:rPr>
          <w:sz w:val="22"/>
        </w:rPr>
        <w:t>B. Bà ấy đã mất rồi.</w:t>
      </w:r>
    </w:p>
    <w:p>
      <w:pPr>
        <w:pStyle w:val="ListParagraph"/>
      </w:pPr>
      <w:r>
        <w:rPr>
          <w:sz w:val="22"/>
        </w:rPr>
        <w:t>C. Bà ấy không còn sống nữa.</w:t>
      </w:r>
    </w:p>
    <w:p>
      <w:pPr>
        <w:pStyle w:val="ListParagraph"/>
      </w:pPr>
      <w:r>
        <w:rPr>
          <w:sz w:val="22"/>
        </w:rPr>
        <w:t>D. Bà ấy đã chết rồi.</w:t>
      </w:r>
    </w:p>
    <w:p/>
    <w:p>
      <w:r>
        <w:rPr>
          <w:b/>
          <w:sz w:val="24"/>
        </w:rPr>
        <w:t>Câu 7: Trong câu 'Vì bị ốm, Nam không đến lớp', trạng ngữ 'Vì bị ốm' trả lời cho câu hỏi nào?</w:t>
      </w:r>
    </w:p>
    <w:p>
      <w:pPr>
        <w:pStyle w:val="ListParagraph"/>
      </w:pPr>
      <w:r>
        <w:rPr>
          <w:sz w:val="22"/>
        </w:rPr>
        <w:t>A. Ở đâu?</w:t>
      </w:r>
    </w:p>
    <w:p>
      <w:pPr>
        <w:pStyle w:val="ListParagraph"/>
      </w:pPr>
      <w:r>
        <w:rPr>
          <w:sz w:val="22"/>
        </w:rPr>
        <w:t>B. Vì sao?</w:t>
      </w:r>
    </w:p>
    <w:p>
      <w:pPr>
        <w:pStyle w:val="ListParagraph"/>
      </w:pPr>
      <w:r>
        <w:rPr>
          <w:sz w:val="22"/>
        </w:rPr>
        <w:t>C. Khi nào?</w:t>
      </w:r>
    </w:p>
    <w:p>
      <w:pPr>
        <w:pStyle w:val="ListParagraph"/>
      </w:pPr>
      <w:r>
        <w:rPr>
          <w:sz w:val="22"/>
        </w:rPr>
        <w:t>D. Để làm gì?</w:t>
      </w:r>
    </w:p>
    <w:p/>
    <w:p>
      <w:r>
        <w:rPr>
          <w:b/>
          <w:sz w:val="24"/>
        </w:rPr>
        <w:t>Câu 8: Câu hỏi mở rộng thành phần nào sau đây đúng với câu 'Lan học bài chăm chỉ'?</w:t>
      </w:r>
    </w:p>
    <w:p>
      <w:pPr>
        <w:pStyle w:val="ListParagraph"/>
      </w:pPr>
      <w:r>
        <w:rPr>
          <w:sz w:val="22"/>
        </w:rPr>
        <w:t>A. Lan học bài ở đâu?</w:t>
      </w:r>
    </w:p>
    <w:p>
      <w:pPr>
        <w:pStyle w:val="ListParagraph"/>
      </w:pPr>
      <w:r>
        <w:rPr>
          <w:sz w:val="22"/>
        </w:rPr>
        <w:t>B. Lan học bài khi nào?</w:t>
      </w:r>
    </w:p>
    <w:p>
      <w:pPr>
        <w:pStyle w:val="ListParagraph"/>
      </w:pPr>
      <w:r>
        <w:rPr>
          <w:sz w:val="22"/>
        </w:rPr>
        <w:t>C. Lan học bài vì sao?</w:t>
      </w:r>
    </w:p>
    <w:p>
      <w:pPr>
        <w:pStyle w:val="ListParagraph"/>
      </w:pPr>
      <w:r>
        <w:rPr>
          <w:sz w:val="22"/>
        </w:rPr>
        <w:t>D. Lan học bài như thế nào?</w:t>
      </w:r>
    </w:p>
    <w:p/>
    <w:p>
      <w:r>
        <w:rPr>
          <w:b/>
          <w:sz w:val="24"/>
        </w:rPr>
        <w:t>Câu 9: Câu nào sau đây có trạng ngữ chỉ mục đích?</w:t>
      </w:r>
    </w:p>
    <w:p>
      <w:pPr>
        <w:pStyle w:val="ListParagraph"/>
      </w:pPr>
      <w:r>
        <w:rPr>
          <w:sz w:val="22"/>
        </w:rPr>
        <w:t>A. Vào mùa xuân, hoa nở rộ.</w:t>
      </w:r>
    </w:p>
    <w:p>
      <w:pPr>
        <w:pStyle w:val="ListParagraph"/>
      </w:pPr>
      <w:r>
        <w:rPr>
          <w:sz w:val="22"/>
        </w:rPr>
        <w:t>B. Để đạt điểm cao, em chăm chỉ học tập.</w:t>
      </w:r>
    </w:p>
    <w:p>
      <w:pPr>
        <w:pStyle w:val="ListParagraph"/>
      </w:pPr>
      <w:r>
        <w:rPr>
          <w:sz w:val="22"/>
        </w:rPr>
        <w:t>C. Vì mưa to, đường ngập nước.</w:t>
      </w:r>
    </w:p>
    <w:p>
      <w:pPr>
        <w:pStyle w:val="ListParagraph"/>
      </w:pPr>
      <w:r>
        <w:rPr>
          <w:sz w:val="22"/>
        </w:rPr>
        <w:t>D. Trên bầu trời, mây trắng bay.</w:t>
      </w:r>
    </w:p>
    <w:p/>
    <w:p>
      <w:r>
        <w:rPr>
          <w:b/>
          <w:sz w:val="24"/>
        </w:rPr>
        <w:t>Câu 10: Câu nào sau đây sử dụng nói tránh để giảm nhẹ sự đau buồn?</w:t>
      </w:r>
    </w:p>
    <w:p>
      <w:pPr>
        <w:pStyle w:val="ListParagraph"/>
      </w:pPr>
      <w:r>
        <w:rPr>
          <w:sz w:val="22"/>
        </w:rPr>
        <w:t>A. Cụ ấy đã chết.</w:t>
      </w:r>
    </w:p>
    <w:p>
      <w:pPr>
        <w:pStyle w:val="ListParagraph"/>
      </w:pPr>
      <w:r>
        <w:rPr>
          <w:sz w:val="22"/>
        </w:rPr>
        <w:t>B. Cụ ấy đã quy tiên.</w:t>
      </w:r>
    </w:p>
    <w:p>
      <w:pPr>
        <w:pStyle w:val="ListParagraph"/>
      </w:pPr>
      <w:r>
        <w:rPr>
          <w:sz w:val="22"/>
        </w:rPr>
        <w:t>C. Cụ ấy đã mất tích.</w:t>
      </w:r>
    </w:p>
    <w:p>
      <w:pPr>
        <w:pStyle w:val="ListParagraph"/>
      </w:pPr>
      <w:r>
        <w:rPr>
          <w:sz w:val="22"/>
        </w:rPr>
        <w:t>D. Cụ ấy không còn sống.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Dùng cách diễn đạt nhẹ nhàng 'chưa được tốt lắm' để tránh nói thẳng điều tiêu cực.</w:t>
      </w:r>
    </w:p>
    <w:p>
      <w:r>
        <w:rPr>
          <w:b/>
        </w:rPr>
        <w:t>Câu 2: Đáp án đúng: A</w:t>
      </w:r>
    </w:p>
    <w:p>
      <w:r>
        <w:rPr>
          <w:i/>
        </w:rPr>
        <w:t>Giải thích: 'Đi xa' là cách nói tránh để chỉ việc ông cụ đã qua đời.</w:t>
      </w:r>
    </w:p>
    <w:p>
      <w:r>
        <w:rPr>
          <w:b/>
        </w:rPr>
        <w:t>Câu 3: Đáp án đúng: C</w:t>
      </w:r>
    </w:p>
    <w:p>
      <w:r>
        <w:rPr>
          <w:i/>
        </w:rPr>
        <w:t>Giải thích: Câu 'Bạn có đi học không?' là câu hỏi thông thường, không có thành phần mở rộng.</w:t>
      </w:r>
    </w:p>
    <w:p>
      <w:r>
        <w:rPr>
          <w:b/>
        </w:rPr>
        <w:t>Câu 4: Đáp án đúng: C</w:t>
      </w:r>
    </w:p>
    <w:p>
      <w:r>
        <w:rPr>
          <w:i/>
        </w:rPr>
        <w:t>Giải thích: Trạng ngữ 'Sáng nay' bổ sung ý nghĩa về thời gian cho câu.</w:t>
      </w:r>
    </w:p>
    <w:p>
      <w:r>
        <w:rPr>
          <w:b/>
        </w:rPr>
        <w:t>Câu 5: Đáp án đúng: C</w:t>
      </w:r>
    </w:p>
    <w:p>
      <w:r>
        <w:rPr>
          <w:i/>
        </w:rPr>
        <w:t>Giải thích: Câu 'Những bông hoa nở rộ' mở rộng chủ ngữ bằng cụm danh từ 'Những bông hoa'.</w:t>
      </w:r>
    </w:p>
    <w:p>
      <w:r>
        <w:rPr>
          <w:b/>
        </w:rPr>
        <w:t>Câu 6: Đáp án đúng: A</w:t>
      </w:r>
    </w:p>
    <w:p>
      <w:r>
        <w:rPr>
          <w:i/>
        </w:rPr>
        <w:t>Giải thích: 'Từ trần' là cách nói tránh trang trọng để chỉ cái chết.</w:t>
      </w:r>
    </w:p>
    <w:p>
      <w:r>
        <w:rPr>
          <w:b/>
        </w:rPr>
        <w:t>Câu 7: Đáp án đúng: B</w:t>
      </w:r>
    </w:p>
    <w:p>
      <w:r>
        <w:rPr>
          <w:i/>
        </w:rPr>
        <w:t>Giải thích: Trạng ngữ chỉ nguyên nhân 'Vì bị ốm' trả lời cho câu hỏi 'Vì sao?'.</w:t>
      </w:r>
    </w:p>
    <w:p>
      <w:r>
        <w:rPr>
          <w:b/>
        </w:rPr>
        <w:t>Câu 8: Đáp án đúng: D</w:t>
      </w:r>
    </w:p>
    <w:p>
      <w:r>
        <w:rPr>
          <w:i/>
        </w:rPr>
        <w:t>Giải thích: Câu hỏi 'như thế nào?' hỏi về cách thức, phù hợp với trạng từ 'chăm chỉ'.</w:t>
      </w:r>
    </w:p>
    <w:p>
      <w:r>
        <w:rPr>
          <w:b/>
        </w:rPr>
        <w:t>Câu 9: Đáp án đúng: B</w:t>
      </w:r>
    </w:p>
    <w:p>
      <w:r>
        <w:rPr>
          <w:i/>
        </w:rPr>
        <w:t>Giải thích: Trạng ngữ 'Để đạt điểm cao' chỉ mục đích của hành động học tập.</w:t>
      </w:r>
    </w:p>
    <w:p>
      <w:r>
        <w:rPr>
          <w:b/>
        </w:rPr>
        <w:t>Câu 10: Đáp án đúng: B</w:t>
      </w:r>
    </w:p>
    <w:p>
      <w:r>
        <w:rPr>
          <w:i/>
        </w:rPr>
        <w:t>Giải thích: 'Quy tiên' là cách nói tránh trang trọng, giảm nhẹ sự đau buồn khi nói về cái chết.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