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gk tin học 12</w:t>
      </w:r>
    </w:p>
    <w:p>
      <w:pPr>
        <w:jc w:val="center"/>
      </w:pPr>
      <w:r>
        <w:rPr>
          <w:sz w:val="22"/>
        </w:rPr>
        <w:t>Số câu: 35    Thời gian: _____ phút    Họ và tên: _________________________</w:t>
      </w:r>
    </w:p>
    <w:p/>
    <w:p>
      <w:r>
        <w:rPr>
          <w:b/>
          <w:sz w:val="24"/>
        </w:rPr>
        <w:t>Câu 1: Thiết bị mạng nào dùng để kết nối các máy tính trong cùng một LAN và chuyển dữ liệu trực tiếp giữa cổng gửi và cổng nhận?</w:t>
      </w:r>
    </w:p>
    <w:p>
      <w:pPr>
        <w:pStyle w:val="ListParagraph"/>
      </w:pPr>
      <w:r>
        <w:rPr>
          <w:sz w:val="22"/>
        </w:rPr>
        <w:t>A. Repeater</w:t>
      </w:r>
    </w:p>
    <w:p>
      <w:pPr>
        <w:pStyle w:val="ListParagraph"/>
      </w:pPr>
      <w:r>
        <w:rPr>
          <w:sz w:val="22"/>
        </w:rPr>
        <w:t>B. Hub</w:t>
      </w:r>
    </w:p>
    <w:p>
      <w:pPr>
        <w:pStyle w:val="ListParagraph"/>
      </w:pPr>
      <w:r>
        <w:rPr>
          <w:sz w:val="22"/>
        </w:rPr>
        <w:t>C. Switch</w:t>
      </w:r>
    </w:p>
    <w:p>
      <w:pPr>
        <w:pStyle w:val="ListParagraph"/>
      </w:pPr>
      <w:r>
        <w:rPr>
          <w:sz w:val="22"/>
        </w:rPr>
        <w:t>D. Modem</w:t>
      </w:r>
    </w:p>
    <w:p/>
    <w:p>
      <w:r>
        <w:rPr>
          <w:b/>
          <w:sz w:val="24"/>
        </w:rPr>
        <w:t>Câu 2: Giao thức quy định cách trao đổi dữ liệu trong mạng cục bộ dựa vào địa chỉ MAC phần cứng là gì?</w:t>
      </w:r>
    </w:p>
    <w:p>
      <w:pPr>
        <w:pStyle w:val="ListParagraph"/>
      </w:pPr>
      <w:r>
        <w:rPr>
          <w:sz w:val="22"/>
        </w:rPr>
        <w:t>A. IP</w:t>
      </w:r>
    </w:p>
    <w:p>
      <w:pPr>
        <w:pStyle w:val="ListParagraph"/>
      </w:pPr>
      <w:r>
        <w:rPr>
          <w:sz w:val="22"/>
        </w:rPr>
        <w:t>B. TCP</w:t>
      </w:r>
    </w:p>
    <w:p>
      <w:pPr>
        <w:pStyle w:val="ListParagraph"/>
      </w:pPr>
      <w:r>
        <w:rPr>
          <w:sz w:val="22"/>
        </w:rPr>
        <w:t>C. Ethernet</w:t>
      </w:r>
    </w:p>
    <w:p>
      <w:pPr>
        <w:pStyle w:val="ListParagraph"/>
      </w:pPr>
      <w:r>
        <w:rPr>
          <w:sz w:val="22"/>
        </w:rPr>
        <w:t>D. SMTP</w:t>
      </w:r>
    </w:p>
    <w:p/>
    <w:p>
      <w:r>
        <w:rPr>
          <w:b/>
          <w:sz w:val="24"/>
        </w:rPr>
        <w:t>Câu 3: Tập hợp các quy định về định dạng, ý nghĩa và cách thức giao tiếp để truyền nhận dữ liệu qua mạng gọi là gì?</w:t>
      </w:r>
    </w:p>
    <w:p>
      <w:pPr>
        <w:pStyle w:val="ListParagraph"/>
      </w:pPr>
      <w:r>
        <w:rPr>
          <w:sz w:val="22"/>
        </w:rPr>
        <w:t>A. Địa chỉ phần cứng</w:t>
      </w:r>
    </w:p>
    <w:p>
      <w:pPr>
        <w:pStyle w:val="ListParagraph"/>
      </w:pPr>
      <w:r>
        <w:rPr>
          <w:sz w:val="22"/>
        </w:rPr>
        <w:t>B. Giao thức mạng (Network Protocol)</w:t>
      </w:r>
    </w:p>
    <w:p>
      <w:pPr>
        <w:pStyle w:val="ListParagraph"/>
      </w:pPr>
      <w:r>
        <w:rPr>
          <w:sz w:val="22"/>
        </w:rPr>
        <w:t>C. Hệ điều hành mạng</w:t>
      </w:r>
    </w:p>
    <w:p>
      <w:pPr>
        <w:pStyle w:val="ListParagraph"/>
      </w:pPr>
      <w:r>
        <w:rPr>
          <w:sz w:val="22"/>
        </w:rPr>
        <w:t>D. Dịch vụ mạng</w:t>
      </w:r>
    </w:p>
    <w:p/>
    <w:p>
      <w:r>
        <w:rPr>
          <w:b/>
          <w:sz w:val="24"/>
        </w:rPr>
        <w:t>Câu 4: Một trong những rủi ro an toàn nguy hiểm nhất khi giao toàn quyền quyết định cho AI là gì?</w:t>
      </w:r>
    </w:p>
    <w:p>
      <w:pPr>
        <w:pStyle w:val="ListParagraph"/>
      </w:pPr>
      <w:r>
        <w:rPr>
          <w:sz w:val="22"/>
        </w:rPr>
        <w:t>A. AI điều khiển tự động hệ thống vũ khí sát thương.</w:t>
      </w:r>
    </w:p>
    <w:p>
      <w:pPr>
        <w:pStyle w:val="ListParagraph"/>
      </w:pPr>
      <w:r>
        <w:rPr>
          <w:sz w:val="22"/>
        </w:rPr>
        <w:t>B. AI tự động chấm công sai.</w:t>
      </w:r>
    </w:p>
    <w:p>
      <w:pPr>
        <w:pStyle w:val="ListParagraph"/>
      </w:pPr>
      <w:r>
        <w:rPr>
          <w:sz w:val="22"/>
        </w:rPr>
        <w:t>C. AI gửi quá nhiều tin nhắn rác.</w:t>
      </w:r>
    </w:p>
    <w:p>
      <w:pPr>
        <w:pStyle w:val="ListParagraph"/>
      </w:pPr>
      <w:r>
        <w:rPr>
          <w:sz w:val="22"/>
        </w:rPr>
        <w:t>D. AI gợi ý video không chính xác.</w:t>
      </w:r>
    </w:p>
    <w:p/>
    <w:p>
      <w:r>
        <w:rPr>
          <w:b/>
          <w:sz w:val="24"/>
        </w:rPr>
        <w:t>Câu 5: Nhiệm vụ chính của giao thức IP trên mạng Internet là gì?</w:t>
      </w:r>
    </w:p>
    <w:p>
      <w:pPr>
        <w:pStyle w:val="ListParagraph"/>
      </w:pPr>
      <w:r>
        <w:rPr>
          <w:sz w:val="22"/>
        </w:rPr>
        <w:t>A. Đánh địa chỉ và định tuyến để dẫn dữ liệu từ máy gửi đến máy nhận.</w:t>
      </w:r>
    </w:p>
    <w:p>
      <w:pPr>
        <w:pStyle w:val="ListParagraph"/>
      </w:pPr>
      <w:r>
        <w:rPr>
          <w:sz w:val="22"/>
        </w:rPr>
        <w:t>B. Hiển thị trang web dưới dạng siêu văn bản.</w:t>
      </w:r>
    </w:p>
    <w:p>
      <w:pPr>
        <w:pStyle w:val="ListParagraph"/>
      </w:pPr>
      <w:r>
        <w:rPr>
          <w:sz w:val="22"/>
        </w:rPr>
        <w:t>C. Sắp xếp lại các gói tin bị đảo trật tự.</w:t>
      </w:r>
    </w:p>
    <w:p>
      <w:pPr>
        <w:pStyle w:val="ListParagraph"/>
      </w:pPr>
      <w:r>
        <w:rPr>
          <w:sz w:val="22"/>
        </w:rPr>
        <w:t>D. Kiểm tra lỗi và yêu cầu gửi lại gói tin hỏng.</w:t>
      </w:r>
    </w:p>
    <w:p/>
    <w:p>
      <w:r>
        <w:rPr>
          <w:b/>
          <w:sz w:val="24"/>
        </w:rPr>
        <w:t>Câu 6: Hệ chuyên gia MYCIN được phát triển ban đầu tại Đại học Stanford phục vụ lĩnh vực nào?</w:t>
      </w:r>
    </w:p>
    <w:p>
      <w:pPr>
        <w:pStyle w:val="ListParagraph"/>
      </w:pPr>
      <w:r>
        <w:rPr>
          <w:sz w:val="22"/>
        </w:rPr>
        <w:t>A. Nhận dạng chữ viết tay</w:t>
      </w:r>
    </w:p>
    <w:p>
      <w:pPr>
        <w:pStyle w:val="ListParagraph"/>
      </w:pPr>
      <w:r>
        <w:rPr>
          <w:sz w:val="22"/>
        </w:rPr>
        <w:t>B. Điều khiển xe tự lái</w:t>
      </w:r>
    </w:p>
    <w:p>
      <w:pPr>
        <w:pStyle w:val="ListParagraph"/>
      </w:pPr>
      <w:r>
        <w:rPr>
          <w:sz w:val="22"/>
        </w:rPr>
        <w:t>C. Chẩn đoán vi khuẩn gây nhiễm trùng máu</w:t>
      </w:r>
    </w:p>
    <w:p>
      <w:pPr>
        <w:pStyle w:val="ListParagraph"/>
      </w:pPr>
      <w:r>
        <w:rPr>
          <w:sz w:val="22"/>
        </w:rPr>
        <w:t>D. Dự báo thời tiết</w:t>
      </w:r>
    </w:p>
    <w:p/>
    <w:p>
      <w:r>
        <w:rPr>
          <w:b/>
          <w:sz w:val="24"/>
        </w:rPr>
        <w:t>Câu 7: Giao thức TCP chịu trách nhiệm nào trong bộ giao thức TCP/IP?</w:t>
      </w:r>
    </w:p>
    <w:p>
      <w:pPr>
        <w:pStyle w:val="ListParagraph"/>
      </w:pPr>
      <w:r>
        <w:rPr>
          <w:sz w:val="22"/>
        </w:rPr>
        <w:t>A. Phát sóng Wi-Fi.</w:t>
      </w:r>
    </w:p>
    <w:p>
      <w:pPr>
        <w:pStyle w:val="ListParagraph"/>
      </w:pPr>
      <w:r>
        <w:rPr>
          <w:sz w:val="22"/>
        </w:rPr>
        <w:t>B. Chuyển đổi địa chỉ IP thành tên miền.</w:t>
      </w:r>
    </w:p>
    <w:p>
      <w:pPr>
        <w:pStyle w:val="ListParagraph"/>
      </w:pPr>
      <w:r>
        <w:rPr>
          <w:sz w:val="22"/>
        </w:rPr>
        <w:t>C. Gán địa chỉ IP cho các Router.</w:t>
      </w:r>
    </w:p>
    <w:p>
      <w:pPr>
        <w:pStyle w:val="ListParagraph"/>
      </w:pPr>
      <w:r>
        <w:rPr>
          <w:sz w:val="22"/>
        </w:rPr>
        <w:t>D. Cắt dữ liệu thành các gói, đánh số trật tự, cấp cổng ứng dụng và đảm bảo truyền tin cậy.</w:t>
      </w:r>
    </w:p>
    <w:p/>
    <w:p>
      <w:r>
        <w:rPr>
          <w:b/>
          <w:sz w:val="24"/>
        </w:rPr>
        <w:t>Câu 8: Mô hình xử lý ngôn ngữ AI gây đột phá lớn ra mắt năm 2022 do OpenAI phát triển là gì?</w:t>
      </w:r>
    </w:p>
    <w:p>
      <w:pPr>
        <w:pStyle w:val="ListParagraph"/>
      </w:pPr>
      <w:r>
        <w:rPr>
          <w:sz w:val="22"/>
        </w:rPr>
        <w:t>A. IBM Watson</w:t>
      </w:r>
    </w:p>
    <w:p>
      <w:pPr>
        <w:pStyle w:val="ListParagraph"/>
      </w:pPr>
      <w:r>
        <w:rPr>
          <w:sz w:val="22"/>
        </w:rPr>
        <w:t>B. Asimo</w:t>
      </w:r>
    </w:p>
    <w:p>
      <w:pPr>
        <w:pStyle w:val="ListParagraph"/>
      </w:pPr>
      <w:r>
        <w:rPr>
          <w:sz w:val="22"/>
        </w:rPr>
        <w:t>C. ChatGPT</w:t>
      </w:r>
    </w:p>
    <w:p>
      <w:pPr>
        <w:pStyle w:val="ListParagraph"/>
      </w:pPr>
      <w:r>
        <w:rPr>
          <w:sz w:val="22"/>
        </w:rPr>
        <w:t>D. MYCIN</w:t>
      </w:r>
    </w:p>
    <w:p/>
    <w:p>
      <w:r>
        <w:rPr>
          <w:b/>
          <w:sz w:val="24"/>
        </w:rPr>
        <w:t>Câu 9: Để ứng xử nhân văn trên không gian mạng, khi gặp thông tin trái chiều hoặc mâu thuẫn, chúng ta nên làm gì?</w:t>
      </w:r>
    </w:p>
    <w:p>
      <w:pPr>
        <w:pStyle w:val="ListParagraph"/>
      </w:pPr>
      <w:r>
        <w:rPr>
          <w:sz w:val="22"/>
        </w:rPr>
        <w:t>A. Chia sẻ thông tin đó khắp các hội nhóm để hạ uy tín đối phương.</w:t>
      </w:r>
    </w:p>
    <w:p>
      <w:pPr>
        <w:pStyle w:val="ListParagraph"/>
      </w:pPr>
      <w:r>
        <w:rPr>
          <w:sz w:val="22"/>
        </w:rPr>
        <w:t>B. Lập tức công kích cá nhân và lôi kéo người khác vào chửi bới.</w:t>
      </w:r>
    </w:p>
    <w:p>
      <w:pPr>
        <w:pStyle w:val="ListParagraph"/>
      </w:pPr>
      <w:r>
        <w:rPr>
          <w:sz w:val="22"/>
        </w:rPr>
        <w:t>C. Bình tĩnh lắng nghe, phản bác lịch sự và đưa ra lý do khách quan.</w:t>
      </w:r>
    </w:p>
    <w:p>
      <w:pPr>
        <w:pStyle w:val="ListParagraph"/>
      </w:pPr>
      <w:r>
        <w:rPr>
          <w:sz w:val="22"/>
        </w:rPr>
        <w:t>D. Đe dọa trừng phạt đối phương.</w:t>
      </w:r>
    </w:p>
    <w:p/>
    <w:p>
      <w:r>
        <w:rPr>
          <w:b/>
          <w:sz w:val="24"/>
        </w:rPr>
        <w:t>Câu 10: Để các máy tính trong cùng mạng LAN thấy nhau và chia sẻ tệp trên Windows, thiết lập mạng nào cần được bật?</w:t>
      </w:r>
    </w:p>
    <w:p>
      <w:pPr>
        <w:pStyle w:val="ListParagraph"/>
      </w:pPr>
      <w:r>
        <w:rPr>
          <w:sz w:val="22"/>
        </w:rPr>
        <w:t>A. Network discovery và File and printer sharing</w:t>
      </w:r>
    </w:p>
    <w:p>
      <w:pPr>
        <w:pStyle w:val="ListParagraph"/>
      </w:pPr>
      <w:r>
        <w:rPr>
          <w:sz w:val="22"/>
        </w:rPr>
        <w:t>B. Public network</w:t>
      </w:r>
    </w:p>
    <w:p>
      <w:pPr>
        <w:pStyle w:val="ListParagraph"/>
      </w:pPr>
      <w:r>
        <w:rPr>
          <w:sz w:val="22"/>
        </w:rPr>
        <w:t>C. Password protected sharing</w:t>
      </w:r>
    </w:p>
    <w:p>
      <w:pPr>
        <w:pStyle w:val="ListParagraph"/>
      </w:pPr>
      <w:r>
        <w:rPr>
          <w:sz w:val="22"/>
        </w:rPr>
        <w:t>D. Dial-up connection</w:t>
      </w:r>
    </w:p>
    <w:p/>
    <w:p>
      <w:r>
        <w:rPr>
          <w:b/>
          <w:sz w:val="24"/>
        </w:rPr>
        <w:t>Câu 11: Chức năng chính của Modem trong việc kết nối Internet là gì?</w:t>
      </w:r>
    </w:p>
    <w:p>
      <w:pPr>
        <w:pStyle w:val="ListParagraph"/>
      </w:pPr>
      <w:r>
        <w:rPr>
          <w:sz w:val="22"/>
        </w:rPr>
        <w:t>A. Gộp nhiều mạng LAN thành một mạng duy nhất.</w:t>
      </w:r>
    </w:p>
    <w:p>
      <w:pPr>
        <w:pStyle w:val="ListParagraph"/>
      </w:pPr>
      <w:r>
        <w:rPr>
          <w:sz w:val="22"/>
        </w:rPr>
        <w:t>B. Lưu trữ các trang web.</w:t>
      </w:r>
    </w:p>
    <w:p>
      <w:pPr>
        <w:pStyle w:val="ListParagraph"/>
      </w:pPr>
      <w:r>
        <w:rPr>
          <w:sz w:val="22"/>
        </w:rPr>
        <w:t>C. Tạo địa chỉ MAC cho máy tính.</w:t>
      </w:r>
    </w:p>
    <w:p>
      <w:pPr>
        <w:pStyle w:val="ListParagraph"/>
      </w:pPr>
      <w:r>
        <w:rPr>
          <w:sz w:val="22"/>
        </w:rPr>
        <w:t>D. Chuyển đổi qua lại giữa tín hiệu số (digital) và tín hiệu tương tự (analog).</w:t>
      </w:r>
    </w:p>
    <w:p/>
    <w:p>
      <w:r>
        <w:rPr>
          <w:b/>
          <w:sz w:val="24"/>
        </w:rPr>
        <w:t>Câu 12: Thuật ngữ 'Artificial Intelligence' (AI) chính thức được ghi nhận ra đời tại sự kiện nào?</w:t>
      </w:r>
    </w:p>
    <w:p>
      <w:pPr>
        <w:pStyle w:val="ListParagraph"/>
      </w:pPr>
      <w:r>
        <w:rPr>
          <w:sz w:val="22"/>
        </w:rPr>
        <w:t>A. Hội thảo Dartmouth năm 1956.</w:t>
      </w:r>
    </w:p>
    <w:p>
      <w:pPr>
        <w:pStyle w:val="ListParagraph"/>
      </w:pPr>
      <w:r>
        <w:rPr>
          <w:sz w:val="22"/>
        </w:rPr>
        <w:t>B. Sự ra đời của hệ thống MYCIN năm 1972.</w:t>
      </w:r>
    </w:p>
    <w:p>
      <w:pPr>
        <w:pStyle w:val="ListParagraph"/>
      </w:pPr>
      <w:r>
        <w:rPr>
          <w:sz w:val="22"/>
        </w:rPr>
        <w:t>C. Sự ra đời của ChatGPT năm 2022.</w:t>
      </w:r>
    </w:p>
    <w:p>
      <w:pPr>
        <w:pStyle w:val="ListParagraph"/>
      </w:pPr>
      <w:r>
        <w:rPr>
          <w:sz w:val="22"/>
        </w:rPr>
        <w:t>D. Phép thử Turing năm 1950.</w:t>
      </w:r>
    </w:p>
    <w:p/>
    <w:p>
      <w:r>
        <w:rPr>
          <w:b/>
          <w:sz w:val="24"/>
        </w:rPr>
        <w:t>Câu 13: Điểm khác biệt chính trong nguyên lý hoạt động giữa Hub và Switch là gì?</w:t>
      </w:r>
    </w:p>
    <w:p>
      <w:pPr>
        <w:pStyle w:val="ListParagraph"/>
      </w:pPr>
      <w:r>
        <w:rPr>
          <w:sz w:val="22"/>
        </w:rPr>
        <w:t>A. Switch dùng cho mạng diện rộng, Hub dùng cho mạng toàn cầu.</w:t>
      </w:r>
    </w:p>
    <w:p>
      <w:pPr>
        <w:pStyle w:val="ListParagraph"/>
      </w:pPr>
      <w:r>
        <w:rPr>
          <w:sz w:val="22"/>
        </w:rPr>
        <w:t>B. Switch phát tín hiệu đến tất cả các cổng, Hub truyền theo cặp cổng.</w:t>
      </w:r>
    </w:p>
    <w:p>
      <w:pPr>
        <w:pStyle w:val="ListParagraph"/>
      </w:pPr>
      <w:r>
        <w:rPr>
          <w:sz w:val="22"/>
        </w:rPr>
        <w:t>C. Hub kết nối không dây, Switch kết nối có dây.</w:t>
      </w:r>
    </w:p>
    <w:p>
      <w:pPr>
        <w:pStyle w:val="ListParagraph"/>
      </w:pPr>
      <w:r>
        <w:rPr>
          <w:sz w:val="22"/>
        </w:rPr>
        <w:t>D. Hub truyền tín hiệu đến tất cả các cổng, Switch thiết lập kênh truyền riêng giữa thiết bị gửi và nhận.</w:t>
      </w:r>
    </w:p>
    <w:p/>
    <w:p>
      <w:r>
        <w:rPr>
          <w:b/>
          <w:sz w:val="24"/>
        </w:rPr>
        <w:t>Câu 14: Một trong những ưu điểm lớn nhất của giao tiếp trong không gian mạng là gì?</w:t>
      </w:r>
    </w:p>
    <w:p>
      <w:pPr>
        <w:pStyle w:val="ListParagraph"/>
      </w:pPr>
      <w:r>
        <w:rPr>
          <w:sz w:val="22"/>
        </w:rPr>
        <w:t>A. Bảo đảm 100% không lo rò rỉ dữ liệu.</w:t>
      </w:r>
    </w:p>
    <w:p>
      <w:pPr>
        <w:pStyle w:val="ListParagraph"/>
      </w:pPr>
      <w:r>
        <w:rPr>
          <w:sz w:val="22"/>
        </w:rPr>
        <w:t>B. Bắt buộc mọi người phải đồng quan điểm với mình.</w:t>
      </w:r>
    </w:p>
    <w:p>
      <w:pPr>
        <w:pStyle w:val="ListParagraph"/>
      </w:pPr>
      <w:r>
        <w:rPr>
          <w:sz w:val="22"/>
        </w:rPr>
        <w:t>C. Không bao giờ bị gián đoạn do sự cố kỹ thuật.</w:t>
      </w:r>
    </w:p>
    <w:p>
      <w:pPr>
        <w:pStyle w:val="ListParagraph"/>
      </w:pPr>
      <w:r>
        <w:rPr>
          <w:sz w:val="22"/>
        </w:rPr>
        <w:t>D. Thuận tiện, giao tiếp mọi lúc mọi nơi, tiết kiệm thời gian và chi phí di chuyển.</w:t>
      </w:r>
    </w:p>
    <w:p/>
    <w:p>
      <w:r>
        <w:rPr>
          <w:b/>
          <w:sz w:val="24"/>
        </w:rPr>
        <w:t>Câu 15: Khi chia sẻ một thư mục cho người dùng trong LAN với quyền 'Read', người dùng khác có thể thực hiện thao tác nào?</w:t>
      </w:r>
    </w:p>
    <w:p>
      <w:pPr>
        <w:pStyle w:val="ListParagraph"/>
      </w:pPr>
      <w:r>
        <w:rPr>
          <w:sz w:val="22"/>
        </w:rPr>
        <w:t>A. Xóa hoàn toàn thư mục đó.</w:t>
      </w:r>
    </w:p>
    <w:p>
      <w:pPr>
        <w:pStyle w:val="ListParagraph"/>
      </w:pPr>
      <w:r>
        <w:rPr>
          <w:sz w:val="22"/>
        </w:rPr>
        <w:t>B. Chỉ xem nội dung mà không được chỉnh sửa hay xóa.</w:t>
      </w:r>
    </w:p>
    <w:p>
      <w:pPr>
        <w:pStyle w:val="ListParagraph"/>
      </w:pPr>
      <w:r>
        <w:rPr>
          <w:sz w:val="22"/>
        </w:rPr>
        <w:t>C. Thay đổi quyền sở hữu của thư mục.</w:t>
      </w:r>
    </w:p>
    <w:p>
      <w:pPr>
        <w:pStyle w:val="ListParagraph"/>
      </w:pPr>
      <w:r>
        <w:rPr>
          <w:sz w:val="22"/>
        </w:rPr>
        <w:t>D. Xem và chỉnh sửa nội dung tệp.</w:t>
      </w:r>
    </w:p>
    <w:p/>
    <w:p>
      <w:r>
        <w:rPr>
          <w:b/>
          <w:sz w:val="24"/>
        </w:rPr>
        <w:t>Câu 16: Lệnh 'ping' trong hệ điều hành sử dụng giao thức nào để kiểm tra kết nối giữa hai thiết bị mạng?</w:t>
      </w:r>
    </w:p>
    <w:p>
      <w:pPr>
        <w:pStyle w:val="ListParagraph"/>
      </w:pPr>
      <w:r>
        <w:rPr>
          <w:sz w:val="22"/>
        </w:rPr>
        <w:t>A. ICMP</w:t>
      </w:r>
    </w:p>
    <w:p>
      <w:pPr>
        <w:pStyle w:val="ListParagraph"/>
      </w:pPr>
      <w:r>
        <w:rPr>
          <w:sz w:val="22"/>
        </w:rPr>
        <w:t>B. HTTP</w:t>
      </w:r>
    </w:p>
    <w:p>
      <w:pPr>
        <w:pStyle w:val="ListParagraph"/>
      </w:pPr>
      <w:r>
        <w:rPr>
          <w:sz w:val="22"/>
        </w:rPr>
        <w:t>C. POP3</w:t>
      </w:r>
    </w:p>
    <w:p>
      <w:pPr>
        <w:pStyle w:val="ListParagraph"/>
      </w:pPr>
      <w:r>
        <w:rPr>
          <w:sz w:val="22"/>
        </w:rPr>
        <w:t>D. SMTP</w:t>
      </w:r>
    </w:p>
    <w:p/>
    <w:p>
      <w:r>
        <w:rPr>
          <w:b/>
          <w:sz w:val="24"/>
        </w:rPr>
        <w:t>Câu 17: Giao thức DNS có vai trò gì đối với người dùng Internet?</w:t>
      </w:r>
    </w:p>
    <w:p>
      <w:pPr>
        <w:pStyle w:val="ListParagraph"/>
      </w:pPr>
      <w:r>
        <w:rPr>
          <w:sz w:val="22"/>
        </w:rPr>
        <w:t>A. Tự động diệt virus khi tải tệp.</w:t>
      </w:r>
    </w:p>
    <w:p>
      <w:pPr>
        <w:pStyle w:val="ListParagraph"/>
      </w:pPr>
      <w:r>
        <w:rPr>
          <w:sz w:val="22"/>
        </w:rPr>
        <w:t>B. Bảo mật tài khoản mạng xã hội.</w:t>
      </w:r>
    </w:p>
    <w:p>
      <w:pPr>
        <w:pStyle w:val="ListParagraph"/>
      </w:pPr>
      <w:r>
        <w:rPr>
          <w:sz w:val="22"/>
        </w:rPr>
        <w:t>C. Gửi thư điện tử trực tiếp.</w:t>
      </w:r>
    </w:p>
    <w:p>
      <w:pPr>
        <w:pStyle w:val="ListParagraph"/>
      </w:pPr>
      <w:r>
        <w:rPr>
          <w:sz w:val="22"/>
        </w:rPr>
        <w:t>D. Cho phép dùng tên miền dạng chữ (ví dụ: moet.edu.vn) thay cho địa chỉ IP khó nhớ.</w:t>
      </w:r>
    </w:p>
    <w:p/>
    <w:p>
      <w:r>
        <w:rPr>
          <w:b/>
          <w:sz w:val="24"/>
        </w:rPr>
        <w:t>Câu 18: Trí tuệ nhân tạo hẹp (Weak/Narrow AI) được thiết kế nhằm mục đích gì?</w:t>
      </w:r>
    </w:p>
    <w:p>
      <w:pPr>
        <w:pStyle w:val="ListParagraph"/>
      </w:pPr>
      <w:r>
        <w:rPr>
          <w:sz w:val="22"/>
        </w:rPr>
        <w:t>A. Thực hiện một nhiệm vụ cụ thể được xác định trước.</w:t>
      </w:r>
    </w:p>
    <w:p>
      <w:pPr>
        <w:pStyle w:val="ListParagraph"/>
      </w:pPr>
      <w:r>
        <w:rPr>
          <w:sz w:val="22"/>
        </w:rPr>
        <w:t>B. Tự học và thích nghi với mọi công việc giống như con người.</w:t>
      </w:r>
    </w:p>
    <w:p>
      <w:pPr>
        <w:pStyle w:val="ListParagraph"/>
      </w:pPr>
      <w:r>
        <w:rPr>
          <w:sz w:val="22"/>
        </w:rPr>
        <w:t>C. Điều khiển toàn bộ hạ tầng mạng toàn cầu.</w:t>
      </w:r>
    </w:p>
    <w:p>
      <w:pPr>
        <w:pStyle w:val="ListParagraph"/>
      </w:pPr>
      <w:r>
        <w:rPr>
          <w:sz w:val="22"/>
        </w:rPr>
        <w:t>D. Thay thế hoàn toàn nhận thức và cảm xúc của con người.</w:t>
      </w:r>
    </w:p>
    <w:p/>
    <w:p>
      <w:r>
        <w:rPr>
          <w:b/>
          <w:sz w:val="24"/>
        </w:rPr>
        <w:t>Câu 19: Khái niệm AI trong khoa học máy tính hiện đại gắn liền với khả năng nào của máy tính?</w:t>
      </w:r>
    </w:p>
    <w:p>
      <w:pPr>
        <w:pStyle w:val="ListParagraph"/>
      </w:pPr>
      <w:r>
        <w:rPr>
          <w:sz w:val="22"/>
        </w:rPr>
        <w:t>A. Thực hiện các thao tác tính toán số học nhanh chóng.</w:t>
      </w:r>
    </w:p>
    <w:p>
      <w:pPr>
        <w:pStyle w:val="ListParagraph"/>
      </w:pPr>
      <w:r>
        <w:rPr>
          <w:sz w:val="22"/>
        </w:rPr>
        <w:t>B. Lưu trữ dung lượng dữ liệu không giới hạn.</w:t>
      </w:r>
    </w:p>
    <w:p>
      <w:pPr>
        <w:pStyle w:val="ListParagraph"/>
      </w:pPr>
      <w:r>
        <w:rPr>
          <w:sz w:val="22"/>
        </w:rPr>
        <w:t>C. Thực hiện các nhiệm vụ thông minh mà trước đây chỉ con người mới làm được.</w:t>
      </w:r>
    </w:p>
    <w:p>
      <w:pPr>
        <w:pStyle w:val="ListParagraph"/>
      </w:pPr>
      <w:r>
        <w:rPr>
          <w:sz w:val="22"/>
        </w:rPr>
        <w:t>D. Tự động tắt mở nguồn dựa trên rơ-le nhiệt.</w:t>
      </w:r>
    </w:p>
    <w:p/>
    <w:p>
      <w:r>
        <w:rPr>
          <w:b/>
          <w:sz w:val="24"/>
        </w:rPr>
        <w:t>Câu 20: Thiết bị WAP (Wireless Access Point) có vai trò gì trong mạng máy tính?</w:t>
      </w:r>
    </w:p>
    <w:p>
      <w:pPr>
        <w:pStyle w:val="ListParagraph"/>
      </w:pPr>
      <w:r>
        <w:rPr>
          <w:sz w:val="22"/>
        </w:rPr>
        <w:t>A. Phát hiện virus và mã độc xâm nhập mạng.</w:t>
      </w:r>
    </w:p>
    <w:p>
      <w:pPr>
        <w:pStyle w:val="ListParagraph"/>
      </w:pPr>
      <w:r>
        <w:rPr>
          <w:sz w:val="22"/>
        </w:rPr>
        <w:t>B. Chuyển đổi tín hiệu tương tự sang tín hiệu số.</w:t>
      </w:r>
    </w:p>
    <w:p>
      <w:pPr>
        <w:pStyle w:val="ListParagraph"/>
      </w:pPr>
      <w:r>
        <w:rPr>
          <w:sz w:val="22"/>
        </w:rPr>
        <w:t>C. Kết nối không dây các thiết bị đầu cuối qua sóng Wi-Fi vào LAN.</w:t>
      </w:r>
    </w:p>
    <w:p>
      <w:pPr>
        <w:pStyle w:val="ListParagraph"/>
      </w:pPr>
      <w:r>
        <w:rPr>
          <w:sz w:val="22"/>
        </w:rPr>
        <w:t>D. Định tuyến các gói tin trên mạng diện rộng WAN.</w:t>
      </w:r>
    </w:p>
    <w:p/>
    <w:p>
      <w:r>
        <w:rPr>
          <w:b/>
          <w:sz w:val="24"/>
        </w:rPr>
        <w:t>Câu 21: Hành vi nào dưới đây thể hiện sự TÔN TRỌNG khi giao tiếp trên không gian mạng?</w:t>
      </w:r>
    </w:p>
    <w:p>
      <w:pPr>
        <w:pStyle w:val="ListParagraph"/>
      </w:pPr>
      <w:r>
        <w:rPr>
          <w:sz w:val="22"/>
        </w:rPr>
        <w:t>A. Dùng tài khoản ẩn danh để lăng mạ người khác.</w:t>
      </w:r>
    </w:p>
    <w:p>
      <w:pPr>
        <w:pStyle w:val="ListParagraph"/>
      </w:pPr>
      <w:r>
        <w:rPr>
          <w:sz w:val="22"/>
        </w:rPr>
        <w:t>B. Tôn trọng quyền riêng tư và ý kiến cá nhân của người khác, không châm chọc hay xúc phạm.</w:t>
      </w:r>
    </w:p>
    <w:p>
      <w:pPr>
        <w:pStyle w:val="ListParagraph"/>
      </w:pPr>
      <w:r>
        <w:rPr>
          <w:sz w:val="22"/>
        </w:rPr>
        <w:t>C. Đăng tải ảnh chụp riêng tư của bạn bè lên mạng mà không hỏi ý kiến.</w:t>
      </w:r>
    </w:p>
    <w:p>
      <w:pPr>
        <w:pStyle w:val="ListParagraph"/>
      </w:pPr>
      <w:r>
        <w:rPr>
          <w:sz w:val="22"/>
        </w:rPr>
        <w:t>D. Spam tin nhắn quảng cáo liên tục vào các hội nhóm.</w:t>
      </w:r>
    </w:p>
    <w:p/>
    <w:p>
      <w:r>
        <w:rPr>
          <w:b/>
          <w:sz w:val="24"/>
        </w:rPr>
        <w:t>Câu 22: Thiết bị mạng nào đóng vai trò dẫn đường (định tuyến) cho các gói dữ liệu giữa các mạng LAN khác nhau qua Internet?</w:t>
      </w:r>
    </w:p>
    <w:p>
      <w:pPr>
        <w:pStyle w:val="ListParagraph"/>
      </w:pPr>
      <w:r>
        <w:rPr>
          <w:sz w:val="22"/>
        </w:rPr>
        <w:t>A. Router</w:t>
      </w:r>
    </w:p>
    <w:p>
      <w:pPr>
        <w:pStyle w:val="ListParagraph"/>
      </w:pPr>
      <w:r>
        <w:rPr>
          <w:sz w:val="22"/>
        </w:rPr>
        <w:t>B. Switch</w:t>
      </w:r>
    </w:p>
    <w:p>
      <w:pPr>
        <w:pStyle w:val="ListParagraph"/>
      </w:pPr>
      <w:r>
        <w:rPr>
          <w:sz w:val="22"/>
        </w:rPr>
        <w:t>C. Cáp mạng UTP</w:t>
      </w:r>
    </w:p>
    <w:p>
      <w:pPr>
        <w:pStyle w:val="ListParagraph"/>
      </w:pPr>
      <w:r>
        <w:rPr>
          <w:sz w:val="22"/>
        </w:rPr>
        <w:t>D. Hub</w:t>
      </w:r>
    </w:p>
    <w:p/>
    <w:p>
      <w:r>
        <w:rPr>
          <w:b/>
          <w:sz w:val="24"/>
        </w:rPr>
        <w:t>Câu 23: Văn bản pháp lý nào của Bộ Thông tin và Truyền thông ban hành Bộ quy tắc ứng xử trên mạng xã hội?</w:t>
      </w:r>
    </w:p>
    <w:p>
      <w:pPr>
        <w:pStyle w:val="ListParagraph"/>
      </w:pPr>
      <w:r>
        <w:rPr>
          <w:sz w:val="22"/>
        </w:rPr>
        <w:t>A. Thông tư 05/2019/TT-BGDĐT</w:t>
      </w:r>
    </w:p>
    <w:p>
      <w:pPr>
        <w:pStyle w:val="ListParagraph"/>
      </w:pPr>
      <w:r>
        <w:rPr>
          <w:sz w:val="22"/>
        </w:rPr>
        <w:t>B. Quyết định số 874/QĐ-BTTTT ngày 17/6/2021</w:t>
      </w:r>
    </w:p>
    <w:p>
      <w:pPr>
        <w:pStyle w:val="ListParagraph"/>
      </w:pPr>
      <w:r>
        <w:rPr>
          <w:sz w:val="22"/>
        </w:rPr>
        <w:t>C. Nghị định 72/2013/NĐ-CP</w:t>
      </w:r>
    </w:p>
    <w:p>
      <w:pPr>
        <w:pStyle w:val="ListParagraph"/>
      </w:pPr>
      <w:r>
        <w:rPr>
          <w:sz w:val="22"/>
        </w:rPr>
        <w:t>D. Luật An ninh mạng 2018</w:t>
      </w:r>
    </w:p>
    <w:p/>
    <w:p>
      <w:r>
        <w:rPr>
          <w:b/>
          <w:sz w:val="24"/>
        </w:rPr>
        <w:t>Câu 24: Đặc trưng nào của AI giúp hệ thống khuyến nghị trên YouTube đề xuất video phù hợp với người dùng?</w:t>
      </w:r>
    </w:p>
    <w:p>
      <w:pPr>
        <w:pStyle w:val="ListParagraph"/>
      </w:pPr>
      <w:r>
        <w:rPr>
          <w:sz w:val="22"/>
        </w:rPr>
        <w:t>A. Khả năng học</w:t>
      </w:r>
    </w:p>
    <w:p>
      <w:pPr>
        <w:pStyle w:val="ListParagraph"/>
      </w:pPr>
      <w:r>
        <w:rPr>
          <w:sz w:val="22"/>
        </w:rPr>
        <w:t>B. Khả năng nhận thức</w:t>
      </w:r>
    </w:p>
    <w:p>
      <w:pPr>
        <w:pStyle w:val="ListParagraph"/>
      </w:pPr>
      <w:r>
        <w:rPr>
          <w:sz w:val="22"/>
        </w:rPr>
        <w:t>C. Khả năng hiểu ngôn ngữ</w:t>
      </w:r>
    </w:p>
    <w:p>
      <w:pPr>
        <w:pStyle w:val="ListParagraph"/>
      </w:pPr>
      <w:r>
        <w:rPr>
          <w:sz w:val="22"/>
        </w:rPr>
        <w:t>D. Khả năng suy luận</w:t>
      </w:r>
    </w:p>
    <w:p/>
    <w:p>
      <w:r>
        <w:rPr>
          <w:b/>
          <w:sz w:val="24"/>
        </w:rPr>
        <w:t>Câu 25: Việc ứng dụng AI rộng rãi trong tự động hóa có thể gây ra nguy cơ xã hội nào sau đây?</w:t>
      </w:r>
    </w:p>
    <w:p>
      <w:pPr>
        <w:pStyle w:val="ListParagraph"/>
      </w:pPr>
      <w:r>
        <w:rPr>
          <w:sz w:val="22"/>
        </w:rPr>
        <w:t>A. Làm mất khả năng truy cập không dây.</w:t>
      </w:r>
    </w:p>
    <w:p>
      <w:pPr>
        <w:pStyle w:val="ListParagraph"/>
      </w:pPr>
      <w:r>
        <w:rPr>
          <w:sz w:val="22"/>
        </w:rPr>
        <w:t>B. Tăng dung lượng lưu trữ của máy tính.</w:t>
      </w:r>
    </w:p>
    <w:p>
      <w:pPr>
        <w:pStyle w:val="ListParagraph"/>
      </w:pPr>
      <w:r>
        <w:rPr>
          <w:sz w:val="22"/>
        </w:rPr>
        <w:t>C. Tạo ra áp lực thất nghiệp do tự động hóa công việc.</w:t>
      </w:r>
    </w:p>
    <w:p>
      <w:pPr>
        <w:pStyle w:val="ListParagraph"/>
      </w:pPr>
      <w:r>
        <w:rPr>
          <w:sz w:val="22"/>
        </w:rPr>
        <w:t>D. Làm chậm tốc độ đường truyền mạng Internet.</w:t>
      </w:r>
    </w:p>
    <w:p/>
    <w:p>
      <w:r>
        <w:rPr>
          <w:b/>
          <w:sz w:val="24"/>
        </w:rPr>
        <w:t>Câu 26: Môi trường được tạo ra nhờ sử dụng mạng máy tính giúp con người giao tiếp trực tuyến gọi là gì?</w:t>
      </w:r>
    </w:p>
    <w:p>
      <w:pPr>
        <w:pStyle w:val="ListParagraph"/>
      </w:pPr>
      <w:r>
        <w:rPr>
          <w:sz w:val="22"/>
        </w:rPr>
        <w:t>A. Hệ điều hành</w:t>
      </w:r>
    </w:p>
    <w:p>
      <w:pPr>
        <w:pStyle w:val="ListParagraph"/>
      </w:pPr>
      <w:r>
        <w:rPr>
          <w:sz w:val="22"/>
        </w:rPr>
        <w:t>B. Cơ sở dữ liệu</w:t>
      </w:r>
    </w:p>
    <w:p>
      <w:pPr>
        <w:pStyle w:val="ListParagraph"/>
      </w:pPr>
      <w:r>
        <w:rPr>
          <w:sz w:val="22"/>
        </w:rPr>
        <w:t>C. Mạng cục bộ</w:t>
      </w:r>
    </w:p>
    <w:p>
      <w:pPr>
        <w:pStyle w:val="ListParagraph"/>
      </w:pPr>
      <w:r>
        <w:rPr>
          <w:sz w:val="22"/>
        </w:rPr>
        <w:t>D. Không gian mạng (thế giới ảo)</w:t>
      </w:r>
    </w:p>
    <w:p/>
    <w:p>
      <w:r>
        <w:rPr>
          <w:b/>
          <w:sz w:val="24"/>
        </w:rPr>
        <w:t>Câu 27: Cổng mạng thông dụng dùng để cắm đầu cáp xoắn đôi UTP trên máy tính và Switch được gọi là gì?</w:t>
      </w:r>
    </w:p>
    <w:p>
      <w:pPr>
        <w:pStyle w:val="ListParagraph"/>
      </w:pPr>
      <w:r>
        <w:rPr>
          <w:sz w:val="22"/>
        </w:rPr>
        <w:t>A. Cổng USB</w:t>
      </w:r>
    </w:p>
    <w:p>
      <w:pPr>
        <w:pStyle w:val="ListParagraph"/>
      </w:pPr>
      <w:r>
        <w:rPr>
          <w:sz w:val="22"/>
        </w:rPr>
        <w:t>B. Cổng VGA</w:t>
      </w:r>
    </w:p>
    <w:p>
      <w:pPr>
        <w:pStyle w:val="ListParagraph"/>
      </w:pPr>
      <w:r>
        <w:rPr>
          <w:sz w:val="22"/>
        </w:rPr>
        <w:t>C. Cổng RJ45</w:t>
      </w:r>
    </w:p>
    <w:p>
      <w:pPr>
        <w:pStyle w:val="ListParagraph"/>
      </w:pPr>
      <w:r>
        <w:rPr>
          <w:sz w:val="22"/>
        </w:rPr>
        <w:t>D. Cổng HDMI</w:t>
      </w:r>
    </w:p>
    <w:p/>
    <w:p>
      <w:r>
        <w:rPr>
          <w:b/>
          <w:sz w:val="24"/>
        </w:rPr>
        <w:t>Câu 28: Hạn chế nào của giao tiếp qua tin nhắn văn bản dễ dẫn đến hiểu nhầm tình cảm của người gửi?</w:t>
      </w:r>
    </w:p>
    <w:p>
      <w:pPr>
        <w:pStyle w:val="ListParagraph"/>
      </w:pPr>
      <w:r>
        <w:rPr>
          <w:sz w:val="22"/>
        </w:rPr>
        <w:t>A. Giao diện màn hình quá lớn.</w:t>
      </w:r>
    </w:p>
    <w:p>
      <w:pPr>
        <w:pStyle w:val="ListParagraph"/>
      </w:pPr>
      <w:r>
        <w:rPr>
          <w:sz w:val="22"/>
        </w:rPr>
        <w:t>B. Thiếu các tín hiệu phi ngôn ngữ (biểu cảm khuôn mặt, ngữ điệu giọng nói, ngôn ngữ cơ thể).</w:t>
      </w:r>
    </w:p>
    <w:p>
      <w:pPr>
        <w:pStyle w:val="ListParagraph"/>
      </w:pPr>
      <w:r>
        <w:rPr>
          <w:sz w:val="22"/>
        </w:rPr>
        <w:t>C. Tốc độ truyền dữ liệu quá nhanh.</w:t>
      </w:r>
    </w:p>
    <w:p>
      <w:pPr>
        <w:pStyle w:val="ListParagraph"/>
      </w:pPr>
      <w:r>
        <w:rPr>
          <w:sz w:val="22"/>
        </w:rPr>
        <w:t>D. Thiếu dung lượng bộ nhớ.</w:t>
      </w:r>
    </w:p>
    <w:p/>
    <w:p>
      <w:r>
        <w:rPr>
          <w:b/>
          <w:sz w:val="24"/>
        </w:rPr>
        <w:t>Câu 29: Việc chia sẻ máy in qua mạng LAN về bản chất là biến máy tính nối trực tiếp với máy in thành thiết bị gì?</w:t>
      </w:r>
    </w:p>
    <w:p>
      <w:pPr>
        <w:pStyle w:val="ListParagraph"/>
      </w:pPr>
      <w:r>
        <w:rPr>
          <w:sz w:val="22"/>
        </w:rPr>
        <w:t>A. DNS Server</w:t>
      </w:r>
    </w:p>
    <w:p>
      <w:pPr>
        <w:pStyle w:val="ListParagraph"/>
      </w:pPr>
      <w:r>
        <w:rPr>
          <w:sz w:val="22"/>
        </w:rPr>
        <w:t>B. Router Wi-Fi</w:t>
      </w:r>
    </w:p>
    <w:p>
      <w:pPr>
        <w:pStyle w:val="ListParagraph"/>
      </w:pPr>
      <w:r>
        <w:rPr>
          <w:sz w:val="22"/>
        </w:rPr>
        <w:t>C. Web Server</w:t>
      </w:r>
    </w:p>
    <w:p>
      <w:pPr>
        <w:pStyle w:val="ListParagraph"/>
      </w:pPr>
      <w:r>
        <w:rPr>
          <w:sz w:val="22"/>
        </w:rPr>
        <w:t>D. Print Server (Máy chủ cung cấp dịch vụ in)</w:t>
      </w:r>
    </w:p>
    <w:p/>
    <w:p>
      <w:r>
        <w:rPr>
          <w:b/>
          <w:sz w:val="24"/>
        </w:rPr>
        <w:t>Câu 30: Một địa chỉ IPv4 tiêu chuẩn bao gồm bao nhiêu byte và được viết dưới dạng nào?</w:t>
      </w:r>
    </w:p>
    <w:p>
      <w:pPr>
        <w:pStyle w:val="ListParagraph"/>
      </w:pPr>
      <w:r>
        <w:rPr>
          <w:sz w:val="22"/>
        </w:rPr>
        <w:t>A. 6 byte, viết bằng chuỗi ký tự Hexa.</w:t>
      </w:r>
    </w:p>
    <w:p>
      <w:pPr>
        <w:pStyle w:val="ListParagraph"/>
      </w:pPr>
      <w:r>
        <w:rPr>
          <w:sz w:val="22"/>
        </w:rPr>
        <w:t>B. 2 byte, viết bằng 2 số thập phân.</w:t>
      </w:r>
    </w:p>
    <w:p>
      <w:pPr>
        <w:pStyle w:val="ListParagraph"/>
      </w:pPr>
      <w:r>
        <w:rPr>
          <w:sz w:val="22"/>
        </w:rPr>
        <w:t>C. 8 byte, viết bằng số nhị phân.</w:t>
      </w:r>
    </w:p>
    <w:p>
      <w:pPr>
        <w:pStyle w:val="ListParagraph"/>
      </w:pPr>
      <w:r>
        <w:rPr>
          <w:sz w:val="22"/>
        </w:rPr>
        <w:t>D. 4 byte, viết bằng 4 số thập phân phân tách bởi dấu chấm.</w:t>
      </w:r>
    </w:p>
    <w:p/>
    <w:p>
      <w:r>
        <w:rPr>
          <w:b/>
          <w:sz w:val="24"/>
        </w:rPr>
        <w:t>Câu 31: Để xây dựng mạng máy tính cục bộ (LAN), nhà quản trị có thể lựa chọn các thiết bị kết nối khác nhau tùy thuộc vào quy mô và ngân sách. Phát biểu nào sau đây là đúng?</w:t>
      </w:r>
    </w:p>
    <w:p>
      <w:pPr>
        <w:pStyle w:val="ListParagraph"/>
      </w:pPr>
      <w:r>
        <w:rPr>
          <w:sz w:val="22"/>
        </w:rPr>
        <w:t>A. Hub gửi tín hiệu nhận được từ một cổng đến tất cả các cổng còn lại, dễ gây ra xung đột tín hiệu.</w:t>
      </w:r>
    </w:p>
    <w:p>
      <w:pPr>
        <w:pStyle w:val="ListParagraph"/>
      </w:pPr>
      <w:r>
        <w:rPr>
          <w:sz w:val="22"/>
        </w:rPr>
        <w:t>B. Switch thiết lập kênh truyền tạm thời giữa cổng gửi và cổng nhận, giúp giảm thiểu xung đột dữ liệu.</w:t>
      </w:r>
    </w:p>
    <w:p>
      <w:pPr>
        <w:pStyle w:val="ListParagraph"/>
      </w:pPr>
      <w:r>
        <w:rPr>
          <w:sz w:val="22"/>
        </w:rPr>
        <w:t>C. Thiết bị WAP (Wireless Access Point) chuyển đổi dữ liệu số thành tín hiệu quang để truyền qua cáp điện thoại.</w:t>
      </w:r>
    </w:p>
    <w:p>
      <w:pPr>
        <w:pStyle w:val="ListParagraph"/>
      </w:pPr>
      <w:r>
        <w:rPr>
          <w:sz w:val="22"/>
        </w:rPr>
        <w:t>D. Với mạng phòng máy tính học sinh gồm 40 máy, việc dùng Hub kết nối tầng sẽ tối ưu hiệu năng hơn dùng Switch.</w:t>
      </w:r>
    </w:p>
    <w:p/>
    <w:p>
      <w:r>
        <w:rPr>
          <w:b/>
          <w:sz w:val="24"/>
        </w:rPr>
        <w:t>Câu 32: Trường THPT Trần Đại Nghĩa vừa đưa vào hoạt động hệ thống phòng máy tính mới gồm 45 máy tính học sinh và 1 máy giáo viên kết nối qua Switch gigabit. Mạng trường sử dụng một Router Wi-Fi kết nối trực tiếp với Modem quang của nhà mạng để cấp Internet. Nhằm chuẩn bị cho buổi hội thảo trực tuyến, thầy Tâm (giáo viên Tin học) tiến hành chia sẻ thư mục 'TAI_LIEU_HOC_TAP' trên máy giáo viên cho học sinh truy cập đọc tài liệu và kết nối máy in Canon LBP2900 làm máy in chung. Trong quá trình học sinh truy cập mạng thực hành, một học sinh gặp lỗi ngắt kết nối đã tự ý đăng bài lên mạng xã hội với những ngôn từ bức xúc, chỉ trích nhà trường thiếu chuyên nghiệp và tag tên nhiều bạn bè vào bài viết. Phát biểu nào sau đây là đúng?</w:t>
      </w:r>
    </w:p>
    <w:p>
      <w:pPr>
        <w:pStyle w:val="ListParagraph"/>
      </w:pPr>
      <w:r>
        <w:rPr>
          <w:sz w:val="22"/>
        </w:rPr>
        <w:t>A. Việc máy giáo viên kết nối với máy in Canon LBP2900 và bật tính năng 'Share this printer' trong Windows đã biến máy giáo viên đóng vai trò là một Print Server trong mạng LAN của nhà trường.</w:t>
      </w:r>
    </w:p>
    <w:p>
      <w:pPr>
        <w:pStyle w:val="ListParagraph"/>
      </w:pPr>
      <w:r>
        <w:rPr>
          <w:sz w:val="22"/>
        </w:rPr>
        <w:t>B. Để đảm bảo các gói tin dữ liệu bài học giữa các máy học sinh không bị xung đột và gián đoạn, việc trường chọn sử dụng Switch thay vì Hub là giải pháp kỹ thuật đúng đắn.</w:t>
      </w:r>
    </w:p>
    <w:p>
      <w:pPr>
        <w:pStyle w:val="ListParagraph"/>
      </w:pPr>
      <w:r>
        <w:rPr>
          <w:sz w:val="22"/>
        </w:rPr>
        <w:t>C. Nếu thầy Tâm đặt địa chỉ IP tĩnh cho máy giáo viên là 192.168.1.15 thì máy học sinh có thể sử dụng giao thức IP và TCP để gửi lệnh in qua mạng đến máy giáo viên mà không cần thông qua địa chỉ phần cứng MAC.</w:t>
      </w:r>
    </w:p>
    <w:p>
      <w:pPr>
        <w:pStyle w:val="ListParagraph"/>
      </w:pPr>
      <w:r>
        <w:rPr>
          <w:sz w:val="22"/>
        </w:rPr>
        <w:t>D. Hành vi đăng bài hạ uy tín nhà trường của nam học sinh thể hiện sự thiếu văn hóa ứng xử trên không gian mạng; cách xử lý nhân văn là học sinh nên gỡ bài viết, bình tĩnh trao đổi trực tiếp với giáo viên để cùng tìm cách khắc phục sự cố kỹ thuật.</w:t>
      </w:r>
    </w:p>
    <w:p/>
    <w:p>
      <w:r>
        <w:rPr>
          <w:b/>
          <w:sz w:val="24"/>
        </w:rPr>
        <w:t>Câu 33: Internet là mạng thông tin toàn cầu hoạt động dựa trên bộ giao thức TCP/IP. Các dữ liệu truyền đi được đóng gói và vận chuyển theo các quy tắc nghiêm ngặt. Phát biểu nào sau đây là đúng?</w:t>
      </w:r>
    </w:p>
    <w:p>
      <w:pPr>
        <w:pStyle w:val="ListParagraph"/>
      </w:pPr>
      <w:r>
        <w:rPr>
          <w:sz w:val="22"/>
        </w:rPr>
        <w:t>A. Địa chỉ IP là địa chỉ vật lý gắn cố định vào card mạng của nhà sản xuất hardware.</w:t>
      </w:r>
    </w:p>
    <w:p>
      <w:pPr>
        <w:pStyle w:val="ListParagraph"/>
      </w:pPr>
      <w:r>
        <w:rPr>
          <w:sz w:val="22"/>
        </w:rPr>
        <w:t>B. Giao thức IP chịu trách nhiệm định tuyến các gói tin từ mạng gửi đến mạng nhận dựa trên địa chỉ IP.</w:t>
      </w:r>
    </w:p>
    <w:p>
      <w:pPr>
        <w:pStyle w:val="ListParagraph"/>
      </w:pPr>
      <w:r>
        <w:rPr>
          <w:sz w:val="22"/>
        </w:rPr>
        <w:t>C. Giao thức TCP cắt dữ liệu thành các gói, đánh số thứ tự và đảm bảo dữ liệu truyền chính xác, không bị lẫn giữa các ứng dụng.</w:t>
      </w:r>
    </w:p>
    <w:p>
      <w:pPr>
        <w:pStyle w:val="ListParagraph"/>
      </w:pPr>
      <w:r>
        <w:rPr>
          <w:sz w:val="22"/>
        </w:rPr>
        <w:t>D. Số 192.168.1.300 là một địa chỉ IPv4 hợp lệ.</w:t>
      </w:r>
    </w:p>
    <w:p/>
    <w:p>
      <w:r>
        <w:rPr>
          <w:b/>
          <w:sz w:val="24"/>
        </w:rPr>
        <w:t>Câu 34: Trí tuệ nhân tạo (AI) là lĩnh vực khoa học máy tính nhằm xây dựng các phần mềm giúp máy tính có được những năng lực trí tuệ như con người. Việc phân biệt AI và tự động hóa truyền thống dựa vào các đặc trưng trí tuệ. Phát biểu nào sau đây là đúng?</w:t>
      </w:r>
    </w:p>
    <w:p>
      <w:pPr>
        <w:pStyle w:val="ListParagraph"/>
      </w:pPr>
      <w:r>
        <w:rPr>
          <w:sz w:val="22"/>
        </w:rPr>
        <w:t>A. Ấm đun nước tự ngắt điện khi nước sôi là một ví dụ điển hình của ứng dụng AI trong đời sống.</w:t>
      </w:r>
    </w:p>
    <w:p>
      <w:pPr>
        <w:pStyle w:val="ListParagraph"/>
      </w:pPr>
      <w:r>
        <w:rPr>
          <w:sz w:val="22"/>
        </w:rPr>
        <w:t>B. Khả năng suy luận của AI cho phép hệ thống vận dụng logic và tri thức để đưa ra chẩn đoán hoặc quyết định.</w:t>
      </w:r>
    </w:p>
    <w:p>
      <w:pPr>
        <w:pStyle w:val="ListParagraph"/>
      </w:pPr>
      <w:r>
        <w:rPr>
          <w:sz w:val="22"/>
        </w:rPr>
        <w:t>C. Trí tuệ nhân tạo tổng quát (Strong AI) là các hệ thống AI hiện đã phát triển hoàn chỉnh và phổ biến rộng rãi trên thị trường.</w:t>
      </w:r>
    </w:p>
    <w:p>
      <w:pPr>
        <w:pStyle w:val="ListParagraph"/>
      </w:pPr>
      <w:r>
        <w:rPr>
          <w:sz w:val="22"/>
        </w:rPr>
        <w:t>D. Robot Asimo của Honda được tích hợp các công nghệ AI như tự động điều khiển, thị giác máy tính và nhận dạng tiếng nói.</w:t>
      </w:r>
    </w:p>
    <w:p/>
    <w:p>
      <w:r>
        <w:rPr>
          <w:b/>
          <w:sz w:val="24"/>
        </w:rPr>
        <w:t>Câu 35: Hệ điều hành Windows cung cấp các tính năng tích hợp sẵn cho phép người dùng chia sẻ tệp tin, thư mục và máy in trong mạng LAN. Phát biểu nào sau đây là đúng?</w:t>
      </w:r>
    </w:p>
    <w:p>
      <w:pPr>
        <w:pStyle w:val="ListParagraph"/>
      </w:pPr>
      <w:r>
        <w:rPr>
          <w:sz w:val="22"/>
        </w:rPr>
        <w:t>A. Để hai máy tính chia sẻ tài nguyên cho nhau trong LAN, người dùng bắt buộc phải trả phí dịch vụ cho Microsoft.</w:t>
      </w:r>
    </w:p>
    <w:p>
      <w:pPr>
        <w:pStyle w:val="ListParagraph"/>
      </w:pPr>
      <w:r>
        <w:rPr>
          <w:sz w:val="22"/>
        </w:rPr>
        <w:t>B. Bật tính năng Network Discovery giúp các máy tính khác trong mạng LAN có thể nhìn thấy tên máy tính của mình.</w:t>
      </w:r>
    </w:p>
    <w:p>
      <w:pPr>
        <w:pStyle w:val="ListParagraph"/>
      </w:pPr>
      <w:r>
        <w:rPr>
          <w:sz w:val="22"/>
        </w:rPr>
        <w:t>C. Khi đặt quyền 'Read/Write' cho thư mục chia sẻ, người dùng từ máy khác có thể sửa đổi và tạo mới tệp tin trong thư mục đó.</w:t>
      </w:r>
    </w:p>
    <w:p>
      <w:pPr>
        <w:pStyle w:val="ListParagraph"/>
      </w:pPr>
      <w:r>
        <w:rPr>
          <w:sz w:val="22"/>
        </w:rPr>
        <w:t>D. Để kết nối máy in mạng từ máy khách, ta bắt buộc phải tháo máy in ra và cắm cáp USB trực tiếp vào máy khách đó.</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A</w:t>
      </w:r>
    </w:p>
    <w:p>
      <w:r>
        <w:rPr>
          <w:b/>
        </w:rPr>
        <w:t>Câu 5: Đáp án đúng: A</w:t>
      </w:r>
    </w:p>
    <w:p>
      <w:r>
        <w:rPr>
          <w:b/>
        </w:rPr>
        <w:t>Câu 6: Đáp án đúng: C</w:t>
      </w:r>
    </w:p>
    <w:p>
      <w:r>
        <w:rPr>
          <w:b/>
        </w:rPr>
        <w:t>Câu 7: Đáp án đúng: D</w:t>
      </w:r>
    </w:p>
    <w:p>
      <w:r>
        <w:rPr>
          <w:b/>
        </w:rPr>
        <w:t>Câu 8: Đáp án đúng: C</w:t>
      </w:r>
    </w:p>
    <w:p>
      <w:r>
        <w:rPr>
          <w:b/>
        </w:rPr>
        <w:t>Câu 9: Đáp án đúng: C</w:t>
      </w:r>
    </w:p>
    <w:p>
      <w:r>
        <w:rPr>
          <w:b/>
        </w:rPr>
        <w:t>Câu 10: Đáp án đúng: A</w:t>
      </w:r>
    </w:p>
    <w:p>
      <w:r>
        <w:rPr>
          <w:b/>
        </w:rPr>
        <w:t>Câu 11: Đáp án đúng: D</w:t>
      </w:r>
    </w:p>
    <w:p>
      <w:r>
        <w:rPr>
          <w:b/>
        </w:rPr>
        <w:t>Câu 12: Đáp án đúng: A</w:t>
      </w:r>
    </w:p>
    <w:p>
      <w:r>
        <w:rPr>
          <w:b/>
        </w:rPr>
        <w:t>Câu 13: Đáp án đúng: D</w:t>
      </w:r>
    </w:p>
    <w:p>
      <w:r>
        <w:rPr>
          <w:b/>
        </w:rPr>
        <w:t>Câu 14: Đáp án đúng: D</w:t>
      </w:r>
    </w:p>
    <w:p>
      <w:r>
        <w:rPr>
          <w:b/>
        </w:rPr>
        <w:t>Câu 15: Đáp án đúng: B</w:t>
      </w:r>
    </w:p>
    <w:p>
      <w:r>
        <w:rPr>
          <w:b/>
        </w:rPr>
        <w:t>Câu 16: Đáp án đúng: A</w:t>
      </w:r>
    </w:p>
    <w:p>
      <w:r>
        <w:rPr>
          <w:b/>
        </w:rPr>
        <w:t>Câu 17: Đáp án đúng: D</w:t>
      </w:r>
    </w:p>
    <w:p>
      <w:r>
        <w:rPr>
          <w:b/>
        </w:rPr>
        <w:t>Câu 18: Đáp án đúng: A</w:t>
      </w:r>
    </w:p>
    <w:p>
      <w:r>
        <w:rPr>
          <w:b/>
        </w:rPr>
        <w:t>Câu 19: Đáp án đúng: C</w:t>
      </w:r>
    </w:p>
    <w:p>
      <w:r>
        <w:rPr>
          <w:b/>
        </w:rPr>
        <w:t>Câu 20: Đáp án đúng: C</w:t>
      </w:r>
    </w:p>
    <w:p>
      <w:r>
        <w:rPr>
          <w:b/>
        </w:rPr>
        <w:t>Câu 21: Đáp án đúng: B</w:t>
      </w:r>
    </w:p>
    <w:p>
      <w:r>
        <w:rPr>
          <w:b/>
        </w:rPr>
        <w:t>Câu 22: Đáp án đúng: A</w:t>
      </w:r>
    </w:p>
    <w:p>
      <w:r>
        <w:rPr>
          <w:b/>
        </w:rPr>
        <w:t>Câu 23: Đáp án đúng: B</w:t>
      </w:r>
    </w:p>
    <w:p>
      <w:r>
        <w:rPr>
          <w:b/>
        </w:rPr>
        <w:t>Câu 24: Đáp án đúng: A</w:t>
      </w:r>
    </w:p>
    <w:p>
      <w:r>
        <w:rPr>
          <w:b/>
        </w:rPr>
        <w:t>Câu 25: Đáp án đúng: C</w:t>
      </w:r>
    </w:p>
    <w:p>
      <w:r>
        <w:rPr>
          <w:b/>
        </w:rPr>
        <w:t>Câu 26: Đáp án đúng: D</w:t>
      </w:r>
    </w:p>
    <w:p>
      <w:r>
        <w:rPr>
          <w:b/>
        </w:rPr>
        <w:t>Câu 27: Đáp án đúng: C</w:t>
      </w:r>
    </w:p>
    <w:p>
      <w:r>
        <w:rPr>
          <w:b/>
        </w:rPr>
        <w:t>Câu 28: Đáp án đúng: B</w:t>
      </w:r>
    </w:p>
    <w:p>
      <w:r>
        <w:rPr>
          <w:b/>
        </w:rPr>
        <w:t>Câu 29: Đáp án đúng: D</w:t>
      </w:r>
    </w:p>
    <w:p>
      <w:r>
        <w:rPr>
          <w:b/>
        </w:rPr>
        <w:t>Câu 30: Đáp án đúng: D</w:t>
      </w:r>
    </w:p>
    <w:p>
      <w:r>
        <w:rPr>
          <w:b/>
        </w:rPr>
        <w:t>Câu 31: Đáp án đúng: A</w:t>
      </w:r>
    </w:p>
    <w:p>
      <w:r>
        <w:rPr>
          <w:b/>
        </w:rPr>
        <w:t>Câu 32: Đáp án đúng: A</w:t>
      </w:r>
    </w:p>
    <w:p>
      <w:r>
        <w:rPr>
          <w:b/>
        </w:rPr>
        <w:t>Câu 33: Đáp án đúng: B</w:t>
      </w:r>
    </w:p>
    <w:p>
      <w:r>
        <w:rPr>
          <w:b/>
        </w:rPr>
        <w:t>Câu 34: Đáp án đúng: B</w:t>
      </w:r>
    </w:p>
    <w:p>
      <w:r>
        <w:rPr>
          <w:b/>
        </w:rPr>
        <w:t>Câu 35: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