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CHỦ ĐỀ 1. THẾ GIỚI TRONG VÀ SAU CHIẾN TRANH L...</w:t>
      </w:r>
    </w:p>
    <w:p>
      <w:pPr>
        <w:jc w:val="center"/>
      </w:pPr>
      <w:r>
        <w:rPr>
          <w:sz w:val="22"/>
        </w:rPr>
        <w:t>Số câu: 48    Thời gian: _____ phút    Họ và tên: _________________________</w:t>
      </w:r>
    </w:p>
    <w:p/>
    <w:p>
      <w:r>
        <w:rPr>
          <w:b/>
          <w:sz w:val="24"/>
        </w:rPr>
        <w:t>Câu 1: Mục tiêu và nguyên tắc hoạt động của Liên hợp quốc được quy định trong văn kiện nào sau đây?</w:t>
      </w:r>
    </w:p>
    <w:p>
      <w:pPr>
        <w:pStyle w:val="ListParagraph"/>
      </w:pPr>
      <w:r>
        <w:rPr>
          <w:sz w:val="22"/>
        </w:rPr>
        <w:t>A. Hiến chương.</w:t>
      </w:r>
    </w:p>
    <w:p>
      <w:pPr>
        <w:pStyle w:val="ListParagraph"/>
      </w:pPr>
      <w:r>
        <w:rPr>
          <w:sz w:val="22"/>
        </w:rPr>
        <w:t>B. Tuyên ngôn.</w:t>
      </w:r>
    </w:p>
    <w:p>
      <w:pPr>
        <w:pStyle w:val="ListParagraph"/>
      </w:pPr>
      <w:r>
        <w:rPr>
          <w:sz w:val="22"/>
        </w:rPr>
        <w:t>C. Hiệp định.</w:t>
      </w:r>
    </w:p>
    <w:p>
      <w:pPr>
        <w:pStyle w:val="ListParagraph"/>
      </w:pPr>
      <w:r>
        <w:rPr>
          <w:sz w:val="22"/>
        </w:rPr>
        <w:t>D. Điều luật.</w:t>
      </w:r>
    </w:p>
    <w:p/>
    <w:p>
      <w:r>
        <w:rPr>
          <w:b/>
          <w:sz w:val="24"/>
        </w:rPr>
        <w:t>Câu 2: Hiến chương Liên hợp quốc được thông qua tại Hội nghị</w:t>
      </w:r>
    </w:p>
    <w:p>
      <w:pPr>
        <w:pStyle w:val="ListParagraph"/>
      </w:pPr>
      <w:r>
        <w:rPr>
          <w:sz w:val="22"/>
        </w:rPr>
        <w:t>A. Ianta (2/1945, Liên Xô).</w:t>
      </w:r>
    </w:p>
    <w:p>
      <w:pPr>
        <w:pStyle w:val="ListParagraph"/>
      </w:pPr>
      <w:r>
        <w:rPr>
          <w:sz w:val="22"/>
        </w:rPr>
        <w:t>B. Xan Phranxixcô (4/1945, Mĩ).</w:t>
      </w:r>
    </w:p>
    <w:p>
      <w:pPr>
        <w:pStyle w:val="ListParagraph"/>
      </w:pPr>
      <w:r>
        <w:rPr>
          <w:sz w:val="22"/>
        </w:rPr>
        <w:t>C. Potsdam (7/1945, Đức).</w:t>
      </w:r>
    </w:p>
    <w:p>
      <w:pPr>
        <w:pStyle w:val="ListParagraph"/>
      </w:pPr>
      <w:r>
        <w:rPr>
          <w:sz w:val="22"/>
        </w:rPr>
        <w:t>D. Matxcơva (12/1945, Liên Xô).</w:t>
      </w:r>
    </w:p>
    <w:p/>
    <w:p>
      <w:r>
        <w:rPr>
          <w:b/>
          <w:sz w:val="24"/>
        </w:rPr>
        <w:t>Câu 3: Một trong những nguyên tắc hoạt động của Liên hợp quốc được quy định trong Hiến chương Liên hợp quốc (năm 1945) là</w:t>
      </w:r>
    </w:p>
    <w:p>
      <w:pPr>
        <w:pStyle w:val="ListParagraph"/>
      </w:pPr>
      <w:r>
        <w:rPr>
          <w:sz w:val="22"/>
        </w:rPr>
        <w:t>A. tôn trọng các nghĩa vụ và luật pháp quốc tế.</w:t>
      </w:r>
    </w:p>
    <w:p>
      <w:pPr>
        <w:pStyle w:val="ListParagraph"/>
      </w:pPr>
      <w:r>
        <w:rPr>
          <w:sz w:val="22"/>
        </w:rPr>
        <w:t>B. tôn trọng quyết định của 5 nước Ủy viên thường trực.</w:t>
      </w:r>
    </w:p>
    <w:p>
      <w:pPr>
        <w:pStyle w:val="ListParagraph"/>
      </w:pPr>
      <w:r>
        <w:rPr>
          <w:sz w:val="22"/>
        </w:rPr>
        <w:t>C. không đưa quân đội Liên hợp quốc vào các khu vực.</w:t>
      </w:r>
    </w:p>
    <w:p>
      <w:pPr>
        <w:pStyle w:val="ListParagraph"/>
      </w:pPr>
      <w:r>
        <w:rPr>
          <w:sz w:val="22"/>
        </w:rPr>
        <w:t>D. tôn trọng độc lập của 50 nước sáng lập Liên hợp quốc.</w:t>
      </w:r>
    </w:p>
    <w:p/>
    <w:p>
      <w:r>
        <w:rPr>
          <w:b/>
          <w:sz w:val="24"/>
        </w:rPr>
        <w:t>Câu 4: Nội dung nào sau đây không phải là một trong những nguyên tắc hoạt động của Liên hợp quốc?</w:t>
      </w:r>
    </w:p>
    <w:p>
      <w:pPr>
        <w:pStyle w:val="ListParagraph"/>
      </w:pPr>
      <w:r>
        <w:rPr>
          <w:sz w:val="22"/>
        </w:rPr>
        <w:t>A. Bình đẳng chủ quyền của tất cả các quốc gia thành viên.</w:t>
      </w:r>
    </w:p>
    <w:p>
      <w:pPr>
        <w:pStyle w:val="ListParagraph"/>
      </w:pPr>
      <w:r>
        <w:rPr>
          <w:sz w:val="22"/>
        </w:rPr>
        <w:t>B. Tôn trọng toàn vẹn lãnh thổ và độc lập chính trị quốc gia.</w:t>
      </w:r>
    </w:p>
    <w:p>
      <w:pPr>
        <w:pStyle w:val="ListParagraph"/>
      </w:pPr>
      <w:r>
        <w:rPr>
          <w:sz w:val="22"/>
        </w:rPr>
        <w:t>C. Không can thiệp vào công việc nội bộ của các nước.</w:t>
      </w:r>
    </w:p>
    <w:p>
      <w:pPr>
        <w:pStyle w:val="ListParagraph"/>
      </w:pPr>
      <w:r>
        <w:rPr>
          <w:sz w:val="22"/>
        </w:rPr>
        <w:t>D. Hợp tác có hiệu quả trên các lĩnh vực kinh tế, xã hội và quân sự.</w:t>
      </w:r>
    </w:p>
    <w:p/>
    <w:p>
      <w:r>
        <w:rPr>
          <w:b/>
          <w:sz w:val="24"/>
        </w:rPr>
        <w:t>Câu 5: Tháng 4 đến tháng 6/1945 Đại diện 50 quốc gia họp tại Xan Phranxixcô (Mỹ) thông qua nội dung nào sau đây?</w:t>
      </w:r>
    </w:p>
    <w:p>
      <w:pPr>
        <w:pStyle w:val="ListParagraph"/>
      </w:pPr>
      <w:r>
        <w:rPr>
          <w:sz w:val="22"/>
        </w:rPr>
        <w:t>A. Ký bản Tuyên bố cùng hợp tác giữa các nước.</w:t>
      </w:r>
    </w:p>
    <w:p>
      <w:pPr>
        <w:pStyle w:val="ListParagraph"/>
      </w:pPr>
      <w:r>
        <w:rPr>
          <w:sz w:val="22"/>
        </w:rPr>
        <w:t>B. Thông qua những chính sách đối nội, đối ngoại.</w:t>
      </w:r>
    </w:p>
    <w:p>
      <w:pPr>
        <w:pStyle w:val="ListParagraph"/>
      </w:pPr>
      <w:r>
        <w:rPr>
          <w:sz w:val="22"/>
        </w:rPr>
        <w:t>C. Thông qua bản Hiến chương Liên hợp quốc.</w:t>
      </w:r>
    </w:p>
    <w:p>
      <w:pPr>
        <w:pStyle w:val="ListParagraph"/>
      </w:pPr>
      <w:r>
        <w:rPr>
          <w:sz w:val="22"/>
        </w:rPr>
        <w:t>D. Tuyên bố chấm dứt chiến tranh thế giới thứ II.</w:t>
      </w:r>
    </w:p>
    <w:p/>
    <w:p>
      <w:r>
        <w:rPr>
          <w:b/>
          <w:sz w:val="24"/>
        </w:rPr>
        <w:t>Câu 6: Nội dung nào sau đây không phải là việc làm của Liên hợp quốc để trở thành một diễn đàn quốc tế vừa hợp tác, vừa đấu tranh nhằm duy trì hòa bình và an ninh thế giới?</w:t>
      </w:r>
    </w:p>
    <w:p>
      <w:pPr>
        <w:pStyle w:val="ListParagraph"/>
      </w:pPr>
      <w:r>
        <w:rPr>
          <w:sz w:val="22"/>
        </w:rPr>
        <w:t>A. Góp phần thiết lập trật tự thế giới đơn cực.</w:t>
      </w:r>
    </w:p>
    <w:p>
      <w:pPr>
        <w:pStyle w:val="ListParagraph"/>
      </w:pPr>
      <w:r>
        <w:rPr>
          <w:sz w:val="22"/>
        </w:rPr>
        <w:t>B. Giải quyết các vụ tranh chấp và xung đột ở nhiều khu vực.</w:t>
      </w:r>
    </w:p>
    <w:p>
      <w:pPr>
        <w:pStyle w:val="ListParagraph"/>
      </w:pPr>
      <w:r>
        <w:rPr>
          <w:sz w:val="22"/>
        </w:rPr>
        <w:t>C. Thúc đẩy mối quan hệ hữu nghị và hợp tác quốc tế.</w:t>
      </w:r>
    </w:p>
    <w:p>
      <w:pPr>
        <w:pStyle w:val="ListParagraph"/>
      </w:pPr>
      <w:r>
        <w:rPr>
          <w:sz w:val="22"/>
        </w:rPr>
        <w:t>D. Giúp đỡ các dân tộc về kinh tế, văn hóa, giáo dục, y tế, nhân đạo,...</w:t>
      </w:r>
    </w:p>
    <w:p/>
    <w:p>
      <w:r>
        <w:rPr>
          <w:b/>
          <w:sz w:val="24"/>
        </w:rPr>
        <w:t>Câu 7: Hội nghị Ianta đưa ra quyết định thành lập tổ chức Liên hợp quốc xuất phát từ bối cảnh nào sau đây?</w:t>
      </w:r>
    </w:p>
    <w:p>
      <w:pPr>
        <w:pStyle w:val="ListParagraph"/>
      </w:pPr>
      <w:r>
        <w:rPr>
          <w:sz w:val="22"/>
        </w:rPr>
        <w:t>A. Giúp đỡ các nước tư bản khôi phục kinh tế sau chiến tranh thế giới thứ II.</w:t>
      </w:r>
    </w:p>
    <w:p>
      <w:pPr>
        <w:pStyle w:val="ListParagraph"/>
      </w:pPr>
      <w:r>
        <w:rPr>
          <w:sz w:val="22"/>
        </w:rPr>
        <w:t>B. Các cường quốc muốn thiết lập một trật tự thế giới mới.</w:t>
      </w:r>
    </w:p>
    <w:p>
      <w:pPr>
        <w:pStyle w:val="ListParagraph"/>
      </w:pPr>
      <w:r>
        <w:rPr>
          <w:sz w:val="22"/>
        </w:rPr>
        <w:t>C. Nhằm gia tăng sức mạnh chống lại sự mở rộng của Chủ nghĩa xã hội.</w:t>
      </w:r>
    </w:p>
    <w:p>
      <w:pPr>
        <w:pStyle w:val="ListParagraph"/>
      </w:pPr>
      <w:r>
        <w:rPr>
          <w:sz w:val="22"/>
        </w:rPr>
        <w:t>D. Cần có một công cụ để duy trì hòa bình và an ninh thế giới.</w:t>
      </w:r>
    </w:p>
    <w:p/>
    <w:p>
      <w:r>
        <w:rPr>
          <w:b/>
          <w:sz w:val="24"/>
        </w:rPr>
        <w:t>Câu 8: Tổ chức Liên hợp quốc chính thức thành lập trong sự kiện nào sau đây?</w:t>
      </w:r>
    </w:p>
    <w:p>
      <w:pPr>
        <w:pStyle w:val="ListParagraph"/>
      </w:pPr>
      <w:r>
        <w:rPr>
          <w:sz w:val="22"/>
        </w:rPr>
        <w:t>A. Hiến chương của Liên hợp quốc được các nước thành viên phê chuẩn.</w:t>
      </w:r>
    </w:p>
    <w:p>
      <w:pPr>
        <w:pStyle w:val="ListParagraph"/>
      </w:pPr>
      <w:r>
        <w:rPr>
          <w:sz w:val="22"/>
        </w:rPr>
        <w:t>B. Hội nghị Xan Phranxixco soạn thảo, thông qua bản Hiến chương Liên hợp quốc.</w:t>
      </w:r>
    </w:p>
    <w:p>
      <w:pPr>
        <w:pStyle w:val="ListParagraph"/>
      </w:pPr>
      <w:r>
        <w:rPr>
          <w:sz w:val="22"/>
        </w:rPr>
        <w:t>C. Nguyên thủ ba nước Liên Xô, Mĩ, Anh thống nhất thành lập Liên hợp quốc.</w:t>
      </w:r>
    </w:p>
    <w:p>
      <w:pPr>
        <w:pStyle w:val="ListParagraph"/>
      </w:pPr>
      <w:r>
        <w:rPr>
          <w:sz w:val="22"/>
        </w:rPr>
        <w:t>D. Bản tuyên bố Luân Đôn nêu rõ mục đích và nguyên tắc hoạt động của Liên hợp quốc.</w:t>
      </w:r>
    </w:p>
    <w:p/>
    <w:p>
      <w:r>
        <w:rPr>
          <w:b/>
          <w:sz w:val="24"/>
        </w:rPr>
        <w:t>Câu 9: Nội dung nào sau đây không phải là vai trò của tổ chức Liên hợp quốc trong việc duy trì hòa bình và an ninh thế giới?</w:t>
      </w:r>
    </w:p>
    <w:p>
      <w:pPr>
        <w:pStyle w:val="ListParagraph"/>
      </w:pPr>
      <w:r>
        <w:rPr>
          <w:sz w:val="22"/>
        </w:rPr>
        <w:t>A. Góp phần chống tình trạng chạy đua vũ trang, hạn chế vũ khí hạt nhân.</w:t>
      </w:r>
    </w:p>
    <w:p>
      <w:pPr>
        <w:pStyle w:val="ListParagraph"/>
      </w:pPr>
      <w:r>
        <w:rPr>
          <w:sz w:val="22"/>
        </w:rPr>
        <w:t>B. Triển khai các hoạt động giữ gìn hòa bình ở một số khu vực trên thế giới.</w:t>
      </w:r>
    </w:p>
    <w:p>
      <w:pPr>
        <w:pStyle w:val="ListParagraph"/>
      </w:pPr>
      <w:r>
        <w:rPr>
          <w:sz w:val="22"/>
        </w:rPr>
        <w:t>C. Góp phần ngăn chặn một cuộc chiến tranh thế giới mới xảy ra.</w:t>
      </w:r>
    </w:p>
    <w:p>
      <w:pPr>
        <w:pStyle w:val="ListParagraph"/>
      </w:pPr>
      <w:r>
        <w:rPr>
          <w:sz w:val="22"/>
        </w:rPr>
        <w:t>D. Tạo ra nhiều chương trình thúc đẩy sự phát triển kinh tế cho các nước.</w:t>
      </w:r>
    </w:p>
    <w:p/>
    <w:p>
      <w:r>
        <w:rPr>
          <w:b/>
          <w:sz w:val="24"/>
        </w:rPr>
        <w:t>Câu 10: Nội dung nào sau đây không phải là một trong những vai trò của Liên Hợp quốc trong việc đảm bảo quyền con người, phát triển văn hóa, xã hội?</w:t>
      </w:r>
    </w:p>
    <w:p>
      <w:pPr>
        <w:pStyle w:val="ListParagraph"/>
      </w:pPr>
      <w:r>
        <w:rPr>
          <w:sz w:val="22"/>
        </w:rPr>
        <w:t>A. Góp phần thúc đẩy sự phát triển kinh tế cho các nước đang phát triển.</w:t>
      </w:r>
    </w:p>
    <w:p>
      <w:pPr>
        <w:pStyle w:val="ListParagraph"/>
      </w:pPr>
      <w:r>
        <w:rPr>
          <w:sz w:val="22"/>
        </w:rPr>
        <w:t>B. Góp phần trong việc thúc đẩy giáo dục, bình đẳng giới.</w:t>
      </w:r>
    </w:p>
    <w:p>
      <w:pPr>
        <w:pStyle w:val="ListParagraph"/>
      </w:pPr>
      <w:r>
        <w:rPr>
          <w:sz w:val="22"/>
        </w:rPr>
        <w:t>C. Góp phần giảm tỉ lệ tử vong ở trẻ em, cải thiện sức khỏe bà mẹ.</w:t>
      </w:r>
    </w:p>
    <w:p>
      <w:pPr>
        <w:pStyle w:val="ListParagraph"/>
      </w:pPr>
      <w:r>
        <w:rPr>
          <w:sz w:val="22"/>
        </w:rPr>
        <w:t>D. Góp phần phòng chống HIV/AIDS và các bệnh truyền nhiễm.</w:t>
      </w:r>
    </w:p>
    <w:p/>
    <w:p>
      <w:r>
        <w:rPr>
          <w:b/>
          <w:sz w:val="24"/>
        </w:rPr>
        <w:t>Câu 11: Nguyên thủ ba nước Liên Xô, Mỹ, Anh thống nhất thành lập tổ chức Liên hợp quốc tại hội nghị nào?</w:t>
      </w:r>
    </w:p>
    <w:p>
      <w:pPr>
        <w:pStyle w:val="ListParagraph"/>
      </w:pPr>
      <w:r>
        <w:rPr>
          <w:sz w:val="22"/>
        </w:rPr>
        <w:t>A. Matxcơva (12/1945, Liên Xô).</w:t>
      </w:r>
    </w:p>
    <w:p>
      <w:pPr>
        <w:pStyle w:val="ListParagraph"/>
      </w:pPr>
      <w:r>
        <w:rPr>
          <w:sz w:val="22"/>
        </w:rPr>
        <w:t>B. Ianta (2/1945, Liên Xô).</w:t>
      </w:r>
    </w:p>
    <w:p>
      <w:pPr>
        <w:pStyle w:val="ListParagraph"/>
      </w:pPr>
      <w:r>
        <w:rPr>
          <w:sz w:val="22"/>
        </w:rPr>
        <w:t>C. Xan Phranxixcô (4/1945, Mĩ).</w:t>
      </w:r>
    </w:p>
    <w:p>
      <w:pPr>
        <w:pStyle w:val="ListParagraph"/>
      </w:pPr>
      <w:r>
        <w:rPr>
          <w:sz w:val="22"/>
        </w:rPr>
        <w:t>D. Potsdam (7/1945, Đức).</w:t>
      </w:r>
    </w:p>
    <w:p/>
    <w:p>
      <w:r>
        <w:rPr>
          <w:b/>
          <w:sz w:val="24"/>
        </w:rPr>
        <w:t>Câu 12: Năm 1942 đại diện Mĩ, Liên Xô, Trung Quốc và 22 nước Đồng minh kí Tuyên bố Liên hợp quốc tại đâu?</w:t>
      </w:r>
    </w:p>
    <w:p>
      <w:pPr>
        <w:pStyle w:val="ListParagraph"/>
      </w:pPr>
      <w:r>
        <w:rPr>
          <w:sz w:val="22"/>
        </w:rPr>
        <w:t>A. Ianta (Liên Xô).</w:t>
      </w:r>
    </w:p>
    <w:p>
      <w:pPr>
        <w:pStyle w:val="ListParagraph"/>
      </w:pPr>
      <w:r>
        <w:rPr>
          <w:sz w:val="22"/>
        </w:rPr>
        <w:t>B. Matxcơva (Liên Xô).</w:t>
      </w:r>
    </w:p>
    <w:p>
      <w:pPr>
        <w:pStyle w:val="ListParagraph"/>
      </w:pPr>
      <w:r>
        <w:rPr>
          <w:sz w:val="22"/>
        </w:rPr>
        <w:t>C. Washington (Mĩ).</w:t>
      </w:r>
    </w:p>
    <w:p>
      <w:pPr>
        <w:pStyle w:val="ListParagraph"/>
      </w:pPr>
      <w:r>
        <w:rPr>
          <w:sz w:val="22"/>
        </w:rPr>
        <w:t>D. Berlin (Đức).</w:t>
      </w:r>
    </w:p>
    <w:p/>
    <w:p>
      <w:r>
        <w:rPr>
          <w:b/>
          <w:sz w:val="24"/>
        </w:rPr>
        <w:t>Câu 13: Việt Nam đã vận dụng nguyên tắc nào của Liên hợp quốc để giải quyết vấn đề Biển Đông?</w:t>
      </w:r>
    </w:p>
    <w:p>
      <w:pPr>
        <w:pStyle w:val="ListParagraph"/>
      </w:pPr>
      <w:r>
        <w:rPr>
          <w:sz w:val="22"/>
        </w:rPr>
        <w:t>A. Không can thiệp vào công việc nội bộ của các nước.</w:t>
      </w:r>
    </w:p>
    <w:p>
      <w:pPr>
        <w:pStyle w:val="ListParagraph"/>
      </w:pPr>
      <w:r>
        <w:rPr>
          <w:sz w:val="22"/>
        </w:rPr>
        <w:t>B. Giải quyết các tranh chấp bằng biện pháp hoà bình.</w:t>
      </w:r>
    </w:p>
    <w:p>
      <w:pPr>
        <w:pStyle w:val="ListParagraph"/>
      </w:pPr>
      <w:r>
        <w:rPr>
          <w:sz w:val="22"/>
        </w:rPr>
        <w:t>C. Bình đẳng chủ quyền giữa các quốc gia.</w:t>
      </w:r>
    </w:p>
    <w:p>
      <w:pPr>
        <w:pStyle w:val="ListParagraph"/>
      </w:pPr>
      <w:r>
        <w:rPr>
          <w:sz w:val="22"/>
        </w:rPr>
        <w:t>D. Tôn trọng toàn vẹn lãnh thổ của các nước.</w:t>
      </w:r>
    </w:p>
    <w:p/>
    <w:p>
      <w:r>
        <w:rPr>
          <w:b/>
          <w:sz w:val="24"/>
        </w:rPr>
        <w:t>Câu 14: Nội dung nào sau đây không phải là mục tiêu của tổ chức Liên hợp quốc?</w:t>
      </w:r>
    </w:p>
    <w:p>
      <w:pPr>
        <w:pStyle w:val="ListParagraph"/>
      </w:pPr>
      <w:r>
        <w:rPr>
          <w:sz w:val="22"/>
        </w:rPr>
        <w:t>A. Duy trì hòa bình và an ninh quốc tế.</w:t>
      </w:r>
    </w:p>
    <w:p>
      <w:pPr>
        <w:pStyle w:val="ListParagraph"/>
      </w:pPr>
      <w:r>
        <w:rPr>
          <w:sz w:val="22"/>
        </w:rPr>
        <w:t>B. Phát triển các mối quan hệ hữu nghị giữa các dân tộc.</w:t>
      </w:r>
    </w:p>
    <w:p>
      <w:pPr>
        <w:pStyle w:val="ListParagraph"/>
      </w:pPr>
      <w:r>
        <w:rPr>
          <w:sz w:val="22"/>
        </w:rPr>
        <w:t>C. Tiến hành hợp tác quốc tế giữa các nước.</w:t>
      </w:r>
    </w:p>
    <w:p>
      <w:pPr>
        <w:pStyle w:val="ListParagraph"/>
      </w:pPr>
      <w:r>
        <w:rPr>
          <w:sz w:val="22"/>
        </w:rPr>
        <w:t>D. Tiến hành nhất thể hóa các nước thành viên.</w:t>
      </w:r>
    </w:p>
    <w:p/>
    <w:p>
      <w:r>
        <w:rPr>
          <w:b/>
          <w:sz w:val="24"/>
        </w:rPr>
        <w:t>Câu 15: Đầu năm 1945, nội dung nào sau đây là vấn đề cấp bách đặt ra cho các nước Đồng minh chống phát xít?</w:t>
      </w:r>
    </w:p>
    <w:p>
      <w:pPr>
        <w:pStyle w:val="ListParagraph"/>
      </w:pPr>
      <w:r>
        <w:rPr>
          <w:sz w:val="22"/>
        </w:rPr>
        <w:t>A. Phân chia lại thuộc địa của các nước.</w:t>
      </w:r>
    </w:p>
    <w:p>
      <w:pPr>
        <w:pStyle w:val="ListParagraph"/>
      </w:pPr>
      <w:r>
        <w:rPr>
          <w:sz w:val="22"/>
        </w:rPr>
        <w:t>B. Tổ chức lại thế giới sau chiến tranh.</w:t>
      </w:r>
    </w:p>
    <w:p>
      <w:pPr>
        <w:pStyle w:val="ListParagraph"/>
      </w:pPr>
      <w:r>
        <w:rPr>
          <w:sz w:val="22"/>
        </w:rPr>
        <w:t>C. Thiết lập trật tự thế giới đơn cực.</w:t>
      </w:r>
    </w:p>
    <w:p>
      <w:pPr>
        <w:pStyle w:val="ListParagraph"/>
      </w:pPr>
      <w:r>
        <w:rPr>
          <w:sz w:val="22"/>
        </w:rPr>
        <w:t>D. Giải trừ chủ nghĩa thực dân.</w:t>
      </w:r>
    </w:p>
    <w:p/>
    <w:p>
      <w:r>
        <w:rPr>
          <w:b/>
          <w:sz w:val="24"/>
        </w:rPr>
        <w:t>Câu 16: Sự kiện nào sau đây đặt cơ sở cho việc hướng tới thành lập tổ chức Liên hợp quốc?</w:t>
      </w:r>
    </w:p>
    <w:p>
      <w:pPr>
        <w:pStyle w:val="ListParagraph"/>
      </w:pPr>
      <w:r>
        <w:rPr>
          <w:sz w:val="22"/>
        </w:rPr>
        <w:t>A. Hội nghị I-an-ta giữa nguyên thủ 3 nước Liên Xô, Mỹ, Anh (2/1945).</w:t>
      </w:r>
    </w:p>
    <w:p>
      <w:pPr>
        <w:pStyle w:val="ListParagraph"/>
      </w:pPr>
      <w:r>
        <w:rPr>
          <w:sz w:val="22"/>
        </w:rPr>
        <w:t>B. Các nước đồng minh ký bản tuyên bố cùng hợp tác (1941).</w:t>
      </w:r>
    </w:p>
    <w:p>
      <w:pPr>
        <w:pStyle w:val="ListParagraph"/>
      </w:pPr>
      <w:r>
        <w:rPr>
          <w:sz w:val="22"/>
        </w:rPr>
        <w:t>C. Hội nghị Tê-hê-ran giữa nguyên thủ 3 nước Liên Xô, Mỹ, Anh (1943).</w:t>
      </w:r>
    </w:p>
    <w:p>
      <w:pPr>
        <w:pStyle w:val="ListParagraph"/>
      </w:pPr>
      <w:r>
        <w:rPr>
          <w:sz w:val="22"/>
        </w:rPr>
        <w:t>D. Hội nghị San Francisco (Mỹ) thông qua Hiến chương Liên hợp quốc (1945).</w:t>
      </w:r>
    </w:p>
    <w:p/>
    <w:p>
      <w:r>
        <w:rPr>
          <w:b/>
          <w:sz w:val="24"/>
        </w:rPr>
        <w:t>Câu 17: Nội dung nào sau đây là một trong những mục tiêu của tổ chức Liên hợp quốc?</w:t>
      </w:r>
    </w:p>
    <w:p>
      <w:pPr>
        <w:pStyle w:val="ListParagraph"/>
      </w:pPr>
      <w:r>
        <w:rPr>
          <w:sz w:val="22"/>
        </w:rPr>
        <w:t>A. Xây dựng một liên minh kinh tế - quân sự vững mạnh.</w:t>
      </w:r>
    </w:p>
    <w:p>
      <w:pPr>
        <w:pStyle w:val="ListParagraph"/>
      </w:pPr>
      <w:r>
        <w:rPr>
          <w:sz w:val="22"/>
        </w:rPr>
        <w:t>B. Chấm dứt hoàn toàn những xung đột nội bộ của từng quốc gia.</w:t>
      </w:r>
    </w:p>
    <w:p>
      <w:pPr>
        <w:pStyle w:val="ListParagraph"/>
      </w:pPr>
      <w:r>
        <w:rPr>
          <w:sz w:val="22"/>
        </w:rPr>
        <w:t>C. Liên kết các nước thành các trung tâm kinh tế, chính trị, văn hóa.</w:t>
      </w:r>
    </w:p>
    <w:p>
      <w:pPr>
        <w:pStyle w:val="ListParagraph"/>
      </w:pPr>
      <w:r>
        <w:rPr>
          <w:sz w:val="22"/>
        </w:rPr>
        <w:t>D. Điều hòa hoạt động của các quốc gia vì mục tiêu chung.</w:t>
      </w:r>
    </w:p>
    <w:p/>
    <w:p>
      <w:r>
        <w:rPr>
          <w:b/>
          <w:sz w:val="24"/>
        </w:rPr>
        <w:t>Câu 18: Ngày 1/1/1942, đại diện của 26 nước đã ký văn kiện nào sau đây?</w:t>
      </w:r>
    </w:p>
    <w:p>
      <w:pPr>
        <w:pStyle w:val="ListParagraph"/>
      </w:pPr>
      <w:r>
        <w:rPr>
          <w:sz w:val="22"/>
        </w:rPr>
        <w:t>A. Tuyên bố về Liên hợp quốc.</w:t>
      </w:r>
    </w:p>
    <w:p>
      <w:pPr>
        <w:pStyle w:val="ListParagraph"/>
      </w:pPr>
      <w:r>
        <w:rPr>
          <w:sz w:val="22"/>
        </w:rPr>
        <w:t>B. Chấm dứt chiến tranh lạnh.</w:t>
      </w:r>
    </w:p>
    <w:p>
      <w:pPr>
        <w:pStyle w:val="ListParagraph"/>
      </w:pPr>
      <w:r>
        <w:rPr>
          <w:sz w:val="22"/>
        </w:rPr>
        <w:t>C. Thành lập Liên hợp quốc.</w:t>
      </w:r>
    </w:p>
    <w:p>
      <w:pPr>
        <w:pStyle w:val="ListParagraph"/>
      </w:pPr>
      <w:r>
        <w:rPr>
          <w:sz w:val="22"/>
        </w:rPr>
        <w:t>D. Hiến chương Liên hợp quốc.</w:t>
      </w:r>
    </w:p>
    <w:p/>
    <w:p>
      <w:r>
        <w:rPr>
          <w:b/>
          <w:sz w:val="24"/>
        </w:rPr>
        <w:t>Câu 19: Nội dung nào sau đây không đúng về vị trí, vai trò của tổ chức Liên hợp quốc?</w:t>
      </w:r>
    </w:p>
    <w:p>
      <w:pPr>
        <w:pStyle w:val="ListParagraph"/>
      </w:pPr>
      <w:r>
        <w:rPr>
          <w:sz w:val="22"/>
        </w:rPr>
        <w:t>A. Tổ chức quốc tế lớn nhất, vừa hợp tác vừa đấu tranh.</w:t>
      </w:r>
    </w:p>
    <w:p>
      <w:pPr>
        <w:pStyle w:val="ListParagraph"/>
      </w:pPr>
      <w:r>
        <w:rPr>
          <w:sz w:val="22"/>
        </w:rPr>
        <w:t>B. Thúc đẩy mối quan hệ hữu nghị giữa các nước.</w:t>
      </w:r>
    </w:p>
    <w:p>
      <w:pPr>
        <w:pStyle w:val="ListParagraph"/>
      </w:pPr>
      <w:r>
        <w:rPr>
          <w:sz w:val="22"/>
        </w:rPr>
        <w:t>C. Là tổ chức liên kết kinh tế - chính trị lớn nhất hành tinh.</w:t>
      </w:r>
    </w:p>
    <w:p>
      <w:pPr>
        <w:pStyle w:val="ListParagraph"/>
      </w:pPr>
      <w:r>
        <w:rPr>
          <w:sz w:val="22"/>
        </w:rPr>
        <w:t>D. Ngăn chặn xung đột và là trung gian hòa giải xung đột.</w:t>
      </w:r>
    </w:p>
    <w:p/>
    <w:p>
      <w:r>
        <w:rPr>
          <w:b/>
          <w:sz w:val="24"/>
        </w:rPr>
        <w:t>Câu 20: Nội dung nào sau đây là một trong những việc làm của Liên hợp quốc trong việc bảo đảm quyền con người, phát triển văn hoá, xã hội?</w:t>
      </w:r>
    </w:p>
    <w:p>
      <w:pPr>
        <w:pStyle w:val="ListParagraph"/>
      </w:pPr>
      <w:r>
        <w:rPr>
          <w:sz w:val="22"/>
        </w:rPr>
        <w:t>A. Ngăn chặn xung đột và làm trung gian hòa giải xung đột.</w:t>
      </w:r>
    </w:p>
    <w:p>
      <w:pPr>
        <w:pStyle w:val="ListParagraph"/>
      </w:pPr>
      <w:r>
        <w:rPr>
          <w:sz w:val="22"/>
        </w:rPr>
        <w:t>B. Đề ra mục tiêu phát triển Thiên niên kỷ nhằm xóa đói nghèo.</w:t>
      </w:r>
    </w:p>
    <w:p>
      <w:pPr>
        <w:pStyle w:val="ListParagraph"/>
      </w:pPr>
      <w:r>
        <w:rPr>
          <w:sz w:val="22"/>
        </w:rPr>
        <w:t>C. Góp phần thúc đây quá trình phi thực dân hóa trên thế giới.</w:t>
      </w:r>
    </w:p>
    <w:p>
      <w:pPr>
        <w:pStyle w:val="ListParagraph"/>
      </w:pPr>
      <w:r>
        <w:rPr>
          <w:sz w:val="22"/>
        </w:rPr>
        <w:t>D. Chống tình trạng chạy đua vũ trang, hạn chế vũ khí hạt nhân.</w:t>
      </w:r>
    </w:p>
    <w:p/>
    <w:p>
      <w:r>
        <w:rPr>
          <w:b/>
          <w:sz w:val="24"/>
        </w:rPr>
        <w:t>Câu 21: Nội dung nào sau đây là một trong những việc làm của Liên hợp quốc trong việc duy trì hòa bình và an ninh quốc tế?</w:t>
      </w:r>
    </w:p>
    <w:p>
      <w:pPr>
        <w:pStyle w:val="ListParagraph"/>
      </w:pPr>
      <w:r>
        <w:rPr>
          <w:sz w:val="22"/>
        </w:rPr>
        <w:t>A. Thực hiện các chương trình bảo vệ môi trường.</w:t>
      </w:r>
    </w:p>
    <w:p>
      <w:pPr>
        <w:pStyle w:val="ListParagraph"/>
      </w:pPr>
      <w:r>
        <w:rPr>
          <w:sz w:val="22"/>
        </w:rPr>
        <w:t>B. Loại bỏ mọi hình thức phân biệt đối xử với phụ nữ.</w:t>
      </w:r>
    </w:p>
    <w:p>
      <w:pPr>
        <w:pStyle w:val="ListParagraph"/>
      </w:pPr>
      <w:r>
        <w:rPr>
          <w:sz w:val="22"/>
        </w:rPr>
        <w:t>C. Góp phần thúc đẩy quá trình phi thực dân hóa.</w:t>
      </w:r>
    </w:p>
    <w:p>
      <w:pPr>
        <w:pStyle w:val="ListParagraph"/>
      </w:pPr>
      <w:r>
        <w:rPr>
          <w:sz w:val="22"/>
        </w:rPr>
        <w:t>D. Hỗ trợ các nước về vốn, tri thức, kỹ thuật để phát triển.</w:t>
      </w:r>
    </w:p>
    <w:p/>
    <w:p>
      <w:r>
        <w:rPr>
          <w:b/>
          <w:sz w:val="24"/>
        </w:rPr>
        <w:t>Câu 22: Một trong những cơ quan chính của tổ chức Liên hợp quốc được quy định trong Hiến chương Liên họp quốc (năm 1945) là</w:t>
      </w:r>
    </w:p>
    <w:p>
      <w:pPr>
        <w:pStyle w:val="ListParagraph"/>
      </w:pPr>
      <w:r>
        <w:rPr>
          <w:sz w:val="22"/>
        </w:rPr>
        <w:t>A. Ngân hàng thế giới.</w:t>
      </w:r>
    </w:p>
    <w:p>
      <w:pPr>
        <w:pStyle w:val="ListParagraph"/>
      </w:pPr>
      <w:r>
        <w:rPr>
          <w:sz w:val="22"/>
        </w:rPr>
        <w:t>B. Quỹ Nhi đồng.</w:t>
      </w:r>
    </w:p>
    <w:p>
      <w:pPr>
        <w:pStyle w:val="ListParagraph"/>
      </w:pPr>
      <w:r>
        <w:rPr>
          <w:sz w:val="22"/>
        </w:rPr>
        <w:t>C. Hội đồng Bảo an.</w:t>
      </w:r>
    </w:p>
    <w:p>
      <w:pPr>
        <w:pStyle w:val="ListParagraph"/>
      </w:pPr>
      <w:r>
        <w:rPr>
          <w:sz w:val="22"/>
        </w:rPr>
        <w:t>D. Tổ chức thương mại thế giới.</w:t>
      </w:r>
    </w:p>
    <w:p/>
    <w:p>
      <w:r>
        <w:rPr>
          <w:b/>
          <w:sz w:val="24"/>
        </w:rPr>
        <w:t>Câu 23: Liên hợp quốc được thành lập (1945) không nhằm mục tiêu nào sau đây?</w:t>
      </w:r>
    </w:p>
    <w:p>
      <w:pPr>
        <w:pStyle w:val="ListParagraph"/>
      </w:pPr>
      <w:r>
        <w:rPr>
          <w:sz w:val="22"/>
        </w:rPr>
        <w:t>A. Hợp tác quốc tế giữa các nước thành viên.</w:t>
      </w:r>
    </w:p>
    <w:p>
      <w:pPr>
        <w:pStyle w:val="ListParagraph"/>
      </w:pPr>
      <w:r>
        <w:rPr>
          <w:sz w:val="22"/>
        </w:rPr>
        <w:t>B. Duy trì nền hòa bình và an ninh trên thế giới.</w:t>
      </w:r>
    </w:p>
    <w:p>
      <w:pPr>
        <w:pStyle w:val="ListParagraph"/>
      </w:pPr>
      <w:r>
        <w:rPr>
          <w:sz w:val="22"/>
        </w:rPr>
        <w:t>C. Phát triển quan hệ hữu nghị giữa các dân tộc.</w:t>
      </w:r>
    </w:p>
    <w:p>
      <w:pPr>
        <w:pStyle w:val="ListParagraph"/>
      </w:pPr>
      <w:r>
        <w:rPr>
          <w:sz w:val="22"/>
        </w:rPr>
        <w:t>D. Duy trì Trật tự thế giới hai cực Ianta.</w:t>
      </w:r>
    </w:p>
    <w:p/>
    <w:p>
      <w:r>
        <w:rPr>
          <w:b/>
          <w:sz w:val="24"/>
        </w:rPr>
        <w:t>Câu 24: Trong quá trình hoạt động (từ năm 1945), Liên hợp quốc đã thực hiện được vai trò quan trọng nào sau đây?</w:t>
      </w:r>
    </w:p>
    <w:p>
      <w:pPr>
        <w:pStyle w:val="ListParagraph"/>
      </w:pPr>
      <w:r>
        <w:rPr>
          <w:sz w:val="22"/>
        </w:rPr>
        <w:t>A. Ngăn chặn được mọi cuộc chiến tranh ở các khu vực.</w:t>
      </w:r>
    </w:p>
    <w:p>
      <w:pPr>
        <w:pStyle w:val="ListParagraph"/>
      </w:pPr>
      <w:r>
        <w:rPr>
          <w:sz w:val="22"/>
        </w:rPr>
        <w:t>B. Góp phần vào chấm dứt nạn khủng bố trên toàn cầu.</w:t>
      </w:r>
    </w:p>
    <w:p>
      <w:pPr>
        <w:pStyle w:val="ListParagraph"/>
      </w:pPr>
      <w:r>
        <w:rPr>
          <w:sz w:val="22"/>
        </w:rPr>
        <w:t>C. Ngăn chặn không để xảy ra cuộc chiến tranh thế giới mới.</w:t>
      </w:r>
    </w:p>
    <w:p>
      <w:pPr>
        <w:pStyle w:val="ListParagraph"/>
      </w:pPr>
      <w:r>
        <w:rPr>
          <w:sz w:val="22"/>
        </w:rPr>
        <w:t>D. Góp phần chấm dứt tình trạng đói nghèo ở châu Phi.</w:t>
      </w:r>
    </w:p>
    <w:p/>
    <w:p>
      <w:r>
        <w:rPr>
          <w:b/>
          <w:sz w:val="24"/>
        </w:rPr>
        <w:t>Câu 25: Theo thỏa thuận của các cường quốc tại Hội nghị I-an-ta, Đông Nam Á thuộc phạm vi ảnh hưởng của</w:t>
      </w:r>
    </w:p>
    <w:p>
      <w:pPr>
        <w:pStyle w:val="ListParagraph"/>
      </w:pPr>
      <w:r>
        <w:rPr>
          <w:sz w:val="22"/>
        </w:rPr>
        <w:t>A. Liên Xô.</w:t>
      </w:r>
    </w:p>
    <w:p>
      <w:pPr>
        <w:pStyle w:val="ListParagraph"/>
      </w:pPr>
      <w:r>
        <w:rPr>
          <w:sz w:val="22"/>
        </w:rPr>
        <w:t>B. các nước phương Tây.</w:t>
      </w:r>
    </w:p>
    <w:p>
      <w:pPr>
        <w:pStyle w:val="ListParagraph"/>
      </w:pPr>
      <w:r>
        <w:rPr>
          <w:sz w:val="22"/>
        </w:rPr>
        <w:t>C. Mỹ.</w:t>
      </w:r>
    </w:p>
    <w:p>
      <w:pPr>
        <w:pStyle w:val="ListParagraph"/>
      </w:pPr>
      <w:r>
        <w:rPr>
          <w:sz w:val="22"/>
        </w:rPr>
        <w:t>D. Nhật Bản.</w:t>
      </w:r>
    </w:p>
    <w:p/>
    <w:p>
      <w:r>
        <w:rPr>
          <w:b/>
          <w:sz w:val="24"/>
        </w:rPr>
        <w:t>Câu 26: Theo thỏa thuận tại Hội nghị I-an-ta, những quốc gia nào sau đây trở thành nước trung lập?</w:t>
      </w:r>
    </w:p>
    <w:p>
      <w:pPr>
        <w:pStyle w:val="ListParagraph"/>
      </w:pPr>
      <w:r>
        <w:rPr>
          <w:sz w:val="22"/>
        </w:rPr>
        <w:t>A. Pháp và Phần Lan.</w:t>
      </w:r>
    </w:p>
    <w:p>
      <w:pPr>
        <w:pStyle w:val="ListParagraph"/>
      </w:pPr>
      <w:r>
        <w:rPr>
          <w:sz w:val="22"/>
        </w:rPr>
        <w:t>B. Áo và Phần Lan.</w:t>
      </w:r>
    </w:p>
    <w:p>
      <w:pPr>
        <w:pStyle w:val="ListParagraph"/>
      </w:pPr>
      <w:r>
        <w:rPr>
          <w:sz w:val="22"/>
        </w:rPr>
        <w:t>C. Áo và Hà Lan.</w:t>
      </w:r>
    </w:p>
    <w:p>
      <w:pPr>
        <w:pStyle w:val="ListParagraph"/>
      </w:pPr>
      <w:r>
        <w:rPr>
          <w:sz w:val="22"/>
        </w:rPr>
        <w:t>D. Phần Lan và Thổ Nhĩ Kỳ.</w:t>
      </w:r>
    </w:p>
    <w:p/>
    <w:p>
      <w:r>
        <w:rPr>
          <w:b/>
          <w:sz w:val="24"/>
        </w:rPr>
        <w:t>Câu 27: Nội dung nào sau đây không xảy ra trong quá trình tồn tại của Trật tự hai cực I-an-ta?</w:t>
      </w:r>
    </w:p>
    <w:p>
      <w:pPr>
        <w:pStyle w:val="ListParagraph"/>
      </w:pPr>
      <w:r>
        <w:rPr>
          <w:sz w:val="22"/>
        </w:rPr>
        <w:t>A. Có những mâu thuẫn, bất đồng trên lĩnh vực chính trị giữa Đông Âu và Tây Âu.</w:t>
      </w:r>
    </w:p>
    <w:p>
      <w:pPr>
        <w:pStyle w:val="ListParagraph"/>
      </w:pPr>
      <w:r>
        <w:rPr>
          <w:sz w:val="22"/>
        </w:rPr>
        <w:t>B. Những mâu thuẫn sâu sắc trên lĩnh vực kinh tế giữa Đông Âu và Tây Âu.</w:t>
      </w:r>
    </w:p>
    <w:p>
      <w:pPr>
        <w:pStyle w:val="ListParagraph"/>
      </w:pPr>
      <w:r>
        <w:rPr>
          <w:sz w:val="22"/>
        </w:rPr>
        <w:t>C. Những cuộc chiến tranh cục bộ xảy ra ở nhiều nơi trên thế giới.</w:t>
      </w:r>
    </w:p>
    <w:p>
      <w:pPr>
        <w:pStyle w:val="ListParagraph"/>
      </w:pPr>
      <w:r>
        <w:rPr>
          <w:sz w:val="22"/>
        </w:rPr>
        <w:t>D. Những cuộc xung đột trực tiếp bằng quân sự giữa Liên Xô và Mĩ.</w:t>
      </w:r>
    </w:p>
    <w:p/>
    <w:p>
      <w:r>
        <w:rPr>
          <w:b/>
          <w:sz w:val="24"/>
        </w:rPr>
        <w:t>Câu 28: Trong giai đoạn xác lập và phát triển của trật tự 2 cực Ianta, quan hệ quốc tế giữa hai cực bắt đầu trở nên căng thẳng khi</w:t>
      </w:r>
    </w:p>
    <w:p>
      <w:pPr>
        <w:pStyle w:val="ListParagraph"/>
      </w:pPr>
      <w:r>
        <w:rPr>
          <w:sz w:val="22"/>
        </w:rPr>
        <w:t>A. Mỹ phát động cuộc Chiến tranh lạnh.</w:t>
      </w:r>
    </w:p>
    <w:p>
      <w:pPr>
        <w:pStyle w:val="ListParagraph"/>
      </w:pPr>
      <w:r>
        <w:rPr>
          <w:sz w:val="22"/>
        </w:rPr>
        <w:t>B. Hội nghị Ianta được triệu tập.</w:t>
      </w:r>
    </w:p>
    <w:p>
      <w:pPr>
        <w:pStyle w:val="ListParagraph"/>
      </w:pPr>
      <w:r>
        <w:rPr>
          <w:sz w:val="22"/>
        </w:rPr>
        <w:t>C. Tổ chức Hiệp ước Vác-sa-va được thành lập.</w:t>
      </w:r>
    </w:p>
    <w:p>
      <w:pPr>
        <w:pStyle w:val="ListParagraph"/>
      </w:pPr>
      <w:r>
        <w:rPr>
          <w:sz w:val="22"/>
        </w:rPr>
        <w:t>D. các cuộc chiến tranh cục bộ diễn ra ở nhiều nơi.</w:t>
      </w:r>
    </w:p>
    <w:p/>
    <w:p>
      <w:r>
        <w:rPr>
          <w:b/>
          <w:sz w:val="24"/>
        </w:rPr>
        <w:t>Câu 29: Quyết định nào sau đây của Hội nghị Ianta (tháng 2/1945) đưa đến sự phân chia hai cực trong quan hệ quốc tế sau Chiến tranh thế giới thứ hai?</w:t>
      </w:r>
    </w:p>
    <w:p>
      <w:pPr>
        <w:pStyle w:val="ListParagraph"/>
      </w:pPr>
      <w:r>
        <w:rPr>
          <w:sz w:val="22"/>
        </w:rPr>
        <w:t>A. Tiêu diệt tận gốc chủ nghĩa phát xít Đức và chủ nghĩa quân phiệt Nhật.</w:t>
      </w:r>
    </w:p>
    <w:p>
      <w:pPr>
        <w:pStyle w:val="ListParagraph"/>
      </w:pPr>
      <w:r>
        <w:rPr>
          <w:sz w:val="22"/>
        </w:rPr>
        <w:t>B. Liên Xô là quốc gia sẽ tham gia chống Nhật ở châu Á.</w:t>
      </w:r>
    </w:p>
    <w:p>
      <w:pPr>
        <w:pStyle w:val="ListParagraph"/>
      </w:pPr>
      <w:r>
        <w:rPr>
          <w:sz w:val="22"/>
        </w:rPr>
        <w:t>C. Thành lập tổ chức Liên hợp quốc để giữ gìn hoà bình và an ninh thế giới.</w:t>
      </w:r>
    </w:p>
    <w:p>
      <w:pPr>
        <w:pStyle w:val="ListParagraph"/>
      </w:pPr>
      <w:r>
        <w:rPr>
          <w:sz w:val="22"/>
        </w:rPr>
        <w:t>D. Thỏa thuận việc đóng quân, phân chia phạm vi ảnh hưởng ở châu Âu, Á.</w:t>
      </w:r>
    </w:p>
    <w:p/>
    <w:p>
      <w:r>
        <w:rPr>
          <w:b/>
          <w:sz w:val="24"/>
        </w:rPr>
        <w:t>Câu 30: Trật tự hai cực Ianta có đặc điểm nào sau đây?</w:t>
      </w:r>
    </w:p>
    <w:p>
      <w:pPr>
        <w:pStyle w:val="ListParagraph"/>
      </w:pPr>
      <w:r>
        <w:rPr>
          <w:sz w:val="22"/>
        </w:rPr>
        <w:t>A. Được thiết lập từ quyết định của Liên hợp quốc.</w:t>
      </w:r>
    </w:p>
    <w:p>
      <w:pPr>
        <w:pStyle w:val="ListParagraph"/>
      </w:pPr>
      <w:r>
        <w:rPr>
          <w:sz w:val="22"/>
        </w:rPr>
        <w:t>B. Có hai hệ thống xã hội đối lập về kinh tế, quân sự.</w:t>
      </w:r>
    </w:p>
    <w:p>
      <w:pPr>
        <w:pStyle w:val="ListParagraph"/>
      </w:pPr>
      <w:r>
        <w:rPr>
          <w:sz w:val="22"/>
        </w:rPr>
        <w:t>C. Hình thành gắn với hai cuộc chiến tranh thế giới.</w:t>
      </w:r>
    </w:p>
    <w:p>
      <w:pPr>
        <w:pStyle w:val="ListParagraph"/>
      </w:pPr>
      <w:r>
        <w:rPr>
          <w:sz w:val="22"/>
        </w:rPr>
        <w:t>D. Là hệ quả của cuộc cách mạng khoa học - kĩ thuật.</w:t>
      </w:r>
    </w:p>
    <w:p/>
    <w:p>
      <w:r>
        <w:rPr>
          <w:b/>
          <w:sz w:val="24"/>
        </w:rPr>
        <w:t>Câu 31: Sự kiện lịch sử nào đã chính thức chấm dứt sự tồn tại của trật tự hai cực Ianta?</w:t>
      </w:r>
    </w:p>
    <w:p>
      <w:pPr>
        <w:pStyle w:val="ListParagraph"/>
      </w:pPr>
      <w:r>
        <w:rPr>
          <w:sz w:val="22"/>
        </w:rPr>
        <w:t>A. Sự tan rã của CNXH ở Liên Xô và Đông Âu.</w:t>
      </w:r>
    </w:p>
    <w:p>
      <w:pPr>
        <w:pStyle w:val="ListParagraph"/>
      </w:pPr>
      <w:r>
        <w:rPr>
          <w:sz w:val="22"/>
        </w:rPr>
        <w:t>B. Sự thắng lợi của phong trào giải phóng dân tộc.</w:t>
      </w:r>
    </w:p>
    <w:p>
      <w:pPr>
        <w:pStyle w:val="ListParagraph"/>
      </w:pPr>
      <w:r>
        <w:rPr>
          <w:sz w:val="22"/>
        </w:rPr>
        <w:t>C. Sự xuất hiện của xu thế toàn cầu hóa.</w:t>
      </w:r>
    </w:p>
    <w:p>
      <w:pPr>
        <w:pStyle w:val="ListParagraph"/>
      </w:pPr>
      <w:r>
        <w:rPr>
          <w:sz w:val="22"/>
        </w:rPr>
        <w:t>D. Sự vươn lên của các nước nhằm thoát khỏi trật tự hai cực.</w:t>
      </w:r>
    </w:p>
    <w:p/>
    <w:p>
      <w:r>
        <w:rPr>
          <w:b/>
          <w:sz w:val="24"/>
        </w:rPr>
        <w:t>Câu 32: Trật tự hai cực Ianta sụp đổ đã mở ra chiều hướng và điều kiện thuận lợi để giải quyết các vụ tranh chấp, xung đột bằng</w:t>
      </w:r>
    </w:p>
    <w:p>
      <w:pPr>
        <w:pStyle w:val="ListParagraph"/>
      </w:pPr>
      <w:r>
        <w:rPr>
          <w:sz w:val="22"/>
        </w:rPr>
        <w:t>A. biện pháp quân sự.</w:t>
      </w:r>
    </w:p>
    <w:p>
      <w:pPr>
        <w:pStyle w:val="ListParagraph"/>
      </w:pPr>
      <w:r>
        <w:rPr>
          <w:sz w:val="22"/>
        </w:rPr>
        <w:t>B. biện pháp hòa bình.</w:t>
      </w:r>
    </w:p>
    <w:p>
      <w:pPr>
        <w:pStyle w:val="ListParagraph"/>
      </w:pPr>
      <w:r>
        <w:rPr>
          <w:sz w:val="22"/>
        </w:rPr>
        <w:t>C. biện pháp can thiệp vũ trang.</w:t>
      </w:r>
    </w:p>
    <w:p>
      <w:pPr>
        <w:pStyle w:val="ListParagraph"/>
      </w:pPr>
      <w:r>
        <w:rPr>
          <w:sz w:val="22"/>
        </w:rPr>
        <w:t>D. biện pháp cưỡng chế.</w:t>
      </w:r>
    </w:p>
    <w:p/>
    <w:p>
      <w:r>
        <w:rPr>
          <w:b/>
          <w:sz w:val="24"/>
        </w:rPr>
        <w:t>Câu 33: Theo quyết định của Hội nghị Ianta (2/1945), khu vực nào dưới đây thuộc phạm vi ảnh hưởng của Liên Xô?</w:t>
      </w:r>
    </w:p>
    <w:p>
      <w:pPr>
        <w:pStyle w:val="ListParagraph"/>
      </w:pPr>
      <w:r>
        <w:rPr>
          <w:sz w:val="22"/>
        </w:rPr>
        <w:t>A. Đông Âu.</w:t>
      </w:r>
    </w:p>
    <w:p>
      <w:pPr>
        <w:pStyle w:val="ListParagraph"/>
      </w:pPr>
      <w:r>
        <w:rPr>
          <w:sz w:val="22"/>
        </w:rPr>
        <w:t>B. Tây Âu.</w:t>
      </w:r>
    </w:p>
    <w:p>
      <w:pPr>
        <w:pStyle w:val="ListParagraph"/>
      </w:pPr>
      <w:r>
        <w:rPr>
          <w:sz w:val="22"/>
        </w:rPr>
        <w:t>C. Đông Nam Á.</w:t>
      </w:r>
    </w:p>
    <w:p>
      <w:pPr>
        <w:pStyle w:val="ListParagraph"/>
      </w:pPr>
      <w:r>
        <w:rPr>
          <w:sz w:val="22"/>
        </w:rPr>
        <w:t>D. Tây Đức.</w:t>
      </w:r>
    </w:p>
    <w:p/>
    <w:p>
      <w:r>
        <w:rPr>
          <w:b/>
          <w:sz w:val="24"/>
        </w:rPr>
        <w:t>Câu 34: Theo quyết định của Hội nghị Ianta (2/1945), khu vực nào dưới đây thuộc phạm vi ảnh hưởng của Mỹ?</w:t>
      </w:r>
    </w:p>
    <w:p>
      <w:pPr>
        <w:pStyle w:val="ListParagraph"/>
      </w:pPr>
      <w:r>
        <w:rPr>
          <w:sz w:val="22"/>
        </w:rPr>
        <w:t>A. Đông Âu.</w:t>
      </w:r>
    </w:p>
    <w:p>
      <w:pPr>
        <w:pStyle w:val="ListParagraph"/>
      </w:pPr>
      <w:r>
        <w:rPr>
          <w:sz w:val="22"/>
        </w:rPr>
        <w:t>B. Đông Đức.</w:t>
      </w:r>
    </w:p>
    <w:p>
      <w:pPr>
        <w:pStyle w:val="ListParagraph"/>
      </w:pPr>
      <w:r>
        <w:rPr>
          <w:sz w:val="22"/>
        </w:rPr>
        <w:t>C. Tây Nam Á</w:t>
      </w:r>
    </w:p>
    <w:p>
      <w:pPr>
        <w:pStyle w:val="ListParagraph"/>
      </w:pPr>
      <w:r>
        <w:rPr>
          <w:sz w:val="22"/>
        </w:rPr>
        <w:t>D. Tây Đức.</w:t>
      </w:r>
    </w:p>
    <w:p/>
    <w:p>
      <w:r>
        <w:rPr>
          <w:b/>
          <w:sz w:val="24"/>
        </w:rPr>
        <w:t>Câu 35: Nội dung gây nhiều tranh cãi giữa ba cường quốc Liên Xô, Mỹ, Anh tại Hội nghị I-an-ta là</w:t>
      </w:r>
    </w:p>
    <w:p>
      <w:pPr>
        <w:pStyle w:val="ListParagraph"/>
      </w:pPr>
      <w:r>
        <w:rPr>
          <w:sz w:val="22"/>
        </w:rPr>
        <w:t>A. phân chia quyền lợi giữa các nước thắng trận.</w:t>
      </w:r>
    </w:p>
    <w:p>
      <w:pPr>
        <w:pStyle w:val="ListParagraph"/>
      </w:pPr>
      <w:r>
        <w:rPr>
          <w:sz w:val="22"/>
        </w:rPr>
        <w:t>B. nhanh chóng tiêu diệt tận gốc chủ nghĩa phát xít.</w:t>
      </w:r>
    </w:p>
    <w:p>
      <w:pPr>
        <w:pStyle w:val="ListParagraph"/>
      </w:pPr>
      <w:r>
        <w:rPr>
          <w:sz w:val="22"/>
        </w:rPr>
        <w:t>C. giải quyết các hậu quả sau chiến tranh.</w:t>
      </w:r>
    </w:p>
    <w:p>
      <w:pPr>
        <w:pStyle w:val="ListParagraph"/>
      </w:pPr>
      <w:r>
        <w:rPr>
          <w:sz w:val="22"/>
        </w:rPr>
        <w:t>D. thành lập tổ chức quốc tế - Liên hợp quốc.</w:t>
      </w:r>
    </w:p>
    <w:p/>
    <w:p>
      <w:r>
        <w:rPr>
          <w:b/>
          <w:sz w:val="24"/>
        </w:rPr>
        <w:t>Câu 36: Những quyết định của Hội nghị Ianta (2/1945) có ảnh hưởng như thế nào đến tình hình thế giới sau Chiến tranh thế giới thứ hai?</w:t>
      </w:r>
    </w:p>
    <w:p>
      <w:pPr>
        <w:pStyle w:val="ListParagraph"/>
      </w:pPr>
      <w:r>
        <w:rPr>
          <w:sz w:val="22"/>
        </w:rPr>
        <w:t>A. Mở đầu cho cuộc Chiến tranh lạnh giữa Mĩ và Liên Xô.</w:t>
      </w:r>
    </w:p>
    <w:p>
      <w:pPr>
        <w:pStyle w:val="ListParagraph"/>
      </w:pPr>
      <w:r>
        <w:rPr>
          <w:sz w:val="22"/>
        </w:rPr>
        <w:t>B. Đánh dấu sự hình thành một trật tự thế giới mới sau chiến tranh.</w:t>
      </w:r>
    </w:p>
    <w:p>
      <w:pPr>
        <w:pStyle w:val="ListParagraph"/>
      </w:pPr>
      <w:r>
        <w:rPr>
          <w:sz w:val="22"/>
        </w:rPr>
        <w:t>C. Trở thành khuôn khổ của một trật tự thế giới sau chiến tranh.</w:t>
      </w:r>
    </w:p>
    <w:p>
      <w:pPr>
        <w:pStyle w:val="ListParagraph"/>
      </w:pPr>
      <w:r>
        <w:rPr>
          <w:sz w:val="22"/>
        </w:rPr>
        <w:t>D. Đánh dấu sự xác lập vai trò thống trị thế giới của chủ nghĩa đế quốc Mĩ.</w:t>
      </w:r>
    </w:p>
    <w:p/>
    <w:p>
      <w:r>
        <w:rPr>
          <w:b/>
          <w:sz w:val="24"/>
        </w:rPr>
        <w:t>Câu 37: Nội dung nào sau đây không phải là tác động của Trật tự thế giới hai cực Ianta?</w:t>
      </w:r>
    </w:p>
    <w:p>
      <w:pPr>
        <w:pStyle w:val="ListParagraph"/>
      </w:pPr>
      <w:r>
        <w:rPr>
          <w:sz w:val="22"/>
        </w:rPr>
        <w:t>A. Cuộc chiến tranh của Mỹ ở Việt Nam.</w:t>
      </w:r>
    </w:p>
    <w:p>
      <w:pPr>
        <w:pStyle w:val="ListParagraph"/>
      </w:pPr>
      <w:r>
        <w:rPr>
          <w:sz w:val="22"/>
        </w:rPr>
        <w:t>B. Sự xuất hiện của chủ nghĩa khủng bố.</w:t>
      </w:r>
    </w:p>
    <w:p>
      <w:pPr>
        <w:pStyle w:val="ListParagraph"/>
      </w:pPr>
      <w:r>
        <w:rPr>
          <w:sz w:val="22"/>
        </w:rPr>
        <w:t>C. Chiến tranh giữa hai miền Triều Tiên.</w:t>
      </w:r>
    </w:p>
    <w:p>
      <w:pPr>
        <w:pStyle w:val="ListParagraph"/>
      </w:pPr>
      <w:r>
        <w:rPr>
          <w:sz w:val="22"/>
        </w:rPr>
        <w:t>D. Bức tường Berlin chia đôi nước Đức.</w:t>
      </w:r>
    </w:p>
    <w:p/>
    <w:p>
      <w:r>
        <w:rPr>
          <w:b/>
          <w:sz w:val="24"/>
        </w:rPr>
        <w:t>Câu 38: Nội dung nào sau đây là đặc điểm nổi bật của trật tự thế giới mới được hình thành sau Chiến tranh thế giới thứ hai?</w:t>
      </w:r>
    </w:p>
    <w:p>
      <w:pPr>
        <w:pStyle w:val="ListParagraph"/>
      </w:pPr>
      <w:r>
        <w:rPr>
          <w:sz w:val="22"/>
        </w:rPr>
        <w:t>A. Một trật tự thế giới được thiết lập trên cơ sở nước thắng trận thống trị nước bại trận.</w:t>
      </w:r>
    </w:p>
    <w:p>
      <w:pPr>
        <w:pStyle w:val="ListParagraph"/>
      </w:pPr>
      <w:r>
        <w:rPr>
          <w:sz w:val="22"/>
        </w:rPr>
        <w:t>B. Xác lập trật tự thế giới mới của các nước tư bản chủ nghĩa do Mỹ đứng đầu, chi phối.</w:t>
      </w:r>
    </w:p>
    <w:p>
      <w:pPr>
        <w:pStyle w:val="ListParagraph"/>
      </w:pPr>
      <w:r>
        <w:rPr>
          <w:sz w:val="22"/>
        </w:rPr>
        <w:t>C. Hình thành trật tự thế giới hai cực đối lập: cực Liên Xô và cực Mỹ đứng đầu mỗi bên.</w:t>
      </w:r>
    </w:p>
    <w:p>
      <w:pPr>
        <w:pStyle w:val="ListParagraph"/>
      </w:pPr>
      <w:r>
        <w:rPr>
          <w:sz w:val="22"/>
        </w:rPr>
        <w:t>D. Trật tự thế giới được thiết lập trên cơ sở các nước thắng trận đoàn kết, đồng thuận.</w:t>
      </w:r>
    </w:p>
    <w:p/>
    <w:p>
      <w:r>
        <w:rPr>
          <w:b/>
          <w:sz w:val="24"/>
        </w:rPr>
        <w:t>Câu 39: Nội dung nào sau đây là đặc điểm của trật tự hai cực I-an-ta trong giai đoạn từ đầu những năm 70 của thế kỉ XX đến năm 1991?</w:t>
      </w:r>
    </w:p>
    <w:p>
      <w:pPr>
        <w:pStyle w:val="ListParagraph"/>
      </w:pPr>
      <w:r>
        <w:rPr>
          <w:sz w:val="22"/>
        </w:rPr>
        <w:t>A. Trật tự hai cực I-an-ta bắt đầu được xác lập.</w:t>
      </w:r>
    </w:p>
    <w:p>
      <w:pPr>
        <w:pStyle w:val="ListParagraph"/>
      </w:pPr>
      <w:r>
        <w:rPr>
          <w:sz w:val="22"/>
        </w:rPr>
        <w:t>B. Căng thẳng và không có dấu hiệu hạ nhiệt.</w:t>
      </w:r>
    </w:p>
    <w:p>
      <w:pPr>
        <w:pStyle w:val="ListParagraph"/>
      </w:pPr>
      <w:r>
        <w:rPr>
          <w:sz w:val="22"/>
        </w:rPr>
        <w:t>C. Trật tự hai cực I-an-ta suy yếu và đi đến sụp đổ.</w:t>
      </w:r>
    </w:p>
    <w:p>
      <w:pPr>
        <w:pStyle w:val="ListParagraph"/>
      </w:pPr>
      <w:r>
        <w:rPr>
          <w:sz w:val="22"/>
        </w:rPr>
        <w:t>D. Xu thế liên kết khu vực bắt đầu xuất hiện.</w:t>
      </w:r>
    </w:p>
    <w:p/>
    <w:p>
      <w:r>
        <w:rPr>
          <w:b/>
          <w:sz w:val="24"/>
        </w:rPr>
        <w:t>Câu 40: Trong giai đoạn từ năm 1945 đến đầu những năm 70 của thế kỉ XX, trật tự thế giới hai cực I-an-ta có biểu hiện nào sau đây?</w:t>
      </w:r>
    </w:p>
    <w:p>
      <w:pPr>
        <w:pStyle w:val="ListParagraph"/>
      </w:pPr>
      <w:r>
        <w:rPr>
          <w:sz w:val="22"/>
        </w:rPr>
        <w:t>A. Từ đối kháng chuyển sang đối đầu giữa hai hệ thống xã hội đối lập.</w:t>
      </w:r>
    </w:p>
    <w:p>
      <w:pPr>
        <w:pStyle w:val="ListParagraph"/>
      </w:pPr>
      <w:r>
        <w:rPr>
          <w:sz w:val="22"/>
        </w:rPr>
        <w:t>B. Xác lập và phát triển nhanh với sự đối đầu diễn ra trên nhiều lĩnh vực.</w:t>
      </w:r>
    </w:p>
    <w:p>
      <w:pPr>
        <w:pStyle w:val="ListParagraph"/>
      </w:pPr>
      <w:r>
        <w:rPr>
          <w:sz w:val="22"/>
        </w:rPr>
        <w:t>C. Phát triển mạnh và dẫn tới các cuộc chiến tranh cục bộ giữa Liên Xô - Mỹ.</w:t>
      </w:r>
    </w:p>
    <w:p>
      <w:pPr>
        <w:pStyle w:val="ListParagraph"/>
      </w:pPr>
      <w:r>
        <w:rPr>
          <w:sz w:val="22"/>
        </w:rPr>
        <w:t>D. Từ đối đầu căng thẳng chuyển sang hòa dịu và hòa hoãn Đông - Tây.</w:t>
      </w:r>
    </w:p>
    <w:p/>
    <w:p>
      <w:r>
        <w:rPr>
          <w:b/>
          <w:sz w:val="24"/>
        </w:rPr>
        <w:t>Câu 41: Một trong những tác động của sự sụp đổ Trật tự thế giới hai cực I-an-ta là</w:t>
      </w:r>
    </w:p>
    <w:p>
      <w:pPr>
        <w:pStyle w:val="ListParagraph"/>
      </w:pPr>
      <w:r>
        <w:rPr>
          <w:sz w:val="22"/>
        </w:rPr>
        <w:t>A. một trật tự thế giới mới dần hình thành theo xu thế đơn cực.</w:t>
      </w:r>
    </w:p>
    <w:p>
      <w:pPr>
        <w:pStyle w:val="ListParagraph"/>
      </w:pPr>
      <w:r>
        <w:rPr>
          <w:sz w:val="22"/>
        </w:rPr>
        <w:t>B. đưa tới sự hình thành các nước thuộc thế giới thứ ba.</w:t>
      </w:r>
    </w:p>
    <w:p>
      <w:pPr>
        <w:pStyle w:val="ListParagraph"/>
      </w:pPr>
      <w:r>
        <w:rPr>
          <w:sz w:val="22"/>
        </w:rPr>
        <w:t>C. ảnh hưởng đến vấn đề bản sắc cộng đồng, tôn giáo,..ở nhiều nơi</w:t>
      </w:r>
    </w:p>
    <w:p>
      <w:pPr>
        <w:pStyle w:val="ListParagraph"/>
      </w:pPr>
      <w:r>
        <w:rPr>
          <w:sz w:val="22"/>
        </w:rPr>
        <w:t>D. làm xuất hiện xu thế toàn cầu hóa trên thế giới.</w:t>
      </w:r>
    </w:p>
    <w:p/>
    <w:p>
      <w:r>
        <w:rPr>
          <w:b/>
          <w:sz w:val="24"/>
        </w:rPr>
        <w:t>Câu 42: Nội dung nào sau đây phản ánh đúng tác động của sự sụp đổ Trật tự thế giới hai cực I-an-ta (1991) đến các quốc gia trên thế giới?</w:t>
      </w:r>
    </w:p>
    <w:p>
      <w:pPr>
        <w:pStyle w:val="ListParagraph"/>
      </w:pPr>
      <w:r>
        <w:rPr>
          <w:sz w:val="22"/>
        </w:rPr>
        <w:t>A. Mỹ vươn lên thiết lập trật tự thế giới “đơn cực” do Mỹ làm bá chủ.</w:t>
      </w:r>
    </w:p>
    <w:p>
      <w:pPr>
        <w:pStyle w:val="ListParagraph"/>
      </w:pPr>
      <w:r>
        <w:rPr>
          <w:sz w:val="22"/>
        </w:rPr>
        <w:t>B. Một số cường quốc có vị trí ngày càng cao trong quan hệ quốc tế.</w:t>
      </w:r>
    </w:p>
    <w:p>
      <w:pPr>
        <w:pStyle w:val="ListParagraph"/>
      </w:pPr>
      <w:r>
        <w:rPr>
          <w:sz w:val="22"/>
        </w:rPr>
        <w:t>C. Các nước tư bản chủ nghĩa và xã hội chủ nghĩa xung đột gay gắt.</w:t>
      </w:r>
    </w:p>
    <w:p>
      <w:pPr>
        <w:pStyle w:val="ListParagraph"/>
      </w:pPr>
      <w:r>
        <w:rPr>
          <w:sz w:val="22"/>
        </w:rPr>
        <w:t>D. Các quốc gia chạy đua vũ trang để có vị trí trong trật tự thế giới mới.</w:t>
      </w:r>
    </w:p>
    <w:p/>
    <w:p>
      <w:r>
        <w:rPr>
          <w:b/>
          <w:sz w:val="24"/>
        </w:rPr>
        <w:t>Câu 43: Nội dung nào sau đây không phải là nguyên nhân dẫn đến sự sụp đổ của Trật tự thế giới hai cực I-an-ta?</w:t>
      </w:r>
    </w:p>
    <w:p>
      <w:pPr>
        <w:pStyle w:val="ListParagraph"/>
      </w:pPr>
      <w:r>
        <w:rPr>
          <w:sz w:val="22"/>
        </w:rPr>
        <w:t>A. Sự suy giảm thế mạnh kinh tế của Mỹ và Liên Xô do chạy đua vũ trang kéo dài.</w:t>
      </w:r>
    </w:p>
    <w:p>
      <w:pPr>
        <w:pStyle w:val="ListParagraph"/>
      </w:pPr>
      <w:r>
        <w:rPr>
          <w:sz w:val="22"/>
        </w:rPr>
        <w:t>B. Chủ nghĩa khủng bố đe dọa hòa bình thế giới.</w:t>
      </w:r>
    </w:p>
    <w:p>
      <w:pPr>
        <w:pStyle w:val="ListParagraph"/>
      </w:pPr>
      <w:r>
        <w:rPr>
          <w:sz w:val="22"/>
        </w:rPr>
        <w:t>C. Sự khủng hoảng, suy yếu rồi tan rã của Liên Xô.</w:t>
      </w:r>
    </w:p>
    <w:p>
      <w:pPr>
        <w:pStyle w:val="ListParagraph"/>
      </w:pPr>
      <w:r>
        <w:rPr>
          <w:sz w:val="22"/>
        </w:rPr>
        <w:t>D. Xu thế toàn cầu hóa và ảnh hưởng của cuộc Cách mạng công nghiệp lần thứ ba.</w:t>
      </w:r>
    </w:p>
    <w:p/>
    <w:p>
      <w:r>
        <w:rPr>
          <w:b/>
          <w:sz w:val="24"/>
        </w:rPr>
        <w:t>Câu 44: Sự hình thành trật tự hai cực Ianta sau Chiến tranh thế giới thứ hai phản ánh</w:t>
      </w:r>
    </w:p>
    <w:p>
      <w:pPr>
        <w:pStyle w:val="ListParagraph"/>
      </w:pPr>
      <w:r>
        <w:rPr>
          <w:sz w:val="22"/>
        </w:rPr>
        <w:t>A. Nhu cầu thiết lập một tổ chức chính trị thống nhất thế giới.</w:t>
      </w:r>
    </w:p>
    <w:p>
      <w:pPr>
        <w:pStyle w:val="ListParagraph"/>
      </w:pPr>
      <w:r>
        <w:rPr>
          <w:sz w:val="22"/>
        </w:rPr>
        <w:t>B. Tham vọng trở thành bá chủ thế giới của các cường quốc.</w:t>
      </w:r>
    </w:p>
    <w:p>
      <w:pPr>
        <w:pStyle w:val="ListParagraph"/>
      </w:pPr>
      <w:r>
        <w:rPr>
          <w:sz w:val="22"/>
        </w:rPr>
        <w:t>C. Sự vươn lên mạnh mẽ của các nước thuộc thế giới thứ ba.</w:t>
      </w:r>
    </w:p>
    <w:p>
      <w:pPr>
        <w:pStyle w:val="ListParagraph"/>
      </w:pPr>
      <w:r>
        <w:rPr>
          <w:sz w:val="22"/>
        </w:rPr>
        <w:t>D. Sự thay đổi tương quan lực lượng giữa các cường quốc.</w:t>
      </w:r>
    </w:p>
    <w:p/>
    <w:p>
      <w:r>
        <w:rPr>
          <w:b/>
          <w:sz w:val="24"/>
        </w:rPr>
        <w:t>Câu 45: Những quyết định của Hội nghị I-an-ta có tác động như thế nào đối với quan hệ quốc tế sau Chiến tranh thế giới thứ hai?</w:t>
      </w:r>
    </w:p>
    <w:p>
      <w:pPr>
        <w:pStyle w:val="ListParagraph"/>
      </w:pPr>
      <w:r>
        <w:rPr>
          <w:sz w:val="22"/>
        </w:rPr>
        <w:t>A. Làm nảy sinh những mâu thuẫn mới giữa các nước đế quốc.</w:t>
      </w:r>
    </w:p>
    <w:p>
      <w:pPr>
        <w:pStyle w:val="ListParagraph"/>
      </w:pPr>
      <w:r>
        <w:rPr>
          <w:sz w:val="22"/>
        </w:rPr>
        <w:t>B. Đánh dấu sự xác lập một trật tự thế giới sau chiến tranh.</w:t>
      </w:r>
    </w:p>
    <w:p>
      <w:pPr>
        <w:pStyle w:val="ListParagraph"/>
      </w:pPr>
      <w:r>
        <w:rPr>
          <w:sz w:val="22"/>
        </w:rPr>
        <w:t>C. Trở thành khuôn khổ một trật tự thế giới mới - Trật tự hai cực I-an-ta.</w:t>
      </w:r>
    </w:p>
    <w:p>
      <w:pPr>
        <w:pStyle w:val="ListParagraph"/>
      </w:pPr>
      <w:r>
        <w:rPr>
          <w:sz w:val="22"/>
        </w:rPr>
        <w:t>D. Đánh dấu sự xác lập hoàn toàn vai trò thống trị của Mỹ.</w:t>
      </w:r>
    </w:p>
    <w:p/>
    <w:p>
      <w:r>
        <w:rPr>
          <w:b/>
          <w:sz w:val="24"/>
        </w:rPr>
        <w:t>Câu 46: Những quyết định quan trọng của Hội nghị Ianta (2/1945) đã có ảnh hưởng tích cực đến tình hình thế giới trong Chiến tranh thế giới thứ hai vì</w:t>
      </w:r>
    </w:p>
    <w:p>
      <w:pPr>
        <w:pStyle w:val="ListParagraph"/>
      </w:pPr>
      <w:r>
        <w:rPr>
          <w:sz w:val="22"/>
        </w:rPr>
        <w:t>A. Liên Xô và Mĩ vẫn duy trì mối quan hệ đồng minh.</w:t>
      </w:r>
    </w:p>
    <w:p>
      <w:pPr>
        <w:pStyle w:val="ListParagraph"/>
      </w:pPr>
      <w:r>
        <w:rPr>
          <w:sz w:val="22"/>
        </w:rPr>
        <w:t>B. thay đổi mô hình trật tự thế giới mới sau chiến tranh.</w:t>
      </w:r>
    </w:p>
    <w:p>
      <w:pPr>
        <w:pStyle w:val="ListParagraph"/>
      </w:pPr>
      <w:r>
        <w:rPr>
          <w:sz w:val="22"/>
        </w:rPr>
        <w:t>C. thúc đẩy chiến tranh thế giới thứ hai sớm kết thúc.</w:t>
      </w:r>
    </w:p>
    <w:p>
      <w:pPr>
        <w:pStyle w:val="ListParagraph"/>
      </w:pPr>
      <w:r>
        <w:rPr>
          <w:sz w:val="22"/>
        </w:rPr>
        <w:t>D. Liên Xô và Mĩ chuyển sang thế đối đầu nhau gay gắt.</w:t>
      </w:r>
    </w:p>
    <w:p/>
    <w:p>
      <w:r>
        <w:rPr>
          <w:b/>
          <w:sz w:val="24"/>
        </w:rPr>
        <w:t>Câu 47: Trong nội dung của Hội nghị Ianta, Liên Xô khôi phục được những quyền lợi đã mất của nước Nga trước kia là do</w:t>
      </w:r>
    </w:p>
    <w:p>
      <w:pPr>
        <w:pStyle w:val="ListParagraph"/>
      </w:pPr>
      <w:r>
        <w:rPr>
          <w:sz w:val="22"/>
        </w:rPr>
        <w:t>A. chấp nhận tham chiến chống Nhật khi chiến tranh kết thúc.</w:t>
      </w:r>
    </w:p>
    <w:p>
      <w:pPr>
        <w:pStyle w:val="ListParagraph"/>
      </w:pPr>
      <w:r>
        <w:rPr>
          <w:sz w:val="22"/>
        </w:rPr>
        <w:t>B. đảm bảo chia sẻ nghĩa vụ với quân Đồng minh ở châu Á.</w:t>
      </w:r>
    </w:p>
    <w:p>
      <w:pPr>
        <w:pStyle w:val="ListParagraph"/>
      </w:pPr>
      <w:r>
        <w:rPr>
          <w:sz w:val="22"/>
        </w:rPr>
        <w:t>C. đồng ý mở mặt trận mới ở châu Âu và châu Á.</w:t>
      </w:r>
    </w:p>
    <w:p>
      <w:pPr>
        <w:pStyle w:val="ListParagraph"/>
      </w:pPr>
      <w:r>
        <w:rPr>
          <w:sz w:val="22"/>
        </w:rPr>
        <w:t>D. phối hợp cùng Mĩ tiêu diệt phát xít Italia ở Bắc Phi.</w:t>
      </w:r>
    </w:p>
    <w:p/>
    <w:p>
      <w:r>
        <w:rPr>
          <w:b/>
          <w:sz w:val="24"/>
        </w:rPr>
        <w:t>Câu 48: Nội dung nao sau đây phản ánh không đúng về các quyết định của các cường quốc tại hội nghị I-an-ta (2 - 1945)?</w:t>
      </w:r>
    </w:p>
    <w:p>
      <w:pPr>
        <w:pStyle w:val="ListParagraph"/>
      </w:pPr>
      <w:r>
        <w:rPr>
          <w:sz w:val="22"/>
        </w:rPr>
        <w:t>A. Làm chậm quá trình các đế quốc trở lại xâm lược thuộc địa châu Á.</w:t>
      </w:r>
    </w:p>
    <w:p>
      <w:pPr>
        <w:pStyle w:val="ListParagraph"/>
      </w:pPr>
      <w:r>
        <w:rPr>
          <w:sz w:val="22"/>
        </w:rPr>
        <w:t>B. Thúc đẩy cuộc Chiến tranh thế giới thứ hai nhanh chóng kết thúc.</w:t>
      </w:r>
    </w:p>
    <w:p>
      <w:pPr>
        <w:pStyle w:val="ListParagraph"/>
      </w:pPr>
      <w:r>
        <w:rPr>
          <w:sz w:val="22"/>
        </w:rPr>
        <w:t>C. Phản ánh sự cân bằng quyền lực giữa hai cường quốc Mĩ và Liên Xô.</w:t>
      </w:r>
    </w:p>
    <w:p>
      <w:pPr>
        <w:pStyle w:val="ListParagraph"/>
      </w:pPr>
      <w:r>
        <w:rPr>
          <w:sz w:val="22"/>
        </w:rPr>
        <w:t>D. Khởi đầu cho sự thay đổi quan hệ giữa các cường quốc Đồng minh.</w:t>
      </w:r>
    </w:p>
    <w:p/>
    <w:p>
      <w:r>
        <w:t>──────────────────────────────────────────────────</w:t>
      </w:r>
    </w:p>
    <w:p>
      <w:r>
        <w:rPr>
          <w:b/>
        </w:rPr>
        <w:t>BẢNG ĐÁP ÁN &amp; LỜI GIẢI CHI TIẾT</w:t>
      </w:r>
    </w:p>
    <w:p>
      <w:r>
        <w:rPr>
          <w:b/>
        </w:rPr>
        <w:t>Câu 1: Đáp án đúng: A</w:t>
      </w:r>
    </w:p>
    <w:p>
      <w:r>
        <w:rPr>
          <w:b/>
        </w:rPr>
        <w:t>Câu 2: Đáp án đúng: B</w:t>
      </w:r>
    </w:p>
    <w:p>
      <w:r>
        <w:rPr>
          <w:b/>
        </w:rPr>
        <w:t>Câu 3: Đáp án đúng: A</w:t>
      </w:r>
    </w:p>
    <w:p>
      <w:r>
        <w:rPr>
          <w:b/>
        </w:rPr>
        <w:t>Câu 4: Đáp án đúng: D</w:t>
      </w:r>
    </w:p>
    <w:p>
      <w:r>
        <w:rPr>
          <w:b/>
        </w:rPr>
        <w:t>Câu 5: Đáp án đúng: C</w:t>
      </w:r>
    </w:p>
    <w:p>
      <w:r>
        <w:rPr>
          <w:b/>
        </w:rPr>
        <w:t>Câu 6: Đáp án đúng: A</w:t>
      </w:r>
    </w:p>
    <w:p>
      <w:r>
        <w:rPr>
          <w:b/>
        </w:rPr>
        <w:t>Câu 7: Đáp án đúng: D</w:t>
      </w:r>
    </w:p>
    <w:p>
      <w:r>
        <w:rPr>
          <w:b/>
        </w:rPr>
        <w:t>Câu 8: Đáp án đúng: A</w:t>
      </w:r>
    </w:p>
    <w:p>
      <w:r>
        <w:rPr>
          <w:b/>
        </w:rPr>
        <w:t>Câu 9: Đáp án đúng: D</w:t>
      </w:r>
    </w:p>
    <w:p>
      <w:r>
        <w:rPr>
          <w:b/>
        </w:rPr>
        <w:t>Câu 10: Đáp án đúng: A</w:t>
      </w:r>
    </w:p>
    <w:p>
      <w:r>
        <w:rPr>
          <w:b/>
        </w:rPr>
        <w:t>Câu 11: Đáp án đúng: B</w:t>
      </w:r>
    </w:p>
    <w:p>
      <w:r>
        <w:rPr>
          <w:b/>
        </w:rPr>
        <w:t>Câu 12: Đáp án đúng: C</w:t>
      </w:r>
    </w:p>
    <w:p>
      <w:r>
        <w:rPr>
          <w:b/>
        </w:rPr>
        <w:t>Câu 13: Đáp án đúng: B</w:t>
      </w:r>
    </w:p>
    <w:p>
      <w:r>
        <w:rPr>
          <w:b/>
        </w:rPr>
        <w:t>Câu 14: Đáp án đúng: D</w:t>
      </w:r>
    </w:p>
    <w:p>
      <w:r>
        <w:rPr>
          <w:b/>
        </w:rPr>
        <w:t>Câu 15: Đáp án đúng: B</w:t>
      </w:r>
    </w:p>
    <w:p>
      <w:r>
        <w:rPr>
          <w:b/>
        </w:rPr>
        <w:t>Câu 16: Đáp án đúng: A</w:t>
      </w:r>
    </w:p>
    <w:p>
      <w:r>
        <w:rPr>
          <w:b/>
        </w:rPr>
        <w:t>Câu 17: Đáp án đúng: D</w:t>
      </w:r>
    </w:p>
    <w:p>
      <w:r>
        <w:rPr>
          <w:b/>
        </w:rPr>
        <w:t>Câu 18: Đáp án đúng: A</w:t>
      </w:r>
    </w:p>
    <w:p>
      <w:r>
        <w:rPr>
          <w:b/>
        </w:rPr>
        <w:t>Câu 19: Đáp án đúng: C</w:t>
      </w:r>
    </w:p>
    <w:p>
      <w:r>
        <w:rPr>
          <w:b/>
        </w:rPr>
        <w:t>Câu 20: Đáp án đúng: B</w:t>
      </w:r>
    </w:p>
    <w:p>
      <w:r>
        <w:rPr>
          <w:b/>
        </w:rPr>
        <w:t>Câu 21: Đáp án đúng: C</w:t>
      </w:r>
    </w:p>
    <w:p>
      <w:r>
        <w:rPr>
          <w:b/>
        </w:rPr>
        <w:t>Câu 22: Đáp án đúng: C</w:t>
      </w:r>
    </w:p>
    <w:p>
      <w:r>
        <w:rPr>
          <w:b/>
        </w:rPr>
        <w:t>Câu 23: Đáp án đúng: D</w:t>
      </w:r>
    </w:p>
    <w:p>
      <w:r>
        <w:rPr>
          <w:b/>
        </w:rPr>
        <w:t>Câu 24: Đáp án đúng: C</w:t>
      </w:r>
    </w:p>
    <w:p>
      <w:r>
        <w:rPr>
          <w:b/>
        </w:rPr>
        <w:t>Câu 25: Đáp án đúng: B</w:t>
      </w:r>
    </w:p>
    <w:p>
      <w:r>
        <w:rPr>
          <w:b/>
        </w:rPr>
        <w:t>Câu 26: Đáp án đúng: B</w:t>
      </w:r>
    </w:p>
    <w:p>
      <w:r>
        <w:rPr>
          <w:b/>
        </w:rPr>
        <w:t>Câu 27: Đáp án đúng: D</w:t>
      </w:r>
    </w:p>
    <w:p>
      <w:r>
        <w:rPr>
          <w:b/>
        </w:rPr>
        <w:t>Câu 28: Đáp án đúng: A</w:t>
      </w:r>
    </w:p>
    <w:p>
      <w:r>
        <w:rPr>
          <w:b/>
        </w:rPr>
        <w:t>Câu 29: Đáp án đúng: D</w:t>
      </w:r>
    </w:p>
    <w:p>
      <w:r>
        <w:rPr>
          <w:b/>
        </w:rPr>
        <w:t>Câu 30: Đáp án đúng: B</w:t>
      </w:r>
    </w:p>
    <w:p>
      <w:r>
        <w:rPr>
          <w:b/>
        </w:rPr>
        <w:t>Câu 31: Đáp án đúng: A</w:t>
      </w:r>
    </w:p>
    <w:p>
      <w:r>
        <w:rPr>
          <w:b/>
        </w:rPr>
        <w:t>Câu 32: Đáp án đúng: B</w:t>
      </w:r>
    </w:p>
    <w:p>
      <w:r>
        <w:rPr>
          <w:b/>
        </w:rPr>
        <w:t>Câu 33: Đáp án đúng: A</w:t>
      </w:r>
    </w:p>
    <w:p>
      <w:r>
        <w:rPr>
          <w:b/>
        </w:rPr>
        <w:t>Câu 34: Đáp án đúng: D</w:t>
      </w:r>
    </w:p>
    <w:p>
      <w:r>
        <w:rPr>
          <w:b/>
        </w:rPr>
        <w:t>Câu 35: Đáp án đúng: A</w:t>
      </w:r>
    </w:p>
    <w:p>
      <w:r>
        <w:rPr>
          <w:b/>
        </w:rPr>
        <w:t>Câu 36: Đáp án đúng: B</w:t>
      </w:r>
    </w:p>
    <w:p>
      <w:r>
        <w:rPr>
          <w:b/>
        </w:rPr>
        <w:t>Câu 37: Đáp án đúng: B</w:t>
      </w:r>
    </w:p>
    <w:p>
      <w:r>
        <w:rPr>
          <w:b/>
        </w:rPr>
        <w:t>Câu 38: Đáp án đúng: C</w:t>
      </w:r>
    </w:p>
    <w:p>
      <w:r>
        <w:rPr>
          <w:b/>
        </w:rPr>
        <w:t>Câu 39: Đáp án đúng: C</w:t>
      </w:r>
    </w:p>
    <w:p>
      <w:r>
        <w:rPr>
          <w:b/>
        </w:rPr>
        <w:t>Câu 40: Đáp án đúng: B</w:t>
      </w:r>
    </w:p>
    <w:p>
      <w:r>
        <w:rPr>
          <w:b/>
        </w:rPr>
        <w:t>Câu 41: Đáp án đúng: C</w:t>
      </w:r>
    </w:p>
    <w:p>
      <w:r>
        <w:rPr>
          <w:b/>
        </w:rPr>
        <w:t>Câu 42: Đáp án đúng: A</w:t>
      </w:r>
    </w:p>
    <w:p>
      <w:r>
        <w:rPr>
          <w:b/>
        </w:rPr>
        <w:t>Câu 43: Đáp án đúng: B</w:t>
      </w:r>
    </w:p>
    <w:p>
      <w:r>
        <w:rPr>
          <w:b/>
        </w:rPr>
        <w:t>Câu 44: Đáp án đúng: D</w:t>
      </w:r>
    </w:p>
    <w:p>
      <w:r>
        <w:rPr>
          <w:b/>
        </w:rPr>
        <w:t>Câu 45: Đáp án đúng: C</w:t>
      </w:r>
    </w:p>
    <w:p>
      <w:r>
        <w:rPr>
          <w:b/>
        </w:rPr>
        <w:t>Câu 46: Đáp án đúng: C</w:t>
      </w:r>
    </w:p>
    <w:p>
      <w:r>
        <w:rPr>
          <w:b/>
        </w:rPr>
        <w:t>Câu 47: Đáp án đúng: A</w:t>
      </w:r>
    </w:p>
    <w:p>
      <w:r>
        <w:rPr>
          <w:b/>
        </w:rPr>
        <w:t>Câu 48: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