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Câu 1 : Mục đích thành lập của Mặt trận đoàn kết</w:t>
      </w:r>
    </w:p>
    <w:p>
      <w:pPr>
        <w:jc w:val="center"/>
      </w:pPr>
      <w:r>
        <w:rPr>
          <w:sz w:val="22"/>
        </w:rPr>
        <w:t>Số câu: 14    Thời gian: _____ phút    Họ và tên: _________________________</w:t>
      </w:r>
    </w:p>
    <w:p/>
    <w:p>
      <w:r>
        <w:rPr>
          <w:b/>
          <w:sz w:val="24"/>
        </w:rPr>
        <w:t>Câu 1: Mục đích thành lập của Mặt trận đoàn kết dân tộc cứu nước campuchia là gì?</w:t>
      </w:r>
    </w:p>
    <w:p>
      <w:pPr>
        <w:pStyle w:val="ListParagraph"/>
      </w:pPr>
      <w:r>
        <w:rPr>
          <w:sz w:val="22"/>
        </w:rPr>
        <w:t>A. Thúc đẩy phát triển kinh tế</w:t>
      </w:r>
    </w:p>
    <w:p>
      <w:pPr>
        <w:pStyle w:val="ListParagraph"/>
      </w:pPr>
      <w:r>
        <w:rPr>
          <w:sz w:val="22"/>
        </w:rPr>
        <w:t>B. Giải phóng dân tộc campuchia khỏi họa diệt chủng</w:t>
      </w:r>
    </w:p>
    <w:p>
      <w:pPr>
        <w:pStyle w:val="ListParagraph"/>
      </w:pPr>
      <w:r>
        <w:rPr>
          <w:sz w:val="22"/>
        </w:rPr>
        <w:t>C. Khôi phục lại chế độ chiếm hữu nô lệ</w:t>
      </w:r>
    </w:p>
    <w:p>
      <w:pPr>
        <w:pStyle w:val="ListParagraph"/>
      </w:pPr>
      <w:r>
        <w:rPr>
          <w:sz w:val="22"/>
        </w:rPr>
        <w:t>D. Liên minh các nước khác giành lại độc lập</w:t>
      </w:r>
    </w:p>
    <w:p/>
    <w:p>
      <w:r>
        <w:rPr>
          <w:b/>
          <w:sz w:val="24"/>
        </w:rPr>
        <w:t>Câu 2: Mục đích của cuộc chiến tranh bảo vệ biên giới tây Nam là?</w:t>
      </w:r>
    </w:p>
    <w:p>
      <w:pPr>
        <w:pStyle w:val="ListParagraph"/>
      </w:pPr>
      <w:r>
        <w:rPr>
          <w:sz w:val="22"/>
        </w:rPr>
        <w:t>A. Bảo vê độc lập đồng thời thúc đẩy phát triển kinh tế</w:t>
      </w:r>
    </w:p>
    <w:p>
      <w:pPr>
        <w:pStyle w:val="ListParagraph"/>
      </w:pPr>
      <w:r>
        <w:rPr>
          <w:sz w:val="22"/>
        </w:rPr>
        <w:t>B. Góp phần bảo vệ hòa bình trong khu vực và trên thế giới</w:t>
      </w:r>
    </w:p>
    <w:p>
      <w:pPr>
        <w:pStyle w:val="ListParagraph"/>
      </w:pPr>
      <w:r>
        <w:rPr>
          <w:sz w:val="22"/>
        </w:rPr>
        <w:t>C. Góp phần bảo vệ chủ quyền biển đảo của tổ quốc</w:t>
      </w:r>
    </w:p>
    <w:p>
      <w:pPr>
        <w:pStyle w:val="ListParagraph"/>
      </w:pPr>
      <w:r>
        <w:rPr>
          <w:sz w:val="22"/>
        </w:rPr>
        <w:t>D. Góp phần bảo vệ biên giới phía Bắc khỏi sự nhòm ngó của các thế lực thù địch</w:t>
      </w:r>
    </w:p>
    <w:p/>
    <w:p>
      <w:r>
        <w:rPr>
          <w:b/>
          <w:sz w:val="24"/>
        </w:rPr>
        <w:t>Câu 3: Trong cuộc đấu tranh bảo vệ chủ quyền biển, đảo, Việt Nam nhất quán giải quyết các tranh chấp bằng biện pháp?</w:t>
      </w:r>
    </w:p>
    <w:p>
      <w:pPr>
        <w:pStyle w:val="ListParagraph"/>
      </w:pPr>
      <w:r>
        <w:rPr>
          <w:sz w:val="22"/>
        </w:rPr>
        <w:t>A. Nhất quán với các chủ trương của Đảng và nhà nước</w:t>
      </w:r>
    </w:p>
    <w:p>
      <w:pPr>
        <w:pStyle w:val="ListParagraph"/>
      </w:pPr>
      <w:r>
        <w:rPr>
          <w:sz w:val="22"/>
        </w:rPr>
        <w:t>B. Hòa bình phù hợp với luật pháp quốc tế</w:t>
      </w:r>
    </w:p>
    <w:p>
      <w:pPr>
        <w:pStyle w:val="ListParagraph"/>
      </w:pPr>
      <w:r>
        <w:rPr>
          <w:sz w:val="22"/>
        </w:rPr>
        <w:t>C. Toàn Đảng, toàn dân</w:t>
      </w:r>
    </w:p>
    <w:p>
      <w:pPr>
        <w:pStyle w:val="ListParagraph"/>
      </w:pPr>
      <w:r>
        <w:rPr>
          <w:sz w:val="22"/>
        </w:rPr>
        <w:t>D. Tuyên bố củ quyền biển đảo</w:t>
      </w:r>
    </w:p>
    <w:p/>
    <w:p>
      <w:r>
        <w:rPr>
          <w:b/>
          <w:sz w:val="24"/>
        </w:rPr>
        <w:t>Câu 4: Đối với quần đảo Trường Sa, hiện nay có mấy nước tuyên bố chủ quyền toàn bộ hay một phần quần đảo này?</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5: Giá trị lịch sử cuộc đấu tranh bảo vệ chủ quyền biển, đảo của Việt Nam sau năm 1975 là?</w:t>
      </w:r>
    </w:p>
    <w:p>
      <w:pPr>
        <w:pStyle w:val="ListParagraph"/>
      </w:pPr>
      <w:r>
        <w:rPr>
          <w:sz w:val="22"/>
        </w:rPr>
        <w:t>A. Khẳng định sức mạnh quân sự</w:t>
      </w:r>
    </w:p>
    <w:p>
      <w:pPr>
        <w:pStyle w:val="ListParagraph"/>
      </w:pPr>
      <w:r>
        <w:rPr>
          <w:sz w:val="22"/>
        </w:rPr>
        <w:t>B. Khẳng định sức mạnh quân sự và lòng đoàn kết của nhân dân ta</w:t>
      </w:r>
    </w:p>
    <w:p>
      <w:pPr>
        <w:pStyle w:val="ListParagraph"/>
      </w:pPr>
      <w:r>
        <w:rPr>
          <w:sz w:val="22"/>
        </w:rPr>
        <w:t>C. Khẳng định sự tài tình trong ngoại giao cũng như yêu chuộng hòa bình</w:t>
      </w:r>
    </w:p>
    <w:p>
      <w:pPr>
        <w:pStyle w:val="ListParagraph"/>
      </w:pPr>
      <w:r>
        <w:rPr>
          <w:sz w:val="22"/>
        </w:rPr>
        <w:t>D. Khẳng định chủ quyền của Việt Nam đối với hai quần đảo Trường Sa và Hoàng Sa và chủ quyền, quyền chủ quyền, quyền tài phán quốc gia đối với vùng biển của Việt Nam.</w:t>
      </w:r>
    </w:p>
    <w:p/>
    <w:p>
      <w:r>
        <w:rPr>
          <w:b/>
          <w:sz w:val="24"/>
        </w:rPr>
        <w:t>Câu 6: Hiện nay trên toàn lãnh thổ Việt Nam có bao nhiêu quân khu?</w:t>
      </w:r>
    </w:p>
    <w:p>
      <w:pPr>
        <w:pStyle w:val="ListParagraph"/>
      </w:pPr>
      <w:r>
        <w:rPr>
          <w:sz w:val="22"/>
        </w:rPr>
        <w:t>A. 6 quân khu</w:t>
      </w:r>
    </w:p>
    <w:p>
      <w:pPr>
        <w:pStyle w:val="ListParagraph"/>
      </w:pPr>
      <w:r>
        <w:rPr>
          <w:sz w:val="22"/>
        </w:rPr>
        <w:t>B. 7 quân khu</w:t>
      </w:r>
    </w:p>
    <w:p>
      <w:pPr>
        <w:pStyle w:val="ListParagraph"/>
      </w:pPr>
      <w:r>
        <w:rPr>
          <w:sz w:val="22"/>
        </w:rPr>
        <w:t>C. 8 quân khu</w:t>
      </w:r>
    </w:p>
    <w:p>
      <w:pPr>
        <w:pStyle w:val="ListParagraph"/>
      </w:pPr>
      <w:r>
        <w:rPr>
          <w:sz w:val="22"/>
        </w:rPr>
        <w:t>D. 9 quân khu</w:t>
      </w:r>
    </w:p>
    <w:p/>
    <w:p>
      <w:r>
        <w:rPr>
          <w:b/>
          <w:sz w:val="24"/>
        </w:rPr>
        <w:t>Câu 7: Cơ quan nào sau đây không nằm trong tổ chức của quốc phòng?</w:t>
      </w:r>
    </w:p>
    <w:p>
      <w:pPr>
        <w:pStyle w:val="ListParagraph"/>
      </w:pPr>
      <w:r>
        <w:rPr>
          <w:sz w:val="22"/>
        </w:rPr>
        <w:t>A. Các cơ quan Bộ quốc phòng.</w:t>
      </w:r>
    </w:p>
    <w:p>
      <w:pPr>
        <w:pStyle w:val="ListParagraph"/>
      </w:pPr>
      <w:r>
        <w:rPr>
          <w:sz w:val="22"/>
        </w:rPr>
        <w:t>B. Viện kiểm sát nhân dân các cấp.</w:t>
      </w:r>
    </w:p>
    <w:p>
      <w:pPr>
        <w:pStyle w:val="ListParagraph"/>
      </w:pPr>
      <w:r>
        <w:rPr>
          <w:sz w:val="22"/>
        </w:rPr>
        <w:t>C. Các xí nghiệp của quốc phòng.</w:t>
      </w:r>
    </w:p>
    <w:p>
      <w:pPr>
        <w:pStyle w:val="ListParagraph"/>
      </w:pPr>
      <w:r>
        <w:rPr>
          <w:sz w:val="22"/>
        </w:rPr>
        <w:t>D. Các đơn vị làm nhiệm vụ kinh tế.</w:t>
      </w:r>
    </w:p>
    <w:p/>
    <w:p>
      <w:r>
        <w:rPr>
          <w:b/>
          <w:sz w:val="24"/>
        </w:rPr>
        <w:t>Câu 8: Sĩ quan trong quân đội nhân dân Việt Nam có mấy cấp và mấy bậc?</w:t>
      </w:r>
    </w:p>
    <w:p>
      <w:pPr>
        <w:pStyle w:val="ListParagraph"/>
      </w:pPr>
      <w:r>
        <w:rPr>
          <w:sz w:val="22"/>
        </w:rPr>
        <w:t>A. Có 3 cấp và 8 bậc.</w:t>
      </w:r>
    </w:p>
    <w:p>
      <w:pPr>
        <w:pStyle w:val="ListParagraph"/>
      </w:pPr>
      <w:r>
        <w:rPr>
          <w:sz w:val="22"/>
        </w:rPr>
        <w:t>B. Có 3 cấp và 12 bậc.</w:t>
      </w:r>
    </w:p>
    <w:p>
      <w:pPr>
        <w:pStyle w:val="ListParagraph"/>
      </w:pPr>
      <w:r>
        <w:rPr>
          <w:sz w:val="22"/>
        </w:rPr>
        <w:t>C. Có 2 cấp và 8 bậc.</w:t>
      </w:r>
    </w:p>
    <w:p>
      <w:pPr>
        <w:pStyle w:val="ListParagraph"/>
      </w:pPr>
      <w:r>
        <w:rPr>
          <w:sz w:val="22"/>
        </w:rPr>
        <w:t>D. Có 2 cấp và 14 bậc.</w:t>
      </w:r>
    </w:p>
    <w:p/>
    <w:p>
      <w:r>
        <w:rPr>
          <w:b/>
          <w:sz w:val="24"/>
        </w:rPr>
        <w:t>Câu 9: Tổ chức cao nhất trong hệ thống tổ chức quân đội là cơ quan nào?</w:t>
      </w:r>
    </w:p>
    <w:p>
      <w:pPr>
        <w:pStyle w:val="ListParagraph"/>
      </w:pPr>
      <w:r>
        <w:rPr>
          <w:sz w:val="22"/>
        </w:rPr>
        <w:t>A. Các cơ quan của Bộ quốc phòng.</w:t>
      </w:r>
    </w:p>
    <w:p>
      <w:pPr>
        <w:pStyle w:val="ListParagraph"/>
      </w:pPr>
      <w:r>
        <w:rPr>
          <w:sz w:val="22"/>
        </w:rPr>
        <w:t>B. Bộ quốc phòng.</w:t>
      </w:r>
    </w:p>
    <w:p>
      <w:pPr>
        <w:pStyle w:val="ListParagraph"/>
      </w:pPr>
      <w:r>
        <w:rPr>
          <w:sz w:val="22"/>
        </w:rPr>
        <w:t>C. Bộ tổng tham mưu.</w:t>
      </w:r>
    </w:p>
    <w:p>
      <w:pPr>
        <w:pStyle w:val="ListParagraph"/>
      </w:pPr>
      <w:r>
        <w:rPr>
          <w:sz w:val="22"/>
        </w:rPr>
        <w:t>D. Tổng cục chính trị</w:t>
      </w:r>
    </w:p>
    <w:p/>
    <w:p>
      <w:r>
        <w:rPr>
          <w:b/>
          <w:sz w:val="24"/>
        </w:rPr>
        <w:t>Câu 10: Công An nhân dân Việt nam bao gồm các lực lượng nào?</w:t>
      </w:r>
    </w:p>
    <w:p>
      <w:pPr>
        <w:pStyle w:val="ListParagraph"/>
      </w:pPr>
      <w:r>
        <w:rPr>
          <w:sz w:val="22"/>
        </w:rPr>
        <w:t>A. Lực lượng An ninh và lực lượng Cảnh sát</w:t>
      </w:r>
    </w:p>
    <w:p>
      <w:pPr>
        <w:pStyle w:val="ListParagraph"/>
      </w:pPr>
      <w:r>
        <w:rPr>
          <w:sz w:val="22"/>
        </w:rPr>
        <w:t>B. Bộ đội địa phương và bộ đội chủ lực</w:t>
      </w:r>
    </w:p>
    <w:p>
      <w:pPr>
        <w:pStyle w:val="ListParagraph"/>
      </w:pPr>
      <w:r>
        <w:rPr>
          <w:sz w:val="22"/>
        </w:rPr>
        <w:t>C. Bộ đội chủ lực và bộ đội biên phòng</w:t>
      </w:r>
    </w:p>
    <w:p>
      <w:pPr>
        <w:pStyle w:val="ListParagraph"/>
      </w:pPr>
      <w:r>
        <w:rPr>
          <w:sz w:val="22"/>
        </w:rPr>
        <w:t>D. Lực lượng An ninh và dân quân tự vệ</w:t>
      </w:r>
    </w:p>
    <w:p/>
    <w:p>
      <w:r>
        <w:rPr>
          <w:b/>
          <w:sz w:val="24"/>
        </w:rPr>
        <w:t>Câu 11: Trong hệ thống tổ chức của Quân đội nhân dân Việt nam, quân khu được hiểu là?</w:t>
      </w:r>
    </w:p>
    <w:p>
      <w:pPr>
        <w:pStyle w:val="ListParagraph"/>
      </w:pPr>
      <w:r>
        <w:rPr>
          <w:sz w:val="22"/>
        </w:rPr>
        <w:t>A. Đơn vị tác chiến chiến dịch hoặc chiến dịch – chiến thuật</w:t>
      </w:r>
    </w:p>
    <w:p>
      <w:pPr>
        <w:pStyle w:val="ListParagraph"/>
      </w:pPr>
      <w:r>
        <w:rPr>
          <w:sz w:val="22"/>
        </w:rPr>
        <w:t>B. Tổ chức quân sự theo lãnh thổ, trực thuộc Bộ quốc phòng</w:t>
      </w:r>
    </w:p>
    <w:p>
      <w:pPr>
        <w:pStyle w:val="ListParagraph"/>
      </w:pPr>
      <w:r>
        <w:rPr>
          <w:sz w:val="22"/>
        </w:rPr>
        <w:t>C. Bộ phận Quân đội hoạt động trong môi trường địa lí nhất định</w:t>
      </w:r>
    </w:p>
    <w:p>
      <w:pPr>
        <w:pStyle w:val="ListParagraph"/>
      </w:pPr>
      <w:r>
        <w:rPr>
          <w:sz w:val="22"/>
        </w:rPr>
        <w:t>D. các đơn vị bộ đội chuyên môn…ví dụ ; công Binh</w:t>
      </w:r>
    </w:p>
    <w:p/>
    <w:p>
      <w:r>
        <w:rPr>
          <w:b/>
          <w:sz w:val="24"/>
        </w:rPr>
        <w:t>Câu 12: Một trong những nhiệm vụ bảo vệ an ninh quốc gia là gì?</w:t>
      </w:r>
    </w:p>
    <w:p>
      <w:pPr>
        <w:pStyle w:val="ListParagraph"/>
      </w:pPr>
      <w:r>
        <w:rPr>
          <w:sz w:val="22"/>
        </w:rPr>
        <w:t>A. Bảo vệ quốc phòng</w:t>
      </w:r>
    </w:p>
    <w:p>
      <w:pPr>
        <w:pStyle w:val="ListParagraph"/>
      </w:pPr>
      <w:r>
        <w:rPr>
          <w:sz w:val="22"/>
        </w:rPr>
        <w:t>B. Bảo vệ đất nước</w:t>
      </w:r>
    </w:p>
    <w:p>
      <w:pPr>
        <w:pStyle w:val="ListParagraph"/>
      </w:pPr>
      <w:r>
        <w:rPr>
          <w:sz w:val="22"/>
        </w:rPr>
        <w:t>C. Bảo vệ chế độ chính trị</w:t>
      </w:r>
    </w:p>
    <w:p>
      <w:pPr>
        <w:pStyle w:val="ListParagraph"/>
      </w:pPr>
      <w:r>
        <w:rPr>
          <w:sz w:val="22"/>
        </w:rPr>
        <w:t>D. Bảo vệ tài sản cá nhân.</w:t>
      </w:r>
    </w:p>
    <w:p/>
    <w:p>
      <w:r>
        <w:rPr>
          <w:b/>
          <w:sz w:val="24"/>
        </w:rPr>
        <w:t>Câu 13: Yêu cầu về văn hóa với đối tượng tham gia tuyển sinh vào các trường Công An?</w:t>
      </w:r>
    </w:p>
    <w:p>
      <w:pPr>
        <w:pStyle w:val="ListParagraph"/>
      </w:pPr>
      <w:r>
        <w:rPr>
          <w:sz w:val="22"/>
        </w:rPr>
        <w:t>A. Tốt nghiệp THPT hoặc bổ túc THPT</w:t>
      </w:r>
    </w:p>
    <w:p>
      <w:pPr>
        <w:pStyle w:val="ListParagraph"/>
      </w:pPr>
      <w:r>
        <w:rPr>
          <w:sz w:val="22"/>
        </w:rPr>
        <w:t>B. Tốt nghiệp THCS</w:t>
      </w:r>
    </w:p>
    <w:p>
      <w:pPr>
        <w:pStyle w:val="ListParagraph"/>
      </w:pPr>
      <w:r>
        <w:rPr>
          <w:sz w:val="22"/>
        </w:rPr>
        <w:t>C. Tốt nghiệp các trường quân sự</w:t>
      </w:r>
    </w:p>
    <w:p>
      <w:pPr>
        <w:pStyle w:val="ListParagraph"/>
      </w:pPr>
      <w:r>
        <w:rPr>
          <w:sz w:val="22"/>
        </w:rPr>
        <w:t>D. Đang học THPT</w:t>
      </w:r>
    </w:p>
    <w:p/>
    <w:p>
      <w:r>
        <w:rPr>
          <w:b/>
          <w:sz w:val="24"/>
        </w:rPr>
        <w:t>Câu 14: Đối tượng nào sau đây không được thi tuyển sinh vào Quân đội?</w:t>
      </w:r>
    </w:p>
    <w:p>
      <w:pPr>
        <w:pStyle w:val="ListParagraph"/>
      </w:pPr>
      <w:r>
        <w:rPr>
          <w:sz w:val="22"/>
        </w:rPr>
        <w:t>A. Sĩ quan tại ngũ.</w:t>
      </w:r>
    </w:p>
    <w:p>
      <w:pPr>
        <w:pStyle w:val="ListParagraph"/>
      </w:pPr>
      <w:r>
        <w:rPr>
          <w:sz w:val="22"/>
        </w:rPr>
        <w:t>B. Quân nhân đã xuất ngũ.</w:t>
      </w:r>
    </w:p>
    <w:p>
      <w:pPr>
        <w:pStyle w:val="ListParagraph"/>
      </w:pPr>
      <w:r>
        <w:rPr>
          <w:sz w:val="22"/>
        </w:rPr>
        <w:t>C. Nam thanh niên ngoài quân đội.</w:t>
      </w:r>
    </w:p>
    <w:p>
      <w:pPr>
        <w:pStyle w:val="ListParagraph"/>
      </w:pPr>
      <w:r>
        <w:rPr>
          <w:sz w:val="22"/>
        </w:rPr>
        <w:t>D. Hạ sĩ quan, binh sĩ phục vụ 12 tháng QĐ.</w:t>
      </w:r>
    </w:p>
    <w:p/>
    <w:p>
      <w:r>
        <w:t>──────────────────────────────────────────────────</w:t>
      </w:r>
    </w:p>
    <w:p>
      <w:r>
        <w:rPr>
          <w:b/>
        </w:rPr>
        <w:t>BẢNG ĐÁP ÁN &amp; LỜI GIẢI CHI TIẾT</w:t>
      </w:r>
    </w:p>
    <w:p>
      <w:r>
        <w:rPr>
          <w:b/>
        </w:rPr>
        <w:t>Câu 1: Đáp án đúng: B</w:t>
      </w:r>
    </w:p>
    <w:p>
      <w:r>
        <w:rPr>
          <w:b/>
        </w:rPr>
        <w:t>Câu 2: Đáp án đúng: B</w:t>
      </w:r>
    </w:p>
    <w:p>
      <w:r>
        <w:rPr>
          <w:b/>
        </w:rPr>
        <w:t>Câu 3: Đáp án đúng: B</w:t>
      </w:r>
    </w:p>
    <w:p>
      <w:r>
        <w:rPr>
          <w:b/>
        </w:rPr>
        <w:t>Câu 4: Đáp án đúng: D</w:t>
      </w:r>
    </w:p>
    <w:p>
      <w:r>
        <w:rPr>
          <w:b/>
        </w:rPr>
        <w:t>Câu 5: Đáp án đúng: D</w:t>
      </w:r>
    </w:p>
    <w:p>
      <w:r>
        <w:rPr>
          <w:b/>
        </w:rPr>
        <w:t>Câu 6: Đáp án đúng: B</w:t>
      </w:r>
    </w:p>
    <w:p>
      <w:r>
        <w:rPr>
          <w:b/>
        </w:rPr>
        <w:t>Câu 7: Đáp án đúng: B</w:t>
      </w:r>
    </w:p>
    <w:p>
      <w:r>
        <w:rPr>
          <w:b/>
        </w:rPr>
        <w:t>Câu 8: Đáp án đúng: B</w:t>
      </w:r>
    </w:p>
    <w:p>
      <w:r>
        <w:rPr>
          <w:b/>
        </w:rPr>
        <w:t>Câu 9: Đáp án đúng: B</w:t>
      </w:r>
    </w:p>
    <w:p>
      <w:r>
        <w:rPr>
          <w:b/>
        </w:rPr>
        <w:t>Câu 10: Đáp án đúng: A</w:t>
      </w:r>
    </w:p>
    <w:p>
      <w:r>
        <w:rPr>
          <w:b/>
        </w:rPr>
        <w:t>Câu 11: Đáp án đúng: B</w:t>
      </w:r>
    </w:p>
    <w:p>
      <w:r>
        <w:rPr>
          <w:b/>
        </w:rPr>
        <w:t>Câu 12: Đáp án đúng: C</w:t>
      </w:r>
    </w:p>
    <w:p>
      <w:r>
        <w:rPr>
          <w:b/>
        </w:rPr>
        <w:t>Câu 13: Đáp án đúng: A</w:t>
      </w:r>
    </w:p>
    <w:p>
      <w:r>
        <w:rPr>
          <w:b/>
        </w:rPr>
        <w:t>Câu 14: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