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NG 04 NĂM 2025</w:t>
      </w:r>
    </w:p>
    <w:p>
      <w:pPr>
        <w:jc w:val="center"/>
      </w:pPr>
      <w:r>
        <w:rPr>
          <w:sz w:val="22"/>
        </w:rPr>
        <w:t>Số câu: 11    Thời gian: _____ phút    Họ và tên: _________________________</w:t>
      </w:r>
    </w:p>
    <w:p/>
    <w:p>
      <w:r>
        <w:rPr>
          <w:b/>
          <w:sz w:val="24"/>
        </w:rPr>
        <w:t>Câu 1: Văn bản đầu tiên đề xuất ý tưởng xây dựng một Cộng đồng ASEAN là</w:t>
      </w:r>
    </w:p>
    <w:p>
      <w:pPr>
        <w:pStyle w:val="ListParagraph"/>
      </w:pPr>
      <w:r>
        <w:rPr>
          <w:sz w:val="22"/>
        </w:rPr>
        <w:t>A. Tuyên bố Bali II</w:t>
      </w:r>
    </w:p>
    <w:p>
      <w:pPr>
        <w:pStyle w:val="ListParagraph"/>
      </w:pPr>
      <w:r>
        <w:rPr>
          <w:sz w:val="22"/>
        </w:rPr>
        <w:t>B. Tuyên bố Cua-la Lăm-pua</w:t>
      </w:r>
    </w:p>
    <w:p>
      <w:pPr>
        <w:pStyle w:val="ListParagraph"/>
      </w:pPr>
      <w:r>
        <w:rPr>
          <w:sz w:val="22"/>
        </w:rPr>
        <w:t>C. Hiệp định khung về tăng cường hợp tác kinh tế ASEAN.</w:t>
      </w:r>
    </w:p>
    <w:p/>
    <w:p>
      <w:r>
        <w:rPr>
          <w:b/>
          <w:sz w:val="24"/>
        </w:rPr>
        <w:t>Câu 2: Cộng đồng ASEAN được xây dựng dựa trên ba trụ cột là Cộng đồng Chính trị - An ninh, Cộng đồng Kinh tế và Cộng đồng</w:t>
      </w:r>
    </w:p>
    <w:p>
      <w:pPr>
        <w:pStyle w:val="ListParagraph"/>
      </w:pPr>
      <w:r>
        <w:rPr>
          <w:sz w:val="22"/>
        </w:rPr>
        <w:t>A. Đối ngoại-Tiền tệ.</w:t>
      </w:r>
    </w:p>
    <w:p>
      <w:pPr>
        <w:pStyle w:val="ListParagraph"/>
      </w:pPr>
      <w:r>
        <w:rPr>
          <w:sz w:val="22"/>
        </w:rPr>
        <w:t>B. Văn hóa-Xã hội</w:t>
      </w:r>
    </w:p>
    <w:p>
      <w:pPr>
        <w:pStyle w:val="ListParagraph"/>
      </w:pPr>
      <w:r>
        <w:rPr>
          <w:sz w:val="22"/>
        </w:rPr>
        <w:t>C. Thể thao-Du lịch.</w:t>
      </w:r>
    </w:p>
    <w:p/>
    <w:p>
      <w:r>
        <w:rPr>
          <w:b/>
          <w:sz w:val="24"/>
        </w:rPr>
        <w:t>Câu 3: Năm 2015, tổ chức ASEAN đã có hoạt động nào sau đây?</w:t>
      </w:r>
    </w:p>
    <w:p>
      <w:pPr>
        <w:pStyle w:val="ListParagraph"/>
      </w:pPr>
      <w:r>
        <w:rPr>
          <w:sz w:val="22"/>
        </w:rPr>
        <w:t>A. Thông qua Tầm nhìn Cộng đồng ASEAN sau năm 2025</w:t>
      </w:r>
    </w:p>
    <w:p>
      <w:pPr>
        <w:pStyle w:val="ListParagraph"/>
      </w:pPr>
      <w:r>
        <w:rPr>
          <w:sz w:val="22"/>
        </w:rPr>
        <w:t>B. Thông qua Tuyên bố về sự hòa hợp ASEAN II.</w:t>
      </w:r>
    </w:p>
    <w:p>
      <w:pPr>
        <w:pStyle w:val="ListParagraph"/>
      </w:pPr>
      <w:r>
        <w:rPr>
          <w:sz w:val="22"/>
        </w:rPr>
        <w:t>C. Tuyên bố thành lập Cộng đồng ASEAN.</w:t>
      </w:r>
    </w:p>
    <w:p>
      <w:pPr>
        <w:pStyle w:val="ListParagraph"/>
      </w:pPr>
      <w:r>
        <w:rPr>
          <w:sz w:val="22"/>
        </w:rPr>
        <w:t>D. Thống nhất chủ đề “Hướng tới Cộng đồng ASEAN: Từ tầm nhìn đến hành động”.</w:t>
      </w:r>
    </w:p>
    <w:p/>
    <w:p>
      <w:r>
        <w:rPr>
          <w:b/>
          <w:sz w:val="24"/>
        </w:rPr>
        <w:t>Câu 4: Cộng đồng Chính trị - An ninh ASEAN được thành lập nhằm mục tiêu nào sau đây?</w:t>
      </w:r>
    </w:p>
    <w:p>
      <w:pPr>
        <w:pStyle w:val="ListParagraph"/>
      </w:pPr>
      <w:r>
        <w:rPr>
          <w:sz w:val="22"/>
        </w:rPr>
        <w:t>A. Tạo ra một khối phòng thủ chung để bảo vệ các nước.</w:t>
      </w:r>
    </w:p>
    <w:p>
      <w:pPr>
        <w:pStyle w:val="ListParagraph"/>
      </w:pPr>
      <w:r>
        <w:rPr>
          <w:sz w:val="22"/>
        </w:rPr>
        <w:t>B. Tạo dựng môi trường hòa bình và an ninh ở khu vực.</w:t>
      </w:r>
    </w:p>
    <w:p>
      <w:pPr>
        <w:pStyle w:val="ListParagraph"/>
      </w:pPr>
      <w:r>
        <w:rPr>
          <w:sz w:val="22"/>
        </w:rPr>
        <w:t>C. Tạo ra một thị trường và nền tảng sản xuất thống nhất.</w:t>
      </w:r>
    </w:p>
    <w:p>
      <w:pPr>
        <w:pStyle w:val="ListParagraph"/>
      </w:pPr>
      <w:r>
        <w:rPr>
          <w:sz w:val="22"/>
        </w:rPr>
        <w:t>D. Nâng cao ý thức về cộng đồng và bản sắc chung ASEAN.</w:t>
      </w:r>
    </w:p>
    <w:p/>
    <w:p>
      <w:r>
        <w:rPr>
          <w:b/>
          <w:sz w:val="24"/>
        </w:rPr>
        <w:t>Câu 5: Cộng đồng kinh tế ASEAN được thành lập nhằm mục tiêu nào sau đây?</w:t>
      </w:r>
    </w:p>
    <w:p>
      <w:pPr>
        <w:pStyle w:val="ListParagraph"/>
      </w:pPr>
      <w:r>
        <w:rPr>
          <w:sz w:val="22"/>
        </w:rPr>
        <w:t>A. Xây dựng ASEAN thành khu vực kinh tế ổn định, thịnh vượng, cạnh tranh cao.</w:t>
      </w:r>
    </w:p>
    <w:p>
      <w:pPr>
        <w:pStyle w:val="ListParagraph"/>
      </w:pPr>
      <w:r>
        <w:rPr>
          <w:sz w:val="22"/>
        </w:rPr>
        <w:t>B. Xây dựng ASEAN thành khu vực có nền kinh tế phát triển mạnh nhất thế giới.</w:t>
      </w:r>
    </w:p>
    <w:p>
      <w:pPr>
        <w:pStyle w:val="ListParagraph"/>
      </w:pPr>
      <w:r>
        <w:rPr>
          <w:sz w:val="22"/>
        </w:rPr>
        <w:t>C. Xây dựng ASEAN thành cộng đồng lấy con người và bình đẳng làm trung tâm.</w:t>
      </w:r>
    </w:p>
    <w:p>
      <w:pPr>
        <w:pStyle w:val="ListParagraph"/>
      </w:pPr>
      <w:r>
        <w:rPr>
          <w:sz w:val="22"/>
        </w:rPr>
        <w:t>D. Phát huy các giá trị văn hóa truyền thống của khu vực, tạo dựng bản sắc ASEAN.</w:t>
      </w:r>
    </w:p>
    <w:p/>
    <w:p>
      <w:r>
        <w:rPr>
          <w:b/>
          <w:sz w:val="24"/>
        </w:rPr>
        <w:t>Câu 6: Cộng đồng Văn hóa – Xã hội ASEAN được thành lập nhằm mục tiêu nào sau đây?</w:t>
      </w:r>
    </w:p>
    <w:p>
      <w:pPr>
        <w:pStyle w:val="ListParagraph"/>
      </w:pPr>
      <w:r>
        <w:rPr>
          <w:sz w:val="22"/>
        </w:rPr>
        <w:t>A. Xây dựng một khu vực có sức cạnh tranh cao và phát triển đồng đều</w:t>
      </w:r>
    </w:p>
    <w:p>
      <w:pPr>
        <w:pStyle w:val="ListParagraph"/>
      </w:pPr>
      <w:r>
        <w:rPr>
          <w:sz w:val="22"/>
        </w:rPr>
        <w:t>B. Xây dựng một khu vực năng động, có quan hệ rộng mở với bên ngoài.</w:t>
      </w:r>
    </w:p>
    <w:p>
      <w:pPr>
        <w:pStyle w:val="ListParagraph"/>
      </w:pPr>
      <w:r>
        <w:rPr>
          <w:sz w:val="22"/>
        </w:rPr>
        <w:t>C. Lấy con người làm trung tâm, xây dựng tình đoàn kết giữa các quốc gia.</w:t>
      </w:r>
    </w:p>
    <w:p>
      <w:pPr>
        <w:pStyle w:val="ListParagraph"/>
      </w:pPr>
      <w:r>
        <w:rPr>
          <w:sz w:val="22"/>
        </w:rPr>
        <w:t>D. Tạo ra sự di chuyển tự do của hàng hóa, dịch vụ đầu tư và luồng vốn.</w:t>
      </w:r>
    </w:p>
    <w:p/>
    <w:p>
      <w:r>
        <w:rPr>
          <w:b/>
          <w:sz w:val="24"/>
        </w:rPr>
        <w:t>Câu 7: Trong quá trình hoạt động và phát triển, Cộng đồng ASEAN phải đối mặt với thách thức nào sau đây?</w:t>
      </w:r>
    </w:p>
    <w:p>
      <w:pPr>
        <w:pStyle w:val="ListParagraph"/>
      </w:pPr>
      <w:r>
        <w:rPr>
          <w:sz w:val="22"/>
        </w:rPr>
        <w:t>A. Sự đa dạng của các nước thành viên về chế độ chính trị, tôn giáo.</w:t>
      </w:r>
    </w:p>
    <w:p>
      <w:pPr>
        <w:pStyle w:val="ListParagraph"/>
      </w:pPr>
      <w:r>
        <w:rPr>
          <w:sz w:val="22"/>
        </w:rPr>
        <w:t>B. Quá trình hoàn thiện các thể chế, chính sách tiếp tục được đẩy mạnh.</w:t>
      </w:r>
    </w:p>
    <w:p>
      <w:pPr>
        <w:pStyle w:val="ListParagraph"/>
      </w:pPr>
      <w:r>
        <w:rPr>
          <w:sz w:val="22"/>
        </w:rPr>
        <w:t>C. Quan hệ với các đối tác bên ngoài khu vực ngày càng rộng mở.</w:t>
      </w:r>
    </w:p>
    <w:p>
      <w:pPr>
        <w:pStyle w:val="ListParagraph"/>
      </w:pPr>
      <w:r>
        <w:rPr>
          <w:sz w:val="22"/>
        </w:rPr>
        <w:t>D. Mức độ liên kết, hợp tác giữa các nước thành viên ngày càng sâu rộng</w:t>
      </w:r>
    </w:p>
    <w:p/>
    <w:p>
      <w:r>
        <w:rPr>
          <w:b/>
          <w:sz w:val="24"/>
        </w:rPr>
        <w:t>Câu 8: Ngay khi thành lập (1967), tổ chức ASEAN đã</w:t>
      </w:r>
    </w:p>
    <w:p>
      <w:pPr>
        <w:pStyle w:val="ListParagraph"/>
      </w:pPr>
      <w:r>
        <w:rPr>
          <w:sz w:val="22"/>
        </w:rPr>
        <w:t>A. kí Hiệp ước Thân thiện và hợp tác ở Đông Nam Á.</w:t>
      </w:r>
    </w:p>
    <w:p>
      <w:pPr>
        <w:pStyle w:val="ListParagraph"/>
      </w:pPr>
      <w:r>
        <w:rPr>
          <w:sz w:val="22"/>
        </w:rPr>
        <w:t>B. thông qua bản Hiến chương ASEAN.</w:t>
      </w:r>
    </w:p>
    <w:p>
      <w:pPr>
        <w:pStyle w:val="ListParagraph"/>
      </w:pPr>
      <w:r>
        <w:rPr>
          <w:sz w:val="22"/>
        </w:rPr>
        <w:t>C. đề ra ý tưởng xây dựng Cộng đồng ASEAN.</w:t>
      </w:r>
    </w:p>
    <w:p>
      <w:pPr>
        <w:pStyle w:val="ListParagraph"/>
      </w:pPr>
      <w:r>
        <w:rPr>
          <w:sz w:val="22"/>
        </w:rPr>
        <w:t>D. ra Tuyên bố về khu vực hòa bình, tự do và trung lập.</w:t>
      </w:r>
    </w:p>
    <w:p/>
    <w:p>
      <w:r>
        <w:rPr>
          <w:b/>
          <w:sz w:val="24"/>
        </w:rPr>
        <w:t>Câu 9: Văn kiện nào sau đây đã tạo cơ sở pháp lý để xây dựng Cộng đồng ASEAN?</w:t>
      </w:r>
    </w:p>
    <w:p>
      <w:pPr>
        <w:pStyle w:val="ListParagraph"/>
      </w:pPr>
      <w:r>
        <w:rPr>
          <w:sz w:val="22"/>
        </w:rPr>
        <w:t>A. Tuyên bố Ba-li</w:t>
      </w:r>
    </w:p>
    <w:p>
      <w:pPr>
        <w:pStyle w:val="ListParagraph"/>
      </w:pPr>
      <w:r>
        <w:rPr>
          <w:sz w:val="22"/>
        </w:rPr>
        <w:t>B. Tuyên bố về Khu vực Hòa bình, Tự do và Trung lập</w:t>
      </w:r>
    </w:p>
    <w:p>
      <w:pPr>
        <w:pStyle w:val="ListParagraph"/>
      </w:pPr>
      <w:r>
        <w:rPr>
          <w:sz w:val="22"/>
        </w:rPr>
        <w:t>C. Hiến chương ASEAN.</w:t>
      </w:r>
    </w:p>
    <w:p>
      <w:pPr>
        <w:pStyle w:val="ListParagraph"/>
      </w:pPr>
      <w:r>
        <w:rPr>
          <w:sz w:val="22"/>
        </w:rPr>
        <w:t>D. Tầm nhìn ASEAN 2020.</w:t>
      </w:r>
    </w:p>
    <w:p/>
    <w:p>
      <w:r>
        <w:rPr>
          <w:b/>
          <w:sz w:val="24"/>
        </w:rPr>
        <w:t>Câu 10: Trong giai đoạn từ năm 2000 đến năm 2015, tổ chức ASEAN không có hoạt động nào sau đây?</w:t>
      </w:r>
    </w:p>
    <w:p>
      <w:pPr>
        <w:pStyle w:val="ListParagraph"/>
      </w:pPr>
      <w:r>
        <w:rPr>
          <w:sz w:val="22"/>
        </w:rPr>
        <w:t>A. Thông qua bản Hiến chương ASEAN.</w:t>
      </w:r>
    </w:p>
    <w:p>
      <w:pPr>
        <w:pStyle w:val="ListParagraph"/>
      </w:pPr>
      <w:r>
        <w:rPr>
          <w:sz w:val="22"/>
        </w:rPr>
        <w:t>B. Chính thức thành lập Cộng đồng ASEAN.</w:t>
      </w:r>
    </w:p>
    <w:p>
      <w:pPr>
        <w:pStyle w:val="ListParagraph"/>
      </w:pPr>
      <w:r>
        <w:rPr>
          <w:sz w:val="22"/>
        </w:rPr>
        <w:t>C. Thông qua Lộ trình xây dựng Cộng đồng ASEAN 2009 – 2015.</w:t>
      </w:r>
    </w:p>
    <w:p>
      <w:pPr>
        <w:pStyle w:val="ListParagraph"/>
      </w:pPr>
      <w:r>
        <w:rPr>
          <w:sz w:val="22"/>
        </w:rPr>
        <w:t>D. Thông qua văn kiện Tầm nhìn ASEAN 2020.</w:t>
      </w:r>
    </w:p>
    <w:p/>
    <w:p>
      <w:r>
        <w:rPr>
          <w:b/>
          <w:sz w:val="24"/>
        </w:rPr>
        <w:t>Câu 11: Việc xây dựng Cộng đồng ASEAN không nhằm mục tiêu nào sau đây?</w:t>
      </w:r>
    </w:p>
    <w:p>
      <w:pPr>
        <w:pStyle w:val="ListParagraph"/>
      </w:pPr>
      <w:r>
        <w:rPr>
          <w:sz w:val="22"/>
        </w:rPr>
        <w:t>A. Đưa ASEAN thành tổ chức hợp tác liên chính phủ có liên kết sâu rộng.</w:t>
      </w:r>
    </w:p>
    <w:p>
      <w:pPr>
        <w:pStyle w:val="ListParagraph"/>
      </w:pPr>
      <w:r>
        <w:rPr>
          <w:sz w:val="22"/>
        </w:rPr>
        <w:t>B. Mở rộng quan hệ hợp tác với bên ngoài thông qua nhiều khuôn khổ,</w:t>
      </w:r>
    </w:p>
    <w:p>
      <w:pPr>
        <w:pStyle w:val="ListParagraph"/>
      </w:pPr>
      <w:r>
        <w:rPr>
          <w:sz w:val="22"/>
        </w:rPr>
        <w:t>C. Khiến các nước thành viên có sự ràng buộc hơn trên cơ sở pháp lý.</w:t>
      </w:r>
    </w:p>
    <w:p>
      <w:pPr>
        <w:pStyle w:val="ListParagraph"/>
      </w:pPr>
      <w:r>
        <w:rPr>
          <w:sz w:val="22"/>
        </w:rPr>
        <w:t>D. Xóa bỏ khoảng cách và sự chênh lệch trình độ phát triển giữa các nước.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