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Đây cô tách full chữ 5 tờ LỊCH SỬ 8 em gửi nhé, cả</w:t>
      </w:r>
    </w:p>
    <w:p>
      <w:pPr>
        <w:jc w:val="center"/>
      </w:pPr>
      <w:r>
        <w:rPr>
          <w:sz w:val="22"/>
        </w:rPr>
        <w:t>Số câu: 28    Thời gian: _____ phút    Họ và tên: _________________________</w:t>
      </w:r>
    </w:p>
    <w:p/>
    <w:p>
      <w:r>
        <w:rPr>
          <w:b/>
          <w:sz w:val="24"/>
        </w:rPr>
        <w:t>Câu 1: Mâu thuẫn xã hội cơ bản ở nước Anh trước cách mạng là mâu thuẫn giữa lực lượng tư sản, quý tộc mới với giai cấp nào?</w:t>
      </w:r>
    </w:p>
    <w:p>
      <w:pPr>
        <w:pStyle w:val="ListParagraph"/>
      </w:pPr>
      <w:r>
        <w:rPr>
          <w:sz w:val="22"/>
        </w:rPr>
        <w:t>A. Nông dân nghèo và thợ thủ công.</w:t>
      </w:r>
    </w:p>
    <w:p>
      <w:pPr>
        <w:pStyle w:val="ListParagraph"/>
      </w:pPr>
      <w:r>
        <w:rPr>
          <w:sz w:val="22"/>
        </w:rPr>
        <w:t>B. Tăng lữ giáo hội Anh.</w:t>
      </w:r>
    </w:p>
    <w:p>
      <w:pPr>
        <w:pStyle w:val="ListParagraph"/>
      </w:pPr>
      <w:r>
        <w:rPr>
          <w:sz w:val="22"/>
        </w:rPr>
        <w:t>C. Thế lực phong kiến chuyên chế đứng đầu là vua Sác-lơ I.</w:t>
      </w:r>
    </w:p>
    <w:p>
      <w:pPr>
        <w:pStyle w:val="ListParagraph"/>
      </w:pPr>
      <w:r>
        <w:rPr>
          <w:sz w:val="22"/>
        </w:rPr>
        <w:t>D. Thực dân Anh ở Bắc Mỹ.</w:t>
      </w:r>
    </w:p>
    <w:p/>
    <w:p>
      <w:r>
        <w:rPr>
          <w:b/>
          <w:sz w:val="24"/>
        </w:rPr>
        <w:t>Câu 2: Nguyên nhân sâu xa dẫn đến bùng nổ Cách mạng tư sản Anh thế kỷ XVII là gì?</w:t>
      </w:r>
    </w:p>
    <w:p>
      <w:pPr>
        <w:pStyle w:val="ListParagraph"/>
      </w:pPr>
      <w:r>
        <w:rPr>
          <w:sz w:val="22"/>
        </w:rPr>
        <w:t>A. Vua Anh tăng thuế quá cao đối với hàng hóa nhập khẩu từ châu Á.</w:t>
      </w:r>
    </w:p>
    <w:p>
      <w:pPr>
        <w:pStyle w:val="ListParagraph"/>
      </w:pPr>
      <w:r>
        <w:rPr>
          <w:sz w:val="22"/>
        </w:rPr>
        <w:t>B. Quan hệ sản xuất tư bản chủ nghĩa kìm hãm sự phát triển của chế độ phong kiến.</w:t>
      </w:r>
    </w:p>
    <w:p>
      <w:pPr>
        <w:pStyle w:val="ListParagraph"/>
      </w:pPr>
      <w:r>
        <w:rPr>
          <w:sz w:val="22"/>
        </w:rPr>
        <w:t>C. Chế độ phong kiến chuyên chế kìm hãm sự phát triển của lực lượng sản xuất tư bản chủ nghĩa.</w:t>
      </w:r>
    </w:p>
    <w:p>
      <w:pPr>
        <w:pStyle w:val="ListParagraph"/>
      </w:pPr>
      <w:r>
        <w:rPr>
          <w:sz w:val="22"/>
        </w:rPr>
        <w:t>D. Nước Anh bị các nước láng giềng đe dọa xâm lược và thôn tính.</w:t>
      </w:r>
    </w:p>
    <w:p/>
    <w:p>
      <w:r>
        <w:rPr>
          <w:b/>
          <w:sz w:val="24"/>
        </w:rPr>
        <w:t>Câu 3: Nguyên nhân sâu xa (cơ bản) dẫn đến bùng nổ cuộc Chiến tranh giành độc lập của 13 thuộc địa Anh ở Bắc Mỹ là gì?</w:t>
      </w:r>
    </w:p>
    <w:p>
      <w:pPr>
        <w:pStyle w:val="ListParagraph"/>
      </w:pPr>
      <w:r>
        <w:rPr>
          <w:sz w:val="22"/>
        </w:rPr>
        <w:t>A. Mâu thuẫn giữa nhân dân thuộc địa với chính sách đàn áp tôn giáo của Anh.</w:t>
      </w:r>
    </w:p>
    <w:p>
      <w:pPr>
        <w:pStyle w:val="ListParagraph"/>
      </w:pPr>
      <w:r>
        <w:rPr>
          <w:sz w:val="22"/>
        </w:rPr>
        <w:t>B. Mâu thuẫn giữa tư sản, chủ đồn điền ở Bắc Mỹ với chính sách kìm hãm kinh tế của thực dân Anh.</w:t>
      </w:r>
    </w:p>
    <w:p>
      <w:pPr>
        <w:pStyle w:val="ListParagraph"/>
      </w:pPr>
      <w:r>
        <w:rPr>
          <w:sz w:val="22"/>
        </w:rPr>
        <w:t>C. Mâu thuẫn gay gắt giữa người da trắng bản địa và những người da đen nô lệ mới đến.</w:t>
      </w:r>
    </w:p>
    <w:p>
      <w:pPr>
        <w:pStyle w:val="ListParagraph"/>
      </w:pPr>
      <w:r>
        <w:rPr>
          <w:sz w:val="22"/>
        </w:rPr>
        <w:t>D. Tranh chấp lãnh thổ giữa các nước thực dân Anh, Pháp, Tây Ban Nha tại vùng Bắc Mỹ.</w:t>
      </w:r>
    </w:p>
    <w:p/>
    <w:p>
      <w:r>
        <w:rPr>
          <w:b/>
          <w:sz w:val="24"/>
        </w:rPr>
        <w:t>Câu 4: Bản Tuyên ngôn Độc lập của nước Mỹ (được thông bố vào ngày 4/7/1776) đã khẳng định nguyên lý cơ bản nào?</w:t>
      </w:r>
    </w:p>
    <w:p>
      <w:pPr>
        <w:pStyle w:val="ListParagraph"/>
      </w:pPr>
      <w:r>
        <w:rPr>
          <w:sz w:val="22"/>
        </w:rPr>
        <w:t>A. Quyền bình đẳng, quyền tự do và quyền mưu cầu hạnh phúc của con người.</w:t>
      </w:r>
    </w:p>
    <w:p>
      <w:pPr>
        <w:pStyle w:val="ListParagraph"/>
      </w:pPr>
      <w:r>
        <w:rPr>
          <w:sz w:val="22"/>
        </w:rPr>
        <w:t>B. Quyền tối thượng của nhà vua Anh đối với các vùng đất mới khai phá.</w:t>
      </w:r>
    </w:p>
    <w:p>
      <w:pPr>
        <w:pStyle w:val="ListParagraph"/>
      </w:pPr>
      <w:r>
        <w:rPr>
          <w:sz w:val="22"/>
        </w:rPr>
        <w:t>C. Quyền độc quyền khai thác tài nguyên thuộc về tầng lớp quý tộc mới.</w:t>
      </w:r>
    </w:p>
    <w:p>
      <w:pPr>
        <w:pStyle w:val="ListParagraph"/>
      </w:pPr>
      <w:r>
        <w:rPr>
          <w:sz w:val="22"/>
        </w:rPr>
        <w:t>D. Quyền phong kiến thế tập và chia lại ruộng đất cho địa chủ lớn.</w:t>
      </w:r>
    </w:p>
    <w:p/>
    <w:p>
      <w:r>
        <w:rPr>
          <w:b/>
          <w:sz w:val="24"/>
        </w:rPr>
        <w:t>Câu 5: Trước cách mạng cuối thế kỷ XVIII, nước Pháp duy trì thể chế chính trị gì?</w:t>
      </w:r>
    </w:p>
    <w:p>
      <w:pPr>
        <w:pStyle w:val="ListParagraph"/>
      </w:pPr>
      <w:r>
        <w:rPr>
          <w:sz w:val="22"/>
        </w:rPr>
        <w:t>A. Quân chủ lập hiến.</w:t>
      </w:r>
    </w:p>
    <w:p>
      <w:pPr>
        <w:pStyle w:val="ListParagraph"/>
      </w:pPr>
      <w:r>
        <w:rPr>
          <w:sz w:val="22"/>
        </w:rPr>
        <w:t>B. Quân chủ chuyên chế.</w:t>
      </w:r>
    </w:p>
    <w:p>
      <w:pPr>
        <w:pStyle w:val="ListParagraph"/>
      </w:pPr>
      <w:r>
        <w:rPr>
          <w:sz w:val="22"/>
        </w:rPr>
        <w:t>C. Cộng hòa tư sản.</w:t>
      </w:r>
    </w:p>
    <w:p>
      <w:pPr>
        <w:pStyle w:val="ListParagraph"/>
      </w:pPr>
      <w:r>
        <w:rPr>
          <w:sz w:val="22"/>
        </w:rPr>
        <w:t>D. Dân chủ nhân dân.</w:t>
      </w:r>
    </w:p>
    <w:p/>
    <w:p>
      <w:r>
        <w:rPr>
          <w:b/>
          <w:sz w:val="24"/>
        </w:rPr>
        <w:t>Câu 6: Xã hội nước Pháp trước cách mạng được chia thành mấy đẳng cấp?</w:t>
      </w:r>
    </w:p>
    <w:p>
      <w:pPr>
        <w:pStyle w:val="ListParagraph"/>
      </w:pPr>
      <w:r>
        <w:rPr>
          <w:sz w:val="22"/>
        </w:rPr>
        <w:t>A. 2 đẳng cấp (Tăng lữ và Quý tộc).</w:t>
      </w:r>
    </w:p>
    <w:p>
      <w:pPr>
        <w:pStyle w:val="ListParagraph"/>
      </w:pPr>
      <w:r>
        <w:rPr>
          <w:sz w:val="22"/>
        </w:rPr>
        <w:t>B. 3 đẳng cấp (Tăng lữ, Quý tộc và Đẳng cấp thứ ba).</w:t>
      </w:r>
    </w:p>
    <w:p>
      <w:pPr>
        <w:pStyle w:val="ListParagraph"/>
      </w:pPr>
      <w:r>
        <w:rPr>
          <w:sz w:val="22"/>
        </w:rPr>
        <w:t>C. 4 đẳng cấp (Tăng lữ, Quý tộc, Tư sản và Nông dân).</w:t>
      </w:r>
    </w:p>
    <w:p>
      <w:pPr>
        <w:pStyle w:val="ListParagraph"/>
      </w:pPr>
      <w:r>
        <w:rPr>
          <w:sz w:val="22"/>
        </w:rPr>
        <w:t>D. Không chia theo đẳng cấp mà chia theo giai cấp giàu nghèo.</w:t>
      </w:r>
    </w:p>
    <w:p/>
    <w:p>
      <w:r>
        <w:rPr>
          <w:b/>
          <w:sz w:val="24"/>
        </w:rPr>
        <w:t>Câu 7: Nguyên nhân sâu xa dẫn đến bùng nổ Cách mạng tư sản Pháp cuối thế kỷ XVIII là gì?</w:t>
      </w:r>
    </w:p>
    <w:p>
      <w:pPr>
        <w:pStyle w:val="ListParagraph"/>
      </w:pPr>
      <w:r>
        <w:rPr>
          <w:sz w:val="22"/>
        </w:rPr>
        <w:t>A. Mâu thuẫn giữa nhân dân Pháp với nhà vua Anh.</w:t>
      </w:r>
    </w:p>
    <w:p>
      <w:pPr>
        <w:pStyle w:val="ListParagraph"/>
      </w:pPr>
      <w:r>
        <w:rPr>
          <w:sz w:val="22"/>
        </w:rPr>
        <w:t>B. Mâu thuẫn gay gắt giữa lực lượng sản xuất tư bản chủ nghĩa với chế độ phong kiến chuyên chế lỗi thời.</w:t>
      </w:r>
    </w:p>
    <w:p>
      <w:pPr>
        <w:pStyle w:val="ListParagraph"/>
      </w:pPr>
      <w:r>
        <w:rPr>
          <w:sz w:val="22"/>
        </w:rPr>
        <w:t>C. Nước Pháp bị các nước láng giềng tấn công quân sự tàn khốc.</w:t>
      </w:r>
    </w:p>
    <w:p>
      <w:pPr>
        <w:pStyle w:val="ListParagraph"/>
      </w:pPr>
      <w:r>
        <w:rPr>
          <w:sz w:val="22"/>
        </w:rPr>
        <w:t>D. Sự cạn kiệt tài nguyên thiên nhiên do thiên tai liên tiếp xảy ra.</w:t>
      </w:r>
    </w:p>
    <w:p/>
    <w:p>
      <w:r>
        <w:rPr>
          <w:b/>
          <w:sz w:val="24"/>
        </w:rPr>
        <w:t>Câu 8: Cách mạng công nghiệp nửa sau thế kỷ XVIII bắt đầu khởi phát từ quốc gia nào đầu tiên trên thế giới?</w:t>
      </w:r>
    </w:p>
    <w:p>
      <w:pPr>
        <w:pStyle w:val="ListParagraph"/>
      </w:pPr>
      <w:r>
        <w:rPr>
          <w:sz w:val="22"/>
        </w:rPr>
        <w:t>A. Nước Pháp.</w:t>
      </w:r>
    </w:p>
    <w:p>
      <w:pPr>
        <w:pStyle w:val="ListParagraph"/>
      </w:pPr>
      <w:r>
        <w:rPr>
          <w:sz w:val="22"/>
        </w:rPr>
        <w:t>B. Nước Anh.</w:t>
      </w:r>
    </w:p>
    <w:p>
      <w:pPr>
        <w:pStyle w:val="ListParagraph"/>
      </w:pPr>
      <w:r>
        <w:rPr>
          <w:sz w:val="22"/>
        </w:rPr>
        <w:t>C. Nước Đức.</w:t>
      </w:r>
    </w:p>
    <w:p>
      <w:pPr>
        <w:pStyle w:val="ListParagraph"/>
      </w:pPr>
      <w:r>
        <w:rPr>
          <w:sz w:val="22"/>
        </w:rPr>
        <w:t>D. Hợp chủng quốc Hoa Kỳ.</w:t>
      </w:r>
    </w:p>
    <w:p/>
    <w:p>
      <w:r>
        <w:rPr>
          <w:b/>
          <w:sz w:val="24"/>
        </w:rPr>
        <w:t>Câu 9: Các quốc gia tư bản phương Tây bắt đầu quá trình xâm nhập vào khu vực Đông Nam Á từ khoảng thời gian nào?</w:t>
      </w:r>
    </w:p>
    <w:p>
      <w:pPr>
        <w:pStyle w:val="ListParagraph"/>
      </w:pPr>
      <w:r>
        <w:rPr>
          <w:sz w:val="22"/>
        </w:rPr>
        <w:t>A. Nửa đầu thế kỷ XIV.</w:t>
      </w:r>
    </w:p>
    <w:p>
      <w:pPr>
        <w:pStyle w:val="ListParagraph"/>
      </w:pPr>
      <w:r>
        <w:rPr>
          <w:sz w:val="22"/>
        </w:rPr>
        <w:t>B. Nửa sau thế kỷ XVI.</w:t>
      </w:r>
    </w:p>
    <w:p>
      <w:pPr>
        <w:pStyle w:val="ListParagraph"/>
      </w:pPr>
      <w:r>
        <w:rPr>
          <w:sz w:val="22"/>
        </w:rPr>
        <w:t>C. Đầu thế kỷ XIX.</w:t>
      </w:r>
    </w:p>
    <w:p>
      <w:pPr>
        <w:pStyle w:val="ListParagraph"/>
      </w:pPr>
      <w:r>
        <w:rPr>
          <w:sz w:val="22"/>
        </w:rPr>
        <w:t>D. Giữa thế kỷ XX.</w:t>
      </w:r>
    </w:p>
    <w:p/>
    <w:p>
      <w:r>
        <w:rPr>
          <w:b/>
          <w:sz w:val="24"/>
        </w:rPr>
        <w:t>Câu 10: Những quốc gia phương Tây nào đi đầu trong việc tìm kiếm con đường sang phương Đông và xâm nhập vào Đông Nam Á ở thế kỷ XVI?</w:t>
      </w:r>
    </w:p>
    <w:p>
      <w:pPr>
        <w:pStyle w:val="ListParagraph"/>
      </w:pPr>
      <w:r>
        <w:rPr>
          <w:sz w:val="22"/>
        </w:rPr>
        <w:t>A. Anh và Pháp.</w:t>
      </w:r>
    </w:p>
    <w:p>
      <w:pPr>
        <w:pStyle w:val="ListParagraph"/>
      </w:pPr>
      <w:r>
        <w:rPr>
          <w:sz w:val="22"/>
        </w:rPr>
        <w:t>B. Mỹ và Đức.</w:t>
      </w:r>
    </w:p>
    <w:p>
      <w:pPr>
        <w:pStyle w:val="ListParagraph"/>
      </w:pPr>
      <w:r>
        <w:rPr>
          <w:sz w:val="22"/>
        </w:rPr>
        <w:t>C. Hà Lan và Nga.</w:t>
      </w:r>
    </w:p>
    <w:p>
      <w:pPr>
        <w:pStyle w:val="ListParagraph"/>
      </w:pPr>
      <w:r>
        <w:rPr>
          <w:sz w:val="22"/>
        </w:rPr>
        <w:t>D. Tây Ban Nha và Bồ Đào Nha.</w:t>
      </w:r>
    </w:p>
    <w:p/>
    <w:p>
      <w:r>
        <w:rPr>
          <w:b/>
          <w:sz w:val="24"/>
        </w:rPr>
        <w:t>Câu 11: Lực lượng nào của phương Tây đóng vai trò là "mũi nhọn" đi đầu trong việc thăm dò, mở đường cho quá trình xâm lược Đông Nam Á?</w:t>
      </w:r>
    </w:p>
    <w:p>
      <w:pPr>
        <w:pStyle w:val="ListParagraph"/>
      </w:pPr>
      <w:r>
        <w:rPr>
          <w:sz w:val="22"/>
        </w:rPr>
        <w:t>A. Thương nhân và các giáo sĩ truyền đạo.</w:t>
      </w:r>
    </w:p>
    <w:p>
      <w:pPr>
        <w:pStyle w:val="ListParagraph"/>
      </w:pPr>
      <w:r>
        <w:rPr>
          <w:sz w:val="22"/>
        </w:rPr>
        <w:t>B. Giai cấp nông dân và công nhân di cư.</w:t>
      </w:r>
    </w:p>
    <w:p>
      <w:pPr>
        <w:pStyle w:val="ListParagraph"/>
      </w:pPr>
      <w:r>
        <w:rPr>
          <w:sz w:val="22"/>
        </w:rPr>
        <w:t>C. Quân đội hoàng gia và lực lượng không quân.</w:t>
      </w:r>
    </w:p>
    <w:p>
      <w:pPr>
        <w:pStyle w:val="ListParagraph"/>
      </w:pPr>
      <w:r>
        <w:rPr>
          <w:sz w:val="22"/>
        </w:rPr>
        <w:t>D. Các nhà khoa học và các đoàn nghiên cứu sinh thái.</w:t>
      </w:r>
    </w:p>
    <w:p/>
    <w:p>
      <w:r>
        <w:rPr>
          <w:b/>
          <w:sz w:val="24"/>
        </w:rPr>
        <w:t>Câu 12: Đến giữa thế kỷ XIX, phần lớn vùng hải đảo In-đô-nê-xi-a đã trở thành thuộc địa của quốc gia thực dân nào?</w:t>
      </w:r>
    </w:p>
    <w:p>
      <w:pPr>
        <w:pStyle w:val="ListParagraph"/>
      </w:pPr>
      <w:r>
        <w:rPr>
          <w:sz w:val="22"/>
        </w:rPr>
        <w:t>A. Thực dân Anh.</w:t>
      </w:r>
    </w:p>
    <w:p>
      <w:pPr>
        <w:pStyle w:val="ListParagraph"/>
      </w:pPr>
      <w:r>
        <w:rPr>
          <w:sz w:val="22"/>
        </w:rPr>
        <w:t>B. Thực dân Pháp.</w:t>
      </w:r>
    </w:p>
    <w:p>
      <w:pPr>
        <w:pStyle w:val="ListParagraph"/>
      </w:pPr>
      <w:r>
        <w:rPr>
          <w:sz w:val="22"/>
        </w:rPr>
        <w:t>C. Thực dân Bồ Đào Nha.</w:t>
      </w:r>
    </w:p>
    <w:p>
      <w:pPr>
        <w:pStyle w:val="ListParagraph"/>
      </w:pPr>
      <w:r>
        <w:rPr>
          <w:sz w:val="22"/>
        </w:rPr>
        <w:t>D. Thực dân Hà Lan.</w:t>
      </w:r>
    </w:p>
    <w:p/>
    <w:p>
      <w:r>
        <w:rPr>
          <w:b/>
          <w:sz w:val="24"/>
        </w:rPr>
        <w:t>Câu 13: Sự kiện nào đánh dấu sự hình thành của Bắc triều vào năm 1527?</w:t>
      </w:r>
    </w:p>
    <w:p>
      <w:pPr>
        <w:pStyle w:val="ListParagraph"/>
      </w:pPr>
      <w:r>
        <w:rPr>
          <w:sz w:val="22"/>
        </w:rPr>
        <w:t>A. Mạc Đăng Dung ép vua Lê nhường ngôi, lập ra nhà Mạc.</w:t>
      </w:r>
    </w:p>
    <w:p>
      <w:pPr>
        <w:pStyle w:val="ListParagraph"/>
      </w:pPr>
      <w:r>
        <w:rPr>
          <w:sz w:val="22"/>
        </w:rPr>
        <w:t>B. Nguyễn Kim chạy sang Lào lập lại nhà Lê.</w:t>
      </w:r>
    </w:p>
    <w:p>
      <w:pPr>
        <w:pStyle w:val="ListParagraph"/>
      </w:pPr>
      <w:r>
        <w:rPr>
          <w:sz w:val="22"/>
        </w:rPr>
        <w:t>C. Trịnh Kiểm thâu tóm toàn bộ quyền lực triều đình.</w:t>
      </w:r>
    </w:p>
    <w:p>
      <w:pPr>
        <w:pStyle w:val="ListParagraph"/>
      </w:pPr>
      <w:r>
        <w:rPr>
          <w:sz w:val="22"/>
        </w:rPr>
        <w:t>D. Vua Lê Hiển Tông qua đời.</w:t>
      </w:r>
    </w:p>
    <w:p/>
    <w:p>
      <w:r>
        <w:rPr>
          <w:b/>
          <w:sz w:val="24"/>
        </w:rPr>
        <w:t>Câu 14: Nhân vật nào đã có công gây dựng lại cơ nghiệp nhà Lê (Nam triều) ở vùng Thanh Hóa - Nghệ An?</w:t>
      </w:r>
    </w:p>
    <w:p>
      <w:pPr>
        <w:pStyle w:val="ListParagraph"/>
      </w:pPr>
      <w:r>
        <w:rPr>
          <w:sz w:val="22"/>
        </w:rPr>
        <w:t>A. Mạc Đăng Dung.</w:t>
      </w:r>
    </w:p>
    <w:p>
      <w:pPr>
        <w:pStyle w:val="ListParagraph"/>
      </w:pPr>
      <w:r>
        <w:rPr>
          <w:sz w:val="22"/>
        </w:rPr>
        <w:t>B. Trịnh Kiểm.</w:t>
      </w:r>
    </w:p>
    <w:p>
      <w:pPr>
        <w:pStyle w:val="ListParagraph"/>
      </w:pPr>
      <w:r>
        <w:rPr>
          <w:sz w:val="22"/>
        </w:rPr>
        <w:t>C. Nguyễn Kim.</w:t>
      </w:r>
    </w:p>
    <w:p>
      <w:pPr>
        <w:pStyle w:val="ListParagraph"/>
      </w:pPr>
      <w:r>
        <w:rPr>
          <w:sz w:val="22"/>
        </w:rPr>
        <w:t>D. Nguyễn Hoàng.</w:t>
      </w:r>
    </w:p>
    <w:p/>
    <w:p>
      <w:r>
        <w:rPr>
          <w:b/>
          <w:sz w:val="24"/>
        </w:rPr>
        <w:t>Câu 15: Từ giữa thế kỷ XVIII, chính quyền chúa Nguyễn ở Đàng Trong rơi vào trạng thái như thế nào?</w:t>
      </w:r>
    </w:p>
    <w:p>
      <w:pPr>
        <w:pStyle w:val="ListParagraph"/>
      </w:pPr>
      <w:r>
        <w:rPr>
          <w:sz w:val="22"/>
        </w:rPr>
        <w:t>A. Phát triển thịnh vượng và mở rộng lãnh thổ ra bên ngoài.</w:t>
      </w:r>
    </w:p>
    <w:p>
      <w:pPr>
        <w:pStyle w:val="ListParagraph"/>
      </w:pPr>
      <w:r>
        <w:rPr>
          <w:sz w:val="22"/>
        </w:rPr>
        <w:t>B. Suy yếu, khủng hoảng nghiêm trọng, tầng lớp quan lại hoành hành.</w:t>
      </w:r>
    </w:p>
    <w:p>
      <w:pPr>
        <w:pStyle w:val="ListParagraph"/>
      </w:pPr>
      <w:r>
        <w:rPr>
          <w:sz w:val="22"/>
        </w:rPr>
        <w:t>C. Mới được thành lập và nhận được sự ủng hộ tuyệt đối của nhân dân.</w:t>
      </w:r>
    </w:p>
    <w:p>
      <w:pPr>
        <w:pStyle w:val="ListParagraph"/>
      </w:pPr>
      <w:r>
        <w:rPr>
          <w:sz w:val="22"/>
        </w:rPr>
        <w:t>D. Tiến hành nhiều cải cách tiến bộ làm cho đất nước giàu mạnh.</w:t>
      </w:r>
    </w:p>
    <w:p/>
    <w:p>
      <w:r>
        <w:rPr>
          <w:b/>
          <w:sz w:val="24"/>
        </w:rPr>
        <w:t>Câu 16: Sự kiện nào chứng tỏ Cách mạng tư sản Anh đã đạt đến đỉnh cao phát triển?</w:t>
      </w:r>
    </w:p>
    <w:p>
      <w:pPr>
        <w:pStyle w:val="ListParagraph"/>
      </w:pPr>
      <w:r>
        <w:rPr>
          <w:sz w:val="22"/>
        </w:rPr>
        <w:t>A. Vua Sác-lơ I tuyên chiến với Quốc hội năm 1642.</w:t>
      </w:r>
    </w:p>
    <w:p>
      <w:pPr>
        <w:pStyle w:val="ListParagraph"/>
      </w:pPr>
      <w:r>
        <w:rPr>
          <w:sz w:val="22"/>
        </w:rPr>
        <w:t>B. Vua Sác-lơ I bị xử tử và nước Anh tuyên bố thành lập nền Cộng hòa năm 1649.</w:t>
      </w:r>
    </w:p>
    <w:p>
      <w:pPr>
        <w:pStyle w:val="ListParagraph"/>
      </w:pPr>
      <w:r>
        <w:rPr>
          <w:sz w:val="22"/>
        </w:rPr>
        <w:t>C. Ô-li-vơ Crôm-oa thiết lập chế độ Độc tài quân sự năm 1653.</w:t>
      </w:r>
    </w:p>
    <w:p>
      <w:pPr>
        <w:pStyle w:val="ListParagraph"/>
      </w:pPr>
      <w:r>
        <w:rPr>
          <w:sz w:val="22"/>
        </w:rPr>
        <w:t>D. Quốc hội tiến hành cuộc đảo chính đưa Uy-li-am Ô-ran-gi-ơ lên làm vua năm 1688.</w:t>
      </w:r>
    </w:p>
    <w:p/>
    <w:p>
      <w:r>
        <w:rPr>
          <w:b/>
          <w:sz w:val="24"/>
        </w:rPr>
        <w:t>Câu 17: Lực lượng nào đóng vai trò là động lực quyết định thúc đẩy Cách mạng tư sản Pháp phát triển liên tục và đạt đến đỉnh cao?</w:t>
      </w:r>
    </w:p>
    <w:p>
      <w:pPr>
        <w:pStyle w:val="ListParagraph"/>
      </w:pPr>
      <w:r>
        <w:rPr>
          <w:sz w:val="22"/>
        </w:rPr>
        <w:t>A. Giai cấp tư sản tài chính.</w:t>
      </w:r>
    </w:p>
    <w:p>
      <w:pPr>
        <w:pStyle w:val="ListParagraph"/>
      </w:pPr>
      <w:r>
        <w:rPr>
          <w:sz w:val="22"/>
        </w:rPr>
        <w:t>B. Tầng lớp quý tộc phong kiến tiến bộ.</w:t>
      </w:r>
    </w:p>
    <w:p>
      <w:pPr>
        <w:pStyle w:val="ListParagraph"/>
      </w:pPr>
      <w:r>
        <w:rPr>
          <w:sz w:val="22"/>
        </w:rPr>
        <w:t>C. Đội ngũ triết gia trong Phong trào Khai sáng.</w:t>
      </w:r>
    </w:p>
    <w:p>
      <w:pPr>
        <w:pStyle w:val="ListParagraph"/>
      </w:pPr>
      <w:r>
        <w:rPr>
          <w:sz w:val="22"/>
        </w:rPr>
        <w:t>D. Quần chúng nhân dân (nông dân, bình dân thành thị).</w:t>
      </w:r>
    </w:p>
    <w:p/>
    <w:p>
      <w:r>
        <w:rPr>
          <w:b/>
          <w:sz w:val="24"/>
        </w:rPr>
        <w:t>Câu 18: Vì sao cuộc Chiến tranh giành độc lập của 13 thuộc địa Anh ở Bắc Mỹ đồng thời mang tính chất của một cuộc cách mạng tư sản?</w:t>
      </w:r>
    </w:p>
    <w:p>
      <w:pPr>
        <w:pStyle w:val="ListParagraph"/>
      </w:pPr>
      <w:r>
        <w:rPr>
          <w:sz w:val="22"/>
        </w:rPr>
        <w:t>A. Do giai cấp tư sản Anh trực tiếp đứng ra lãnh đạo toàn bộ cuộc chiến tranh.</w:t>
      </w:r>
    </w:p>
    <w:p>
      <w:pPr>
        <w:pStyle w:val="ListParagraph"/>
      </w:pPr>
      <w:r>
        <w:rPr>
          <w:sz w:val="22"/>
        </w:rPr>
        <w:t>B. Do nó không chỉ lật đổ ách thống trị của thực dân Anh mà còn mở đường cho chủ nghĩa tư bản phát triển ở Bắc Mỹ.</w:t>
      </w:r>
    </w:p>
    <w:p>
      <w:pPr>
        <w:pStyle w:val="ListParagraph"/>
      </w:pPr>
      <w:r>
        <w:rPr>
          <w:sz w:val="22"/>
        </w:rPr>
        <w:t>C. Do đã xóa bỏ hoàn toàn chế độ tư hữu về ruộng đất và phân phối lại bình quân cho công nhân.</w:t>
      </w:r>
    </w:p>
    <w:p>
      <w:pPr>
        <w:pStyle w:val="ListParagraph"/>
      </w:pPr>
      <w:r>
        <w:rPr>
          <w:sz w:val="22"/>
        </w:rPr>
        <w:t>D. Do lực lượng tham gia chủ yếu là giai cấp tư sản châu Âu di cư sang.</w:t>
      </w:r>
    </w:p>
    <w:p/>
    <w:p>
      <w:r>
        <w:rPr>
          <w:b/>
          <w:sz w:val="24"/>
        </w:rPr>
        <w:t>Câu 19: Sự kiện nào chứng tỏ Cách mạng tư sản Pháp đã đạt đến đỉnh cao phát triển của một cuộc cách mạng tư sản triệt để?</w:t>
      </w:r>
    </w:p>
    <w:p>
      <w:pPr>
        <w:pStyle w:val="ListParagraph"/>
      </w:pPr>
      <w:r>
        <w:rPr>
          <w:sz w:val="22"/>
        </w:rPr>
        <w:t>A. Nhân dân Pa-ri tấn công và phá hủy pháo đài Bát-ti (14/7/1789).</w:t>
      </w:r>
    </w:p>
    <w:p>
      <w:pPr>
        <w:pStyle w:val="ListParagraph"/>
      </w:pPr>
      <w:r>
        <w:rPr>
          <w:sz w:val="22"/>
        </w:rPr>
        <w:t>B. Quốc hội thông qua bản Tuyên ngôn Nhân quyền và Dân quyền (8/1789).</w:t>
      </w:r>
    </w:p>
    <w:p>
      <w:pPr>
        <w:pStyle w:val="ListParagraph"/>
      </w:pPr>
      <w:r>
        <w:rPr>
          <w:sz w:val="22"/>
        </w:rPr>
        <w:t>C. Chuyên chính dân chủ cách mạng Gia-cô-banh được thiết lập và ban hành các sắc lệnh tiến bộ.</w:t>
      </w:r>
    </w:p>
    <w:p>
      <w:pPr>
        <w:pStyle w:val="ListParagraph"/>
      </w:pPr>
      <w:r>
        <w:rPr>
          <w:sz w:val="22"/>
        </w:rPr>
        <w:t>D. Na-pô-lê-ông Bô-na-pát tiến hành cuộc đảo chính quân sự (1799).</w:t>
      </w:r>
    </w:p>
    <w:p/>
    <w:p>
      <w:r>
        <w:rPr>
          <w:b/>
          <w:sz w:val="24"/>
        </w:rPr>
        <w:t>Câu 20: Điểm chung nổi bật trong các cuộc đấu tranh chống ách đô hộ của nhân dân các nước Đông Nam Á từ nửa sau thế kỷ XVI đến giữa thế kỷ XIX là gì?</w:t>
      </w:r>
    </w:p>
    <w:p>
      <w:pPr>
        <w:pStyle w:val="ListParagraph"/>
      </w:pPr>
      <w:r>
        <w:rPr>
          <w:sz w:val="22"/>
        </w:rPr>
        <w:t>A. Đều do giai cấp tư sản dân tộc đứng ra tổ chức và lãnh đạo.</w:t>
      </w:r>
    </w:p>
    <w:p>
      <w:pPr>
        <w:pStyle w:val="ListParagraph"/>
      </w:pPr>
      <w:r>
        <w:rPr>
          <w:sz w:val="22"/>
        </w:rPr>
        <w:t>B. Đều thành công trọn vẹn và bảo vệ được độc lập dân tộc.</w:t>
      </w:r>
    </w:p>
    <w:p>
      <w:pPr>
        <w:pStyle w:val="ListParagraph"/>
      </w:pPr>
      <w:r>
        <w:rPr>
          <w:sz w:val="22"/>
        </w:rPr>
        <w:t>C. Thể hiện tinh thần yêu nước bất khuất, song chủ yếu do giai cấp phong kiến hoặc thủ lĩnh nông dân lãnh đạo và đều lần lượt thất bại.</w:t>
      </w:r>
    </w:p>
    <w:p>
      <w:pPr>
        <w:pStyle w:val="ListParagraph"/>
      </w:pPr>
      <w:r>
        <w:rPr>
          <w:sz w:val="22"/>
        </w:rPr>
        <w:t>D. Đều sử dụng hình thức đấu tranh ngoại giao là chính, hạn chế sử dụng vũ lực.</w:t>
      </w:r>
    </w:p>
    <w:p/>
    <w:p>
      <w:r>
        <w:rPr>
          <w:b/>
          <w:sz w:val="24"/>
        </w:rPr>
        <w:t>Câu 21: Điểm chung nổi bật về hình thức đấu tranh của nhân dân các nước Đông Nam Á trong các phong trào tiêu biểu chống thực dân giai đoạn này là gì?</w:t>
      </w:r>
    </w:p>
    <w:p>
      <w:pPr>
        <w:pStyle w:val="ListParagraph"/>
      </w:pPr>
      <w:r>
        <w:rPr>
          <w:sz w:val="22"/>
        </w:rPr>
        <w:t>A. Sử dụng bạo lực vũ trang, lập căn cứ và tiến hành chiến tranh du kích kiên cường.</w:t>
      </w:r>
    </w:p>
    <w:p>
      <w:pPr>
        <w:pStyle w:val="ListParagraph"/>
      </w:pPr>
      <w:r>
        <w:rPr>
          <w:sz w:val="22"/>
        </w:rPr>
        <w:t>B. Tiến hành đấu tranh nghị trường thông qua hệ thống quốc hội do thực dân lập ra.</w:t>
      </w:r>
    </w:p>
    <w:p>
      <w:pPr>
        <w:pStyle w:val="ListParagraph"/>
      </w:pPr>
      <w:r>
        <w:rPr>
          <w:sz w:val="22"/>
        </w:rPr>
        <w:t>C. Sử dụng phương thức bãi công, tổng bãi công của giai cấp công nhân công nghiệp.</w:t>
      </w:r>
    </w:p>
    <w:p>
      <w:pPr>
        <w:pStyle w:val="ListParagraph"/>
      </w:pPr>
      <w:r>
        <w:rPr>
          <w:sz w:val="22"/>
        </w:rPr>
        <w:t>D. Ký kết các hiệp ước ngoại giao hòa bình để chuộc lại độc lập từ tay thực dân.</w:t>
      </w:r>
    </w:p>
    <w:p/>
    <w:p>
      <w:r>
        <w:rPr>
          <w:b/>
          <w:sz w:val="24"/>
        </w:rPr>
        <w:t>Câu 22: Nguyên nhân cốt lõi dẫn đến các cuộc xung đột Nam - Bắc triều và Trịnh - Nguyễn trong các thế kỷ XVI - XVII là gì?</w:t>
      </w:r>
    </w:p>
    <w:p>
      <w:pPr>
        <w:pStyle w:val="ListParagraph"/>
      </w:pPr>
      <w:r>
        <w:rPr>
          <w:sz w:val="22"/>
        </w:rPr>
        <w:t>A. Do sự can thiệp và xâm lược của các đế quốc phương Tây.</w:t>
      </w:r>
    </w:p>
    <w:p>
      <w:pPr>
        <w:pStyle w:val="ListParagraph"/>
      </w:pPr>
      <w:r>
        <w:rPr>
          <w:sz w:val="22"/>
        </w:rPr>
        <w:t>B. Do mâu thuẫn tranh giành quyền lực, lợi ích giữa các tập đoàn phong kiến thống trị.</w:t>
      </w:r>
    </w:p>
    <w:p>
      <w:pPr>
        <w:pStyle w:val="ListParagraph"/>
      </w:pPr>
      <w:r>
        <w:rPr>
          <w:sz w:val="22"/>
        </w:rPr>
        <w:t>C. Do nhân dân bùng nổ khởi nghĩa đòi chia lại ruộng đất.</w:t>
      </w:r>
    </w:p>
    <w:p>
      <w:pPr>
        <w:pStyle w:val="ListParagraph"/>
      </w:pPr>
      <w:r>
        <w:rPr>
          <w:sz w:val="22"/>
        </w:rPr>
        <w:t>D. Do sự khác biệt về văn hóa và ngôn ngữ giữa các vùng miền.</w:t>
      </w:r>
    </w:p>
    <w:p/>
    <w:p>
      <w:r>
        <w:rPr>
          <w:b/>
          <w:sz w:val="24"/>
        </w:rPr>
        <w:t>Câu 23: Ý nghĩa lịch sử quan trọng nhất từ việc thực thi chủ quyền của các chúa Nguyễn đối với Hoàng Sa, Trường Sa là gì?</w:t>
      </w:r>
    </w:p>
    <w:p>
      <w:pPr>
        <w:pStyle w:val="ListParagraph"/>
      </w:pPr>
      <w:r>
        <w:rPr>
          <w:sz w:val="22"/>
        </w:rPr>
        <w:t>A. Giúp nước ta hoàn thành cuộc cách mạng công nghiệp biển.</w:t>
      </w:r>
    </w:p>
    <w:p>
      <w:pPr>
        <w:pStyle w:val="ListParagraph"/>
      </w:pPr>
      <w:r>
        <w:rPr>
          <w:sz w:val="22"/>
        </w:rPr>
        <w:t>B. Tạo cơ sở pháp lý và lịch sử vững chắc khẳng định chủ quyền liên tục của Việt Nam.</w:t>
      </w:r>
    </w:p>
    <w:p>
      <w:pPr>
        <w:pStyle w:val="ListParagraph"/>
      </w:pPr>
      <w:r>
        <w:rPr>
          <w:sz w:val="22"/>
        </w:rPr>
        <w:t>C. Chấm dứt hoàn toàn mọi tranh chấp trên Biển Đông từ thế kỷ XVIII.</w:t>
      </w:r>
    </w:p>
    <w:p>
      <w:pPr>
        <w:pStyle w:val="ListParagraph"/>
      </w:pPr>
      <w:r>
        <w:rPr>
          <w:sz w:val="22"/>
        </w:rPr>
        <w:t>D. Mở rộng lãnh thổ đất liền ra toàn bộ Đông Nam Á.</w:t>
      </w:r>
    </w:p>
    <w:p/>
    <w:p>
      <w:r>
        <w:rPr>
          <w:b/>
          <w:sz w:val="24"/>
        </w:rPr>
        <w:t>Câu 24: Đội Hoàng Sa do các chúa Nguyễn thành lập mang tính chất là một tổ chức như thế nào?</w:t>
      </w:r>
    </w:p>
    <w:p>
      <w:pPr>
        <w:pStyle w:val="ListParagraph"/>
      </w:pPr>
      <w:r>
        <w:rPr>
          <w:sz w:val="22"/>
        </w:rPr>
        <w:t>A. Đoàn tàu thám hiểm du lịch tự phát.</w:t>
      </w:r>
    </w:p>
    <w:p>
      <w:pPr>
        <w:pStyle w:val="ListParagraph"/>
      </w:pPr>
      <w:r>
        <w:rPr>
          <w:sz w:val="22"/>
        </w:rPr>
        <w:t>B. Tổ chức dân quân tự phát của ngư dân.</w:t>
      </w:r>
    </w:p>
    <w:p>
      <w:pPr>
        <w:pStyle w:val="ListParagraph"/>
      </w:pPr>
      <w:r>
        <w:rPr>
          <w:sz w:val="22"/>
        </w:rPr>
        <w:t>C. Đội quân nhà nước vừa làm kinh tế vừa thực thi chủ quyền.</w:t>
      </w:r>
    </w:p>
    <w:p>
      <w:pPr>
        <w:pStyle w:val="ListParagraph"/>
      </w:pPr>
      <w:r>
        <w:rPr>
          <w:sz w:val="22"/>
        </w:rPr>
        <w:t>D. Thương hội do tư nhân phương Tây tài trợ.</w:t>
      </w:r>
    </w:p>
    <w:p/>
    <w:p>
      <w:r>
        <w:rPr>
          <w:b/>
          <w:sz w:val="24"/>
        </w:rPr>
        <w:t>Câu 25: Chi tiết nhà nước cấp lương thực, giấy thông hành cho Đội Hoàng Sa hằng năm ra đảo chứng tỏ điều gì?</w:t>
      </w:r>
    </w:p>
    <w:p>
      <w:pPr>
        <w:pStyle w:val="ListParagraph"/>
      </w:pPr>
      <w:r>
        <w:rPr>
          <w:sz w:val="22"/>
        </w:rPr>
        <w:t>A. Việc xác lập chủ quyền mang tính nhà nước, liên tục và có tổ chức.</w:t>
      </w:r>
    </w:p>
    <w:p>
      <w:pPr>
        <w:pStyle w:val="ListParagraph"/>
      </w:pPr>
      <w:r>
        <w:rPr>
          <w:sz w:val="22"/>
        </w:rPr>
        <w:t>B. Đây chỉ là hoạt động trao đổi hàng hóa tự do của người dân.</w:t>
      </w:r>
    </w:p>
    <w:p>
      <w:pPr>
        <w:pStyle w:val="ListParagraph"/>
      </w:pPr>
      <w:r>
        <w:rPr>
          <w:sz w:val="22"/>
        </w:rPr>
        <w:t>C. Các chúa Nguyễn chỉ quan tâm đến việc thu gom thuế hải sản.</w:t>
      </w:r>
    </w:p>
    <w:p>
      <w:pPr>
        <w:pStyle w:val="ListParagraph"/>
      </w:pPr>
      <w:r>
        <w:rPr>
          <w:sz w:val="22"/>
        </w:rPr>
        <w:t>D. Đội Hoàng Sa hoàn toàn hoạt động độc lập, không chịu quản lý.</w:t>
      </w:r>
    </w:p>
    <w:p/>
    <w:p>
      <w:r>
        <w:rPr>
          <w:b/>
          <w:sz w:val="24"/>
        </w:rPr>
        <w:t>Câu 26: Mặc dù lần lượt thất bại, phong trào nông dân Đàng Ngoài thế kỷ XVIII đã tác động như thế nào đến tập đoàn phong kiến Trịnh - Lê?</w:t>
      </w:r>
    </w:p>
    <w:p>
      <w:pPr>
        <w:pStyle w:val="ListParagraph"/>
      </w:pPr>
      <w:r>
        <w:rPr>
          <w:sz w:val="22"/>
        </w:rPr>
        <w:t>A. Giúp chính quyền chúa Trịnh tăng cường củng cố bộ máy cai trị.</w:t>
      </w:r>
    </w:p>
    <w:p>
      <w:pPr>
        <w:pStyle w:val="ListParagraph"/>
      </w:pPr>
      <w:r>
        <w:rPr>
          <w:sz w:val="22"/>
        </w:rPr>
        <w:t>B. Giáng đòn nặng nề, làm lung lay tận gốc rễ chính quyền phong kiến Lê - Trịnh thối nát.</w:t>
      </w:r>
    </w:p>
    <w:p>
      <w:pPr>
        <w:pStyle w:val="ListParagraph"/>
      </w:pPr>
      <w:r>
        <w:rPr>
          <w:sz w:val="22"/>
        </w:rPr>
        <w:t>C. Khiến chúa Trịnh chủ động nhường lại toàn bộ quyền lực cho nhà Lê.</w:t>
      </w:r>
    </w:p>
    <w:p>
      <w:pPr>
        <w:pStyle w:val="ListParagraph"/>
      </w:pPr>
      <w:r>
        <w:rPr>
          <w:sz w:val="22"/>
        </w:rPr>
        <w:t>D. Buộc nhà Lê phải dời đô về vùng đất Thanh Hóa.</w:t>
      </w:r>
    </w:p>
    <w:p/>
    <w:p>
      <w:r>
        <w:rPr>
          <w:b/>
          <w:sz w:val="24"/>
        </w:rPr>
        <w:t>Câu 27: Thắng lợi nào của phong trào Tây Sơn năm 1777 đã đánh dấu sự sụp đổ của tập đoàn phong kiến phía Nam?</w:t>
      </w:r>
    </w:p>
    <w:p>
      <w:pPr>
        <w:pStyle w:val="ListParagraph"/>
      </w:pPr>
      <w:r>
        <w:rPr>
          <w:sz w:val="22"/>
        </w:rPr>
        <w:t>A. Đánh tan quân xâm lược Xiêm tại Rạch Gầm - Xoài Mút.</w:t>
      </w:r>
    </w:p>
    <w:p>
      <w:pPr>
        <w:pStyle w:val="ListParagraph"/>
      </w:pPr>
      <w:r>
        <w:rPr>
          <w:sz w:val="22"/>
        </w:rPr>
        <w:t>B. Lật đổ chính quyền chúa Nguyễn ở Đàng Trong.</w:t>
      </w:r>
    </w:p>
    <w:p>
      <w:pPr>
        <w:pStyle w:val="ListParagraph"/>
      </w:pPr>
      <w:r>
        <w:rPr>
          <w:sz w:val="22"/>
        </w:rPr>
        <w:t>C. Lật đổ chính quyền chúa Trịnh ở Đàng Ngoài.</w:t>
      </w:r>
    </w:p>
    <w:p>
      <w:pPr>
        <w:pStyle w:val="ListParagraph"/>
      </w:pPr>
      <w:r>
        <w:rPr>
          <w:sz w:val="22"/>
        </w:rPr>
        <w:t>D. Đại phá 29 vạn quân Mãn Thanh tại Thăng Long.</w:t>
      </w:r>
    </w:p>
    <w:p/>
    <w:p>
      <w:r>
        <w:rPr>
          <w:b/>
          <w:sz w:val="24"/>
        </w:rPr>
        <w:t>Câu 28: Theo em cuộc xung đột Nam - Bắc triều đã để lại hệ quả gì cho đất nước Đại Việt ta lúc bấy giờ? (1.0 điểm)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