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Thì Hiện Tại Đơn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school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He ______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______ you often read books?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My mother ______ dinner every day.</w:t>
      </w:r>
    </w:p>
    <w:p>
      <w:pPr>
        <w:pStyle w:val="ListParagraph"/>
      </w:pPr>
      <w:r>
        <w:rPr>
          <w:sz w:val="22"/>
        </w:rPr>
        <w:t>A. cook</w:t>
      </w:r>
    </w:p>
    <w:p>
      <w:pPr>
        <w:pStyle w:val="ListParagraph"/>
      </w:pPr>
      <w:r>
        <w:rPr>
          <w:sz w:val="22"/>
        </w:rPr>
        <w:t>B. cooks</w:t>
      </w:r>
    </w:p>
    <w:p>
      <w:pPr>
        <w:pStyle w:val="ListParagraph"/>
      </w:pPr>
      <w:r>
        <w:rPr>
          <w:sz w:val="22"/>
        </w:rPr>
        <w:t>C. cooking</w:t>
      </w:r>
    </w:p>
    <w:p>
      <w:pPr>
        <w:pStyle w:val="ListParagraph"/>
      </w:pPr>
      <w:r>
        <w:rPr>
          <w:sz w:val="22"/>
        </w:rPr>
        <w:t>D. cooked</w:t>
      </w:r>
    </w:p>
    <w:p/>
    <w:p>
      <w:r>
        <w:rPr>
          <w:b/>
          <w:sz w:val="24"/>
        </w:rPr>
        <w:t>Câu 6: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7: We ______ to the cinema on weekends.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8: She ______ English very well.</w:t>
      </w:r>
    </w:p>
    <w:p>
      <w:pPr>
        <w:pStyle w:val="ListParagraph"/>
      </w:pPr>
      <w:r>
        <w:rPr>
          <w:sz w:val="22"/>
        </w:rPr>
        <w:t>A. speak</w:t>
      </w:r>
    </w:p>
    <w:p>
      <w:pPr>
        <w:pStyle w:val="ListParagraph"/>
      </w:pPr>
      <w:r>
        <w:rPr>
          <w:sz w:val="22"/>
        </w:rPr>
        <w:t>B. speaks</w:t>
      </w:r>
    </w:p>
    <w:p>
      <w:pPr>
        <w:pStyle w:val="ListParagraph"/>
      </w:pPr>
      <w:r>
        <w:rPr>
          <w:sz w:val="22"/>
        </w:rPr>
        <w:t>C. speaking</w:t>
      </w:r>
    </w:p>
    <w:p>
      <w:pPr>
        <w:pStyle w:val="ListParagraph"/>
      </w:pPr>
      <w:r>
        <w:rPr>
          <w:sz w:val="22"/>
        </w:rPr>
        <w:t>D. spoke</w:t>
      </w:r>
    </w:p>
    <w:p/>
    <w:p>
      <w:r>
        <w:rPr>
          <w:b/>
          <w:sz w:val="24"/>
        </w:rPr>
        <w:t>Câu 9: They ______ not watch TV in the morning.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10: ______ he play soccer every afternoon?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