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Địa lý - Cậu 1. Địa lí học là khoa học nghiện cứu về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Địa lí học là khoa học nghiên cứu về</w:t>
      </w:r>
    </w:p>
    <w:p>
      <w:pPr>
        <w:pStyle w:val="ListParagraph"/>
      </w:pPr>
      <w:r>
        <w:rPr>
          <w:sz w:val="22"/>
        </w:rPr>
        <w:t>A. thể tổng hợp lãnh thổ.</w:t>
      </w:r>
    </w:p>
    <w:p>
      <w:pPr>
        <w:pStyle w:val="ListParagraph"/>
      </w:pPr>
      <w:r>
        <w:rPr>
          <w:sz w:val="22"/>
        </w:rPr>
        <w:t>B. trạng thái của vật chất.</w:t>
      </w:r>
    </w:p>
    <w:p>
      <w:pPr>
        <w:pStyle w:val="ListParagraph"/>
      </w:pPr>
      <w:r>
        <w:rPr>
          <w:sz w:val="22"/>
        </w:rPr>
        <w:t>C. tính chất lí học các chất.</w:t>
      </w:r>
    </w:p>
    <w:p>
      <w:pPr>
        <w:pStyle w:val="ListParagraph"/>
      </w:pPr>
      <w:r>
        <w:rPr>
          <w:sz w:val="22"/>
        </w:rPr>
        <w:t>D. nguyên lí chung tự nhiên.</w:t>
      </w:r>
    </w:p>
    <w:p/>
    <w:p>
      <w:r>
        <w:rPr>
          <w:b/>
          <w:sz w:val="24"/>
        </w:rPr>
        <w:t>Câu 2: Khoa học Địa lí cần cho những người hoạt động</w:t>
      </w:r>
    </w:p>
    <w:p>
      <w:pPr>
        <w:pStyle w:val="ListParagraph"/>
      </w:pPr>
      <w:r>
        <w:rPr>
          <w:sz w:val="22"/>
        </w:rPr>
        <w:t>A. Ở tất cả các lĩnh vực sản xuất.</w:t>
      </w:r>
    </w:p>
    <w:p>
      <w:pPr>
        <w:pStyle w:val="ListParagraph"/>
      </w:pPr>
      <w:r>
        <w:rPr>
          <w:sz w:val="22"/>
        </w:rPr>
        <w:t>B. chỉ ở phạm vi ngoài thiên nhiên.</w:t>
      </w:r>
    </w:p>
    <w:p>
      <w:pPr>
        <w:pStyle w:val="ListParagraph"/>
      </w:pPr>
      <w:r>
        <w:rPr>
          <w:sz w:val="22"/>
        </w:rPr>
        <w:t>C. hoàn toàn cho công tác xã hội.</w:t>
      </w:r>
    </w:p>
    <w:p>
      <w:pPr>
        <w:pStyle w:val="ListParagraph"/>
      </w:pPr>
      <w:r>
        <w:rPr>
          <w:sz w:val="22"/>
        </w:rPr>
        <w:t>D. phần lớn phạm vi ở biển đảo.</w:t>
      </w:r>
    </w:p>
    <w:p/>
    <w:p>
      <w:r>
        <w:rPr>
          <w:b/>
          <w:sz w:val="24"/>
        </w:rPr>
        <w:t>Câu 3: Phương pháp kí hiệu dùng để thể hiện các đối tượng</w:t>
      </w:r>
    </w:p>
    <w:p>
      <w:pPr>
        <w:pStyle w:val="ListParagraph"/>
      </w:pPr>
      <w:r>
        <w:rPr>
          <w:sz w:val="22"/>
        </w:rPr>
        <w:t>A. phân bố theo những điểm cụ thể</w:t>
      </w:r>
    </w:p>
    <w:p>
      <w:pPr>
        <w:pStyle w:val="ListParagraph"/>
      </w:pPr>
      <w:r>
        <w:rPr>
          <w:sz w:val="22"/>
        </w:rPr>
        <w:t>B. di chuyển theo các hướng bất kì.</w:t>
      </w:r>
    </w:p>
    <w:p>
      <w:pPr>
        <w:pStyle w:val="ListParagraph"/>
      </w:pPr>
      <w:r>
        <w:rPr>
          <w:sz w:val="22"/>
        </w:rPr>
        <w:t>C. phân bố phân tán, lẻ tẻ, rời rạc.</w:t>
      </w:r>
    </w:p>
    <w:p>
      <w:pPr>
        <w:pStyle w:val="ListParagraph"/>
      </w:pPr>
      <w:r>
        <w:rPr>
          <w:sz w:val="22"/>
        </w:rPr>
        <w:t>D. tập trung thành vùng rộng lớn.</w:t>
      </w:r>
    </w:p>
    <w:p/>
    <w:p>
      <w:r>
        <w:rPr>
          <w:b/>
          <w:sz w:val="24"/>
        </w:rPr>
        <w:t>Câu 4: Đối tượng nào sau đây được biểu hiện bằng phương pháp kí hiệu?</w:t>
      </w:r>
    </w:p>
    <w:p>
      <w:pPr>
        <w:pStyle w:val="ListParagraph"/>
      </w:pPr>
      <w:r>
        <w:rPr>
          <w:sz w:val="22"/>
        </w:rPr>
        <w:t>A. Hướng gió.</w:t>
      </w:r>
    </w:p>
    <w:p>
      <w:pPr>
        <w:pStyle w:val="ListParagraph"/>
      </w:pPr>
      <w:r>
        <w:rPr>
          <w:sz w:val="22"/>
        </w:rPr>
        <w:t>B. Dòng biển.</w:t>
      </w:r>
    </w:p>
    <w:p>
      <w:pPr>
        <w:pStyle w:val="ListParagraph"/>
      </w:pPr>
      <w:r>
        <w:rPr>
          <w:sz w:val="22"/>
        </w:rPr>
        <w:t>C. Hải cảng.</w:t>
      </w:r>
    </w:p>
    <w:p>
      <w:pPr>
        <w:pStyle w:val="ListParagraph"/>
      </w:pPr>
      <w:r>
        <w:rPr>
          <w:sz w:val="22"/>
        </w:rPr>
        <w:t>D. Luồng di dân.</w:t>
      </w:r>
    </w:p>
    <w:p/>
    <w:p>
      <w:r>
        <w:rPr>
          <w:b/>
          <w:sz w:val="24"/>
        </w:rPr>
        <w:t>Câu 5: Các trung tâm công nghiệp thường được biểu hiện bằng phương pháp</w:t>
      </w:r>
    </w:p>
    <w:p>
      <w:pPr>
        <w:pStyle w:val="ListParagraph"/>
      </w:pPr>
      <w:r>
        <w:rPr>
          <w:sz w:val="22"/>
        </w:rPr>
        <w:t>A. đường chuyển động.</w:t>
      </w:r>
    </w:p>
    <w:p>
      <w:pPr>
        <w:pStyle w:val="ListParagraph"/>
      </w:pPr>
      <w:r>
        <w:rPr>
          <w:sz w:val="22"/>
        </w:rPr>
        <w:t>B. kí hiệu.</w:t>
      </w:r>
    </w:p>
    <w:p>
      <w:pPr>
        <w:pStyle w:val="ListParagraph"/>
      </w:pPr>
      <w:r>
        <w:rPr>
          <w:sz w:val="22"/>
        </w:rPr>
        <w:t>C. chấm điểm.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rPr>
          <w:b/>
          <w:sz w:val="24"/>
        </w:rPr>
        <w:t>Câu 6: Phương pháp đường chuyển động dùng để thể hiện các đối tượng</w:t>
      </w:r>
    </w:p>
    <w:p>
      <w:pPr>
        <w:pStyle w:val="ListParagraph"/>
      </w:pPr>
      <w:r>
        <w:rPr>
          <w:sz w:val="22"/>
        </w:rPr>
        <w:t>A. phân bố phân tán, lẻ tẻ, rời rạc.</w:t>
      </w:r>
    </w:p>
    <w:p>
      <w:pPr>
        <w:pStyle w:val="ListParagraph"/>
      </w:pPr>
      <w:r>
        <w:rPr>
          <w:sz w:val="22"/>
        </w:rPr>
        <w:t>B. tập trung thành vùng rộng lớn.</w:t>
      </w:r>
    </w:p>
    <w:p>
      <w:pPr>
        <w:pStyle w:val="ListParagraph"/>
      </w:pPr>
      <w:r>
        <w:rPr>
          <w:sz w:val="22"/>
        </w:rPr>
        <w:t>C. phân bố theo những điểm cụ thể</w:t>
      </w:r>
    </w:p>
    <w:p>
      <w:pPr>
        <w:pStyle w:val="ListParagraph"/>
      </w:pPr>
      <w:r>
        <w:rPr>
          <w:sz w:val="22"/>
        </w:rPr>
        <w:t>D. di chuyển theo các hướng bất kì.</w:t>
      </w:r>
    </w:p>
    <w:p/>
    <w:p>
      <w:r>
        <w:rPr>
          <w:b/>
          <w:sz w:val="24"/>
        </w:rPr>
        <w:t>Câu 7: Dòng biển thường được biểu hiện bằng phương pháp</w:t>
      </w:r>
    </w:p>
    <w:p>
      <w:pPr>
        <w:pStyle w:val="ListParagraph"/>
      </w:pPr>
      <w:r>
        <w:rPr>
          <w:sz w:val="22"/>
        </w:rPr>
        <w:t>A. đường chuyển động.</w:t>
      </w:r>
    </w:p>
    <w:p>
      <w:pPr>
        <w:pStyle w:val="ListParagraph"/>
      </w:pPr>
      <w:r>
        <w:rPr>
          <w:sz w:val="22"/>
        </w:rPr>
        <w:t>B. kí hiệu.</w:t>
      </w:r>
    </w:p>
    <w:p>
      <w:pPr>
        <w:pStyle w:val="ListParagraph"/>
      </w:pPr>
      <w:r>
        <w:rPr>
          <w:sz w:val="22"/>
        </w:rPr>
        <w:t>C. chấm điểm.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rPr>
          <w:b/>
          <w:sz w:val="24"/>
        </w:rPr>
        <w:t>Câu 8: Luồng di dân thường được biểu hiện bằng phương pháp</w:t>
      </w:r>
    </w:p>
    <w:p>
      <w:pPr>
        <w:pStyle w:val="ListParagraph"/>
      </w:pPr>
      <w:r>
        <w:rPr>
          <w:sz w:val="22"/>
        </w:rPr>
        <w:t>A. kí hiệu.</w:t>
      </w:r>
    </w:p>
    <w:p>
      <w:pPr>
        <w:pStyle w:val="ListParagraph"/>
      </w:pPr>
      <w:r>
        <w:rPr>
          <w:sz w:val="22"/>
        </w:rPr>
        <w:t>B. chấm điểm.</w:t>
      </w:r>
    </w:p>
    <w:p>
      <w:pPr>
        <w:pStyle w:val="ListParagraph"/>
      </w:pPr>
      <w:r>
        <w:rPr>
          <w:sz w:val="22"/>
        </w:rPr>
        <w:t>C. đường chuyển động.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rPr>
          <w:b/>
          <w:sz w:val="24"/>
        </w:rPr>
        <w:t>Câu 9: Sự vận chuyển hàng hóa thường được biểu hiện bằng phương pháp</w:t>
      </w:r>
    </w:p>
    <w:p>
      <w:pPr>
        <w:pStyle w:val="ListParagraph"/>
      </w:pPr>
      <w:r>
        <w:rPr>
          <w:sz w:val="22"/>
        </w:rPr>
        <w:t>A. đường chuyển động.</w:t>
      </w:r>
    </w:p>
    <w:p>
      <w:pPr>
        <w:pStyle w:val="ListParagraph"/>
      </w:pPr>
      <w:r>
        <w:rPr>
          <w:sz w:val="22"/>
        </w:rPr>
        <w:t>B. kí hiệu.</w:t>
      </w:r>
    </w:p>
    <w:p>
      <w:pPr>
        <w:pStyle w:val="ListParagraph"/>
      </w:pPr>
      <w:r>
        <w:rPr>
          <w:sz w:val="22"/>
        </w:rPr>
        <w:t>C. chấm điểm.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rPr>
          <w:b/>
          <w:sz w:val="24"/>
        </w:rPr>
        <w:t>Câu 10: Phương pháp chấm điểm dùng để thể hiện các hiện tượng</w:t>
      </w:r>
    </w:p>
    <w:p>
      <w:pPr>
        <w:pStyle w:val="ListParagraph"/>
      </w:pPr>
      <w:r>
        <w:rPr>
          <w:sz w:val="22"/>
        </w:rPr>
        <w:t>A. phân bố theo những điểm cụ thể.</w:t>
      </w:r>
    </w:p>
    <w:p>
      <w:pPr>
        <w:pStyle w:val="ListParagraph"/>
      </w:pPr>
      <w:r>
        <w:rPr>
          <w:sz w:val="22"/>
        </w:rPr>
        <w:t>B. di chuyển theo các hướng bất kì.</w:t>
      </w:r>
    </w:p>
    <w:p>
      <w:pPr>
        <w:pStyle w:val="ListParagraph"/>
      </w:pPr>
      <w:r>
        <w:rPr>
          <w:sz w:val="22"/>
        </w:rPr>
        <w:t>C. phân bố phân tán, lẻ tẻ, rời rạc.</w:t>
      </w:r>
    </w:p>
    <w:p>
      <w:pPr>
        <w:pStyle w:val="ListParagraph"/>
      </w:pPr>
      <w:r>
        <w:rPr>
          <w:sz w:val="22"/>
        </w:rPr>
        <w:t>D. tập trung thành vùng rộng lớn.</w:t>
      </w:r>
    </w:p>
    <w:p/>
    <w:p>
      <w:r>
        <w:rPr>
          <w:b/>
          <w:sz w:val="24"/>
        </w:rPr>
        <w:t>Câu 11: Ý nghĩa của phương pháp chấm điểm là thể hiện được</w:t>
      </w:r>
    </w:p>
    <w:p>
      <w:pPr>
        <w:pStyle w:val="ListParagraph"/>
      </w:pPr>
      <w:r>
        <w:rPr>
          <w:sz w:val="22"/>
        </w:rPr>
        <w:t>A. số lượng và khối lượng của đối tượng.</w:t>
      </w:r>
    </w:p>
    <w:p>
      <w:pPr>
        <w:pStyle w:val="ListParagraph"/>
      </w:pPr>
      <w:r>
        <w:rPr>
          <w:sz w:val="22"/>
        </w:rPr>
        <w:t>B. số lượng và hướng di chuyển đối tượng.</w:t>
      </w:r>
    </w:p>
    <w:p>
      <w:pPr>
        <w:pStyle w:val="ListParagraph"/>
      </w:pPr>
      <w:r>
        <w:rPr>
          <w:sz w:val="22"/>
        </w:rPr>
        <w:t>C. khối lượng và tốc độ của các đối tượng.</w:t>
      </w:r>
    </w:p>
    <w:p>
      <w:pPr>
        <w:pStyle w:val="ListParagraph"/>
      </w:pPr>
      <w:r>
        <w:rPr>
          <w:sz w:val="22"/>
        </w:rPr>
        <w:t>D. tốc độ và hướng di chuyển của đối tượng.</w:t>
      </w:r>
    </w:p>
    <w:p/>
    <w:p>
      <w:r>
        <w:rPr>
          <w:b/>
          <w:sz w:val="24"/>
        </w:rPr>
        <w:t>Câu 12: Sự phân bổ các điểm dân cư nông thôn thường được biểu hiện bằng phương pháp</w:t>
      </w:r>
    </w:p>
    <w:p>
      <w:pPr>
        <w:pStyle w:val="ListParagraph"/>
      </w:pPr>
      <w:r>
        <w:rPr>
          <w:sz w:val="22"/>
        </w:rPr>
        <w:t>A. đường chuyển động.</w:t>
      </w:r>
    </w:p>
    <w:p>
      <w:pPr>
        <w:pStyle w:val="ListParagraph"/>
      </w:pPr>
      <w:r>
        <w:rPr>
          <w:sz w:val="22"/>
        </w:rPr>
        <w:t>B. kí hiệu.</w:t>
      </w:r>
    </w:p>
    <w:p>
      <w:pPr>
        <w:pStyle w:val="ListParagraph"/>
      </w:pPr>
      <w:r>
        <w:rPr>
          <w:sz w:val="22"/>
        </w:rPr>
        <w:t>C. chấm điểm.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rPr>
          <w:b/>
          <w:sz w:val="24"/>
        </w:rPr>
        <w:t>Câu 13: Sự phân bố các cơ sở chăn nuôi thường được biểu hiện bằng phương pháp</w:t>
      </w:r>
    </w:p>
    <w:p>
      <w:pPr>
        <w:pStyle w:val="ListParagraph"/>
      </w:pPr>
      <w:r>
        <w:rPr>
          <w:sz w:val="22"/>
        </w:rPr>
        <w:t>A. đường chuyển động.</w:t>
      </w:r>
    </w:p>
    <w:p>
      <w:pPr>
        <w:pStyle w:val="ListParagraph"/>
      </w:pPr>
      <w:r>
        <w:rPr>
          <w:sz w:val="22"/>
        </w:rPr>
        <w:t>B. kí hiệu.</w:t>
      </w:r>
    </w:p>
    <w:p>
      <w:pPr>
        <w:pStyle w:val="ListParagraph"/>
      </w:pPr>
      <w:r>
        <w:rPr>
          <w:sz w:val="22"/>
        </w:rPr>
        <w:t>C. chấm điểm.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rPr>
          <w:b/>
          <w:sz w:val="24"/>
        </w:rPr>
        <w:t>Câu 14: Diện tích cây trồng thường được biểu hiện bằng phương pháp</w:t>
      </w:r>
    </w:p>
    <w:p>
      <w:pPr>
        <w:pStyle w:val="ListParagraph"/>
      </w:pPr>
      <w:r>
        <w:rPr>
          <w:sz w:val="22"/>
        </w:rPr>
        <w:t>A. đường chuyển động.</w:t>
      </w:r>
    </w:p>
    <w:p>
      <w:pPr>
        <w:pStyle w:val="ListParagraph"/>
      </w:pPr>
      <w:r>
        <w:rPr>
          <w:sz w:val="22"/>
        </w:rPr>
        <w:t>B. kí hiệu.</w:t>
      </w:r>
    </w:p>
    <w:p>
      <w:pPr>
        <w:pStyle w:val="ListParagraph"/>
      </w:pPr>
      <w:r>
        <w:rPr>
          <w:sz w:val="22"/>
        </w:rPr>
        <w:t>C. chấm điểm.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rPr>
          <w:b/>
          <w:sz w:val="24"/>
        </w:rPr>
        <w:t>Câu 15: Phương pháp bản đồ - biểu đồ thể hiện giá trị tổng cộng của một hiện tượng địa lí</w:t>
      </w:r>
    </w:p>
    <w:p>
      <w:pPr>
        <w:pStyle w:val="ListParagraph"/>
      </w:pPr>
      <w:r>
        <w:rPr>
          <w:sz w:val="22"/>
        </w:rPr>
        <w:t>A. trên một đơn vị lãnh thổ hành chính.</w:t>
      </w:r>
    </w:p>
    <w:p>
      <w:pPr>
        <w:pStyle w:val="ListParagraph"/>
      </w:pPr>
      <w:r>
        <w:rPr>
          <w:sz w:val="22"/>
        </w:rPr>
        <w:t>B. trong một khoảng thời gian nhất định.</w:t>
      </w:r>
    </w:p>
    <w:p>
      <w:pPr>
        <w:pStyle w:val="ListParagraph"/>
      </w:pPr>
      <w:r>
        <w:rPr>
          <w:sz w:val="22"/>
        </w:rPr>
        <w:t>C. được phân bố ở các vùng khác nhau.</w:t>
      </w:r>
    </w:p>
    <w:p>
      <w:pPr>
        <w:pStyle w:val="ListParagraph"/>
      </w:pPr>
      <w:r>
        <w:rPr>
          <w:sz w:val="22"/>
        </w:rPr>
        <w:t>D. được sắp xếp thứ tự theo thời gian.</w:t>
      </w:r>
    </w:p>
    <w:p/>
    <w:p>
      <w:r>
        <w:rPr>
          <w:b/>
          <w:sz w:val="24"/>
        </w:rPr>
        <w:t>Câu 16: Phương pháp nào sau đây thường được sử dụng để biểu hiện diện tích và sản lượng lúa của các tỉnh nước ta trong cùng một thời gian?</w:t>
      </w:r>
    </w:p>
    <w:p>
      <w:pPr>
        <w:pStyle w:val="ListParagraph"/>
      </w:pPr>
      <w:r>
        <w:rPr>
          <w:sz w:val="22"/>
        </w:rPr>
        <w:t>A. Kí hiệu.</w:t>
      </w:r>
    </w:p>
    <w:p>
      <w:pPr>
        <w:pStyle w:val="ListParagraph"/>
      </w:pPr>
      <w:r>
        <w:rPr>
          <w:sz w:val="22"/>
        </w:rPr>
        <w:t>B. Kí hiệu theo đường.</w:t>
      </w:r>
    </w:p>
    <w:p>
      <w:pPr>
        <w:pStyle w:val="ListParagraph"/>
      </w:pPr>
      <w:r>
        <w:rPr>
          <w:sz w:val="22"/>
        </w:rPr>
        <w:t>C. Chấm điểm.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rPr>
          <w:b/>
          <w:sz w:val="24"/>
        </w:rPr>
        <w:t>Câu 17: Trị giá xuất khẩu và nhập khẩu của các tỉnh Việt Nam trong cùng một thời gian, thường được thể hiện bằng phương pháp</w:t>
      </w:r>
    </w:p>
    <w:p>
      <w:pPr>
        <w:pStyle w:val="ListParagraph"/>
      </w:pPr>
      <w:r>
        <w:rPr>
          <w:sz w:val="22"/>
        </w:rPr>
        <w:t>A. kí hiệu theo đường.</w:t>
      </w:r>
    </w:p>
    <w:p>
      <w:pPr>
        <w:pStyle w:val="ListParagraph"/>
      </w:pPr>
      <w:r>
        <w:rPr>
          <w:sz w:val="22"/>
        </w:rPr>
        <w:t>B. bản đồ - biểu đồ.</w:t>
      </w:r>
    </w:p>
    <w:p>
      <w:pPr>
        <w:pStyle w:val="ListParagraph"/>
      </w:pPr>
      <w:r>
        <w:rPr>
          <w:sz w:val="22"/>
        </w:rPr>
        <w:t>C. chấm điểm.</w:t>
      </w:r>
    </w:p>
    <w:p>
      <w:pPr>
        <w:pStyle w:val="ListParagraph"/>
      </w:pPr>
      <w:r>
        <w:rPr>
          <w:sz w:val="22"/>
        </w:rPr>
        <w:t>D. đường chuyển động.</w:t>
      </w:r>
    </w:p>
    <w:p/>
    <w:p>
      <w:r>
        <w:rPr>
          <w:b/>
          <w:sz w:val="24"/>
        </w:rPr>
        <w:t>Câu 18: Đặc điểm nào sau đây đúng với Trái Đất trong Hệ Mặt Trời?</w:t>
      </w:r>
    </w:p>
    <w:p>
      <w:pPr>
        <w:pStyle w:val="ListParagraph"/>
      </w:pPr>
      <w:r>
        <w:rPr>
          <w:sz w:val="22"/>
        </w:rPr>
        <w:t>A. Trái Đất tự quay quanh trục, sau đó chuyển động tịnh tiến quanh Mặt Trời.</w:t>
      </w:r>
    </w:p>
    <w:p>
      <w:pPr>
        <w:pStyle w:val="ListParagraph"/>
      </w:pPr>
      <w:r>
        <w:rPr>
          <w:sz w:val="22"/>
        </w:rPr>
        <w:t>B. Trái Đất chuyển động tịnh tiến quanh Mặt Trời, sau đó tự quay quanh trục.</w:t>
      </w:r>
    </w:p>
    <w:p>
      <w:pPr>
        <w:pStyle w:val="ListParagraph"/>
      </w:pPr>
      <w:r>
        <w:rPr>
          <w:sz w:val="22"/>
        </w:rPr>
        <w:t>C. Trái Đất vừa tự quay quanh trục, vừa chuyển động tịnh tiến quanh Mặt Trời.</w:t>
      </w:r>
    </w:p>
    <w:p>
      <w:pPr>
        <w:pStyle w:val="ListParagraph"/>
      </w:pPr>
      <w:r>
        <w:rPr>
          <w:sz w:val="22"/>
        </w:rPr>
        <w:t>D. Trái Đất chuyển động tịnh tiến quanh trục và tự quay xung quanh Mặt Trời.</w:t>
      </w:r>
    </w:p>
    <w:p/>
    <w:p>
      <w:r>
        <w:rPr>
          <w:b/>
          <w:sz w:val="24"/>
        </w:rPr>
        <w:t>Câu 19: Cấu trúc của Trái Đất gồm các lớp sau</w:t>
      </w:r>
    </w:p>
    <w:p>
      <w:pPr>
        <w:pStyle w:val="ListParagraph"/>
      </w:pPr>
      <w:r>
        <w:rPr>
          <w:sz w:val="22"/>
        </w:rPr>
        <w:t>A. Vỏ đại dương, lớp Man-ti, nhân Trái Đất.</w:t>
      </w:r>
    </w:p>
    <w:p>
      <w:pPr>
        <w:pStyle w:val="ListParagraph"/>
      </w:pPr>
      <w:r>
        <w:rPr>
          <w:sz w:val="22"/>
        </w:rPr>
        <w:t>B. Vỏ Trái Đất, lớp Man-ti, nhân Trái Đất.</w:t>
      </w:r>
    </w:p>
    <w:p>
      <w:pPr>
        <w:pStyle w:val="ListParagraph"/>
      </w:pPr>
      <w:r>
        <w:rPr>
          <w:sz w:val="22"/>
        </w:rPr>
        <w:t>C. Vỏ lục địa, lớp Man-ti, nhân Trái Đất.</w:t>
      </w:r>
    </w:p>
    <w:p>
      <w:pPr>
        <w:pStyle w:val="ListParagraph"/>
      </w:pPr>
      <w:r>
        <w:rPr>
          <w:sz w:val="22"/>
        </w:rPr>
        <w:t>D. Vỏ đại dương, Man-ti trên, nhân Trái Đất.</w:t>
      </w:r>
    </w:p>
    <w:p/>
    <w:p>
      <w:r>
        <w:rPr>
          <w:b/>
          <w:sz w:val="24"/>
        </w:rPr>
        <w:t>Câu 20: Lớp Man-ti dưới có đặc điểm nào sau đây?</w:t>
      </w:r>
    </w:p>
    <w:p>
      <w:pPr>
        <w:pStyle w:val="ListParagraph"/>
      </w:pPr>
      <w:r>
        <w:rPr>
          <w:sz w:val="22"/>
        </w:rPr>
        <w:t>A. Vật chất không lỏng mà ở trạng thái rắn.</w:t>
      </w:r>
    </w:p>
    <w:p>
      <w:pPr>
        <w:pStyle w:val="ListParagraph"/>
      </w:pPr>
      <w:r>
        <w:rPr>
          <w:sz w:val="22"/>
        </w:rPr>
        <w:t>B. Hợp với vỏ Trái Đất thành lớp vỏ cứng.</w:t>
      </w:r>
    </w:p>
    <w:p>
      <w:pPr>
        <w:pStyle w:val="ListParagraph"/>
      </w:pPr>
      <w:r>
        <w:rPr>
          <w:sz w:val="22"/>
        </w:rPr>
        <w:t>C. Cùng với vỏ Trái Đất thành thạch quyển.</w:t>
      </w:r>
    </w:p>
    <w:p>
      <w:pPr>
        <w:pStyle w:val="ListParagraph"/>
      </w:pPr>
      <w:r>
        <w:rPr>
          <w:sz w:val="22"/>
        </w:rPr>
        <w:t>D. Có vị trí ở độ sâu từ 2900 đến 5100 km.</w:t>
      </w:r>
    </w:p>
    <w:p/>
    <w:p>
      <w:r>
        <w:rPr>
          <w:b/>
          <w:sz w:val="24"/>
        </w:rPr>
        <w:t>Câu 21: Phát biểu nào sau đây không đúng với nhân trong Trái Đất?</w:t>
      </w:r>
    </w:p>
    <w:p>
      <w:pPr>
        <w:pStyle w:val="ListParagraph"/>
      </w:pPr>
      <w:r>
        <w:rPr>
          <w:sz w:val="22"/>
        </w:rPr>
        <w:t>A. Nhiệt độ rất cao.</w:t>
      </w:r>
    </w:p>
    <w:p>
      <w:pPr>
        <w:pStyle w:val="ListParagraph"/>
      </w:pPr>
      <w:r>
        <w:rPr>
          <w:sz w:val="22"/>
        </w:rPr>
        <w:t>B. Áp suất rất lớn.</w:t>
      </w:r>
    </w:p>
    <w:p>
      <w:pPr>
        <w:pStyle w:val="ListParagraph"/>
      </w:pPr>
      <w:r>
        <w:rPr>
          <w:sz w:val="22"/>
        </w:rPr>
        <w:t>C. Vật chất lỏng.</w:t>
      </w:r>
    </w:p>
    <w:p>
      <w:pPr>
        <w:pStyle w:val="ListParagraph"/>
      </w:pPr>
      <w:r>
        <w:rPr>
          <w:sz w:val="22"/>
        </w:rPr>
        <w:t>D. Nhiều Ni, Fe.</w:t>
      </w:r>
    </w:p>
    <w:p/>
    <w:p>
      <w:r>
        <w:rPr>
          <w:b/>
          <w:sz w:val="24"/>
        </w:rPr>
        <w:t>Câu 22: Thạch quyển được hợp thành bởi lớp vỏ Trái Đất và</w:t>
      </w:r>
    </w:p>
    <w:p>
      <w:pPr>
        <w:pStyle w:val="ListParagraph"/>
      </w:pPr>
      <w:r>
        <w:rPr>
          <w:sz w:val="22"/>
        </w:rPr>
        <w:t>A. phần trên của lớp Man-ti.</w:t>
      </w:r>
    </w:p>
    <w:p>
      <w:pPr>
        <w:pStyle w:val="ListParagraph"/>
      </w:pPr>
      <w:r>
        <w:rPr>
          <w:sz w:val="22"/>
        </w:rPr>
        <w:t>B. phần dưới của lớp Man-ti.</w:t>
      </w:r>
    </w:p>
    <w:p>
      <w:pPr>
        <w:pStyle w:val="ListParagraph"/>
      </w:pPr>
      <w:r>
        <w:rPr>
          <w:sz w:val="22"/>
        </w:rPr>
        <w:t>C. nhân ngoài của Trái Đất.</w:t>
      </w:r>
    </w:p>
    <w:p>
      <w:pPr>
        <w:pStyle w:val="ListParagraph"/>
      </w:pPr>
      <w:r>
        <w:rPr>
          <w:sz w:val="22"/>
        </w:rPr>
        <w:t>D. nhân trong của Trái Đất.</w:t>
      </w:r>
    </w:p>
    <w:p/>
    <w:p>
      <w:r>
        <w:rPr>
          <w:b/>
          <w:sz w:val="24"/>
        </w:rPr>
        <w:t>Câu 23: Đá macma được hình thành</w:t>
      </w:r>
    </w:p>
    <w:p>
      <w:pPr>
        <w:pStyle w:val="ListParagraph"/>
      </w:pPr>
      <w:r>
        <w:rPr>
          <w:sz w:val="22"/>
        </w:rPr>
        <w:t>A. từ dưới sâu nóng chảy, trào lên mặt đất nguội đi.</w:t>
      </w:r>
    </w:p>
    <w:p>
      <w:pPr>
        <w:pStyle w:val="ListParagraph"/>
      </w:pPr>
      <w:r>
        <w:rPr>
          <w:sz w:val="22"/>
        </w:rPr>
        <w:t>B. ở nơi trũng do sự lắng tụ và nén chặt các vật liệu.</w:t>
      </w:r>
    </w:p>
    <w:p>
      <w:pPr>
        <w:pStyle w:val="ListParagraph"/>
      </w:pPr>
      <w:r>
        <w:rPr>
          <w:sz w:val="22"/>
        </w:rPr>
        <w:t>C. từ trầm tích bị thay đổi tính chất do nhiệt độ cao.</w:t>
      </w:r>
    </w:p>
    <w:p>
      <w:pPr>
        <w:pStyle w:val="ListParagraph"/>
      </w:pPr>
      <w:r>
        <w:rPr>
          <w:sz w:val="22"/>
        </w:rPr>
        <w:t>D. từ đá biến chất bị thay đổi tính chất do sức nén lớn.</w:t>
      </w:r>
    </w:p>
    <w:p/>
    <w:p>
      <w:r>
        <w:rPr>
          <w:b/>
          <w:sz w:val="24"/>
        </w:rPr>
        <w:t>Câu 24: Đá trầm tích được hình thành</w:t>
      </w:r>
    </w:p>
    <w:p>
      <w:pPr>
        <w:pStyle w:val="ListParagraph"/>
      </w:pPr>
      <w:r>
        <w:rPr>
          <w:sz w:val="22"/>
        </w:rPr>
        <w:t>A. từ dưới sâu nóng chảy, trào lên mặt đất nguội đi.</w:t>
      </w:r>
    </w:p>
    <w:p>
      <w:pPr>
        <w:pStyle w:val="ListParagraph"/>
      </w:pPr>
      <w:r>
        <w:rPr>
          <w:sz w:val="22"/>
        </w:rPr>
        <w:t>B. ở nơi trũng do sự lắng tụ và nén chặt các vật liệu.</w:t>
      </w:r>
    </w:p>
    <w:p>
      <w:pPr>
        <w:pStyle w:val="ListParagraph"/>
      </w:pPr>
      <w:r>
        <w:rPr>
          <w:sz w:val="22"/>
        </w:rPr>
        <w:t>C. từ trầm tích bị thay đổi tính chất do nhiệt độ cao.</w:t>
      </w:r>
    </w:p>
    <w:p>
      <w:pPr>
        <w:pStyle w:val="ListParagraph"/>
      </w:pPr>
      <w:r>
        <w:rPr>
          <w:sz w:val="22"/>
        </w:rPr>
        <w:t>D. từ đá biến chất bị thay đổi tính chất do sức nén lớn.</w:t>
      </w:r>
    </w:p>
    <w:p/>
    <w:p>
      <w:r>
        <w:rPr>
          <w:b/>
          <w:sz w:val="24"/>
        </w:rPr>
        <w:t>Câu 25: Đá biến chất được hình thành</w:t>
      </w:r>
    </w:p>
    <w:p>
      <w:pPr>
        <w:pStyle w:val="ListParagraph"/>
      </w:pPr>
      <w:r>
        <w:rPr>
          <w:sz w:val="22"/>
        </w:rPr>
        <w:t>A. từ dưới sâu nóng chảy, trào lên mặt đất nguội đi.</w:t>
      </w:r>
    </w:p>
    <w:p>
      <w:pPr>
        <w:pStyle w:val="ListParagraph"/>
      </w:pPr>
      <w:r>
        <w:rPr>
          <w:sz w:val="22"/>
        </w:rPr>
        <w:t>B. ở nơi trũng do sự lắng tụ và nén chặt các vật liệu.</w:t>
      </w:r>
    </w:p>
    <w:p>
      <w:pPr>
        <w:pStyle w:val="ListParagraph"/>
      </w:pPr>
      <w:r>
        <w:rPr>
          <w:sz w:val="22"/>
        </w:rPr>
        <w:t>C. từ trầm tích bị thay đổi tính chất do nhiệt độ cao.</w:t>
      </w:r>
    </w:p>
    <w:p>
      <w:pPr>
        <w:pStyle w:val="ListParagraph"/>
      </w:pPr>
      <w:r>
        <w:rPr>
          <w:sz w:val="22"/>
        </w:rPr>
        <w:t>D. từ khối macma nóng chảy dưới mặt đất trào lên.</w:t>
      </w:r>
    </w:p>
    <w:p/>
    <w:p>
      <w:r>
        <w:rPr>
          <w:b/>
          <w:sz w:val="24"/>
        </w:rPr>
        <w:t>Câu 26: Mảng kiến tạo không có đặc điểm nào sau đây?</w:t>
      </w:r>
    </w:p>
    <w:p>
      <w:pPr>
        <w:pStyle w:val="ListParagraph"/>
      </w:pPr>
      <w:r>
        <w:rPr>
          <w:sz w:val="22"/>
        </w:rPr>
        <w:t>A. Bộ phận lục địa nổi trên bề mặt Trái Đất.</w:t>
      </w:r>
    </w:p>
    <w:p>
      <w:pPr>
        <w:pStyle w:val="ListParagraph"/>
      </w:pPr>
      <w:r>
        <w:rPr>
          <w:sz w:val="22"/>
        </w:rPr>
        <w:t>B. Những bộ phận lớn của đáy đại dương.</w:t>
      </w:r>
    </w:p>
    <w:p>
      <w:pPr>
        <w:pStyle w:val="ListParagraph"/>
      </w:pPr>
      <w:r>
        <w:rPr>
          <w:sz w:val="22"/>
        </w:rPr>
        <w:t>C. Luôn luôn đứng yên không di chuyển.</w:t>
      </w:r>
    </w:p>
    <w:p>
      <w:pPr>
        <w:pStyle w:val="ListParagraph"/>
      </w:pPr>
      <w:r>
        <w:rPr>
          <w:sz w:val="22"/>
        </w:rPr>
        <w:t>D. Chìm sâu mà nổi ở phần trên lớp Man-ti.</w:t>
      </w:r>
    </w:p>
    <w:p/>
    <w:p>
      <w:r>
        <w:rPr>
          <w:b/>
          <w:sz w:val="24"/>
        </w:rPr>
        <w:t>Câu 27: Đặc điểm nào sau đây không đúng với các mảng kiến tạo?</w:t>
      </w:r>
    </w:p>
    <w:p>
      <w:pPr>
        <w:pStyle w:val="ListParagraph"/>
      </w:pPr>
      <w:r>
        <w:rPr>
          <w:sz w:val="22"/>
        </w:rPr>
        <w:t>A. Phần nổi trên mực nước biển là lục địa, phần bị nước bao phủ là đại dương.</w:t>
      </w:r>
    </w:p>
    <w:p>
      <w:pPr>
        <w:pStyle w:val="ListParagraph"/>
      </w:pPr>
      <w:r>
        <w:rPr>
          <w:sz w:val="22"/>
        </w:rPr>
        <w:t>B. Các mảng nổi lên trên lớp vật chất quánh dẻo thuộc phần trên của lớp Man-ti.</w:t>
      </w:r>
    </w:p>
    <w:p>
      <w:pPr>
        <w:pStyle w:val="ListParagraph"/>
      </w:pPr>
      <w:r>
        <w:rPr>
          <w:sz w:val="22"/>
        </w:rPr>
        <w:t>C. Mỗi mảng đều trôi nổi tự do và di chuyển độc lập, tốc độ rất lớn trong năm.</w:t>
      </w:r>
    </w:p>
    <w:p>
      <w:pPr>
        <w:pStyle w:val="ListParagraph"/>
      </w:pPr>
      <w:r>
        <w:rPr>
          <w:sz w:val="22"/>
        </w:rPr>
        <w:t>D. Khi dịch chuyển, các mảng có thể tách rời, xô vào nhau, hoặc trượt qua nhau.</w:t>
      </w:r>
    </w:p>
    <w:p/>
    <w:p>
      <w:r>
        <w:rPr>
          <w:b/>
          <w:sz w:val="24"/>
        </w:rPr>
        <w:t>Câu 28: Trên Trái Đất có ngày và đêm là do</w:t>
      </w:r>
    </w:p>
    <w:p>
      <w:pPr>
        <w:pStyle w:val="ListParagraph"/>
      </w:pPr>
      <w:r>
        <w:rPr>
          <w:sz w:val="22"/>
        </w:rPr>
        <w:t>A. Trái Đất hình khối cầu tự quay quanh trục và được Mặt Trời chiếu sáng.</w:t>
      </w:r>
    </w:p>
    <w:p>
      <w:pPr>
        <w:pStyle w:val="ListParagraph"/>
      </w:pPr>
      <w:r>
        <w:rPr>
          <w:sz w:val="22"/>
        </w:rPr>
        <w:t>B. Trái Đất hình khối cầu quay quanh Mặt Trời và được Mặt Trời chiếu sáng.</w:t>
      </w:r>
    </w:p>
    <w:p>
      <w:pPr>
        <w:pStyle w:val="ListParagraph"/>
      </w:pPr>
      <w:r>
        <w:rPr>
          <w:sz w:val="22"/>
        </w:rPr>
        <w:t>C. Trái Đất được chiếu sáng toàn bộ và có hình khối cầu tự quay quanh trục.</w:t>
      </w:r>
    </w:p>
    <w:p>
      <w:pPr>
        <w:pStyle w:val="ListParagraph"/>
      </w:pPr>
      <w:r>
        <w:rPr>
          <w:sz w:val="22"/>
        </w:rPr>
        <w:t>D. Trái Đất được Mặt Trời chiếu sáng và luôn tự quay xung quanh Mặt Trời.</w:t>
      </w:r>
    </w:p>
    <w:p/>
    <w:p>
      <w:r>
        <w:rPr>
          <w:b/>
          <w:sz w:val="24"/>
        </w:rPr>
        <w:t>Câu 29: Chuyển động tự quay quanh trục của Trái Đất không phải là nguyên nhân chính gây nên hiện tượng</w:t>
      </w:r>
    </w:p>
    <w:p>
      <w:pPr>
        <w:pStyle w:val="ListParagraph"/>
      </w:pPr>
      <w:r>
        <w:rPr>
          <w:sz w:val="22"/>
        </w:rPr>
        <w:t>A. Sự luân phiện ngày đêm trên Trái Đất.</w:t>
      </w:r>
    </w:p>
    <w:p>
      <w:pPr>
        <w:pStyle w:val="ListParagraph"/>
      </w:pPr>
      <w:r>
        <w:rPr>
          <w:sz w:val="22"/>
        </w:rPr>
        <w:t>B. giờ trên Trái Đất và đường chuyển ngày.</w:t>
      </w:r>
    </w:p>
    <w:p>
      <w:pPr>
        <w:pStyle w:val="ListParagraph"/>
      </w:pPr>
      <w:r>
        <w:rPr>
          <w:sz w:val="22"/>
        </w:rPr>
        <w:t>C. lệch hướng chuyển động của các vật thể.</w:t>
      </w:r>
    </w:p>
    <w:p>
      <w:pPr>
        <w:pStyle w:val="ListParagraph"/>
      </w:pPr>
      <w:r>
        <w:rPr>
          <w:sz w:val="22"/>
        </w:rPr>
        <w:t>D. khác nhau giữa các mùa trong một năm.</w:t>
      </w:r>
    </w:p>
    <w:p/>
    <w:p>
      <w:r>
        <w:rPr>
          <w:b/>
          <w:sz w:val="24"/>
        </w:rPr>
        <w:t>Câu 30: Hiện tượng nào sau đây là hệ quả chuyển động xung quanh Mặt Trời của Trái Đất?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