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toán 9</w:t>
      </w:r>
    </w:p>
    <w:p>
      <w:pPr>
        <w:jc w:val="center"/>
      </w:pPr>
      <w:r>
        <w:rPr>
          <w:sz w:val="22"/>
        </w:rPr>
        <w:t>Số câu: 13    Thời gian: _____ phút    Họ và tên: _________________________</w:t>
      </w:r>
    </w:p>
    <w:p/>
    <w:p>
      <w:r>
        <w:rPr>
          <w:b/>
          <w:sz w:val="24"/>
        </w:rPr>
        <w:t>Câu 1: Phương trình nào dưới đây là phương trình bậc nhất hai ẩn?</w:t>
      </w:r>
    </w:p>
    <w:p>
      <w:pPr>
        <w:pStyle w:val="ListParagraph"/>
      </w:pPr>
      <w:r>
        <w:rPr>
          <w:sz w:val="22"/>
        </w:rPr>
        <w:t>A. $x^2 + y = 1$</w:t>
      </w:r>
    </w:p>
    <w:p>
      <w:pPr>
        <w:pStyle w:val="ListParagraph"/>
      </w:pPr>
      <w:r>
        <w:rPr>
          <w:sz w:val="22"/>
        </w:rPr>
        <w:t>B. $2x - 3y = 5$</w:t>
      </w:r>
    </w:p>
    <w:p>
      <w:pPr>
        <w:pStyle w:val="ListParagraph"/>
      </w:pPr>
      <w:r>
        <w:rPr>
          <w:sz w:val="22"/>
        </w:rPr>
        <w:t>C. $0x + 0y = 0$</w:t>
      </w:r>
    </w:p>
    <w:p>
      <w:pPr>
        <w:pStyle w:val="ListParagraph"/>
      </w:pPr>
      <w:r>
        <w:rPr>
          <w:sz w:val="22"/>
        </w:rPr>
        <w:t>D. $\frac{1}{x} + y = 2$</w:t>
      </w:r>
    </w:p>
    <w:p/>
    <w:p>
      <w:r>
        <w:rPr>
          <w:b/>
          <w:sz w:val="24"/>
        </w:rPr>
        <w:t>Câu 2: Hệ phương trình $x + y = 3$ và $2x - y = 0$ có nghiệm là:</w:t>
      </w:r>
    </w:p>
    <w:p>
      <w:pPr>
        <w:pStyle w:val="ListParagraph"/>
      </w:pPr>
      <w:r>
        <w:rPr>
          <w:sz w:val="22"/>
        </w:rPr>
        <w:t>A. $(2;1)$</w:t>
      </w:r>
    </w:p>
    <w:p>
      <w:pPr>
        <w:pStyle w:val="ListParagraph"/>
      </w:pPr>
      <w:r>
        <w:rPr>
          <w:sz w:val="22"/>
        </w:rPr>
        <w:t>B. $(-1;4)$</w:t>
      </w:r>
    </w:p>
    <w:p>
      <w:pPr>
        <w:pStyle w:val="ListParagraph"/>
      </w:pPr>
      <w:r>
        <w:rPr>
          <w:sz w:val="22"/>
        </w:rPr>
        <w:t>C. $(1;2)$</w:t>
      </w:r>
    </w:p>
    <w:p>
      <w:pPr>
        <w:pStyle w:val="ListParagraph"/>
      </w:pPr>
      <w:r>
        <w:rPr>
          <w:sz w:val="22"/>
        </w:rPr>
        <w:t>D. $(0;3)$</w:t>
      </w:r>
    </w:p>
    <w:p/>
    <w:p>
      <w:r>
        <w:rPr>
          <w:b/>
          <w:sz w:val="24"/>
        </w:rPr>
        <w:t>Câu 3: Hệ phương trình $2x + 3y = 1$ và $4x + 6y = 2$ có:</w:t>
      </w:r>
    </w:p>
    <w:p>
      <w:pPr>
        <w:pStyle w:val="ListParagraph"/>
      </w:pPr>
      <w:r>
        <w:rPr>
          <w:sz w:val="22"/>
        </w:rPr>
        <w:t>A. Vô nghiệm</w:t>
      </w:r>
    </w:p>
    <w:p>
      <w:pPr>
        <w:pStyle w:val="ListParagraph"/>
      </w:pPr>
      <w:r>
        <w:rPr>
          <w:sz w:val="22"/>
        </w:rPr>
        <w:t>B. Một nghiệm duy nhất</w:t>
      </w:r>
    </w:p>
    <w:p>
      <w:pPr>
        <w:pStyle w:val="ListParagraph"/>
      </w:pPr>
      <w:r>
        <w:rPr>
          <w:sz w:val="22"/>
        </w:rPr>
        <w:t>C. Vô số nghiệm</w:t>
      </w:r>
    </w:p>
    <w:p>
      <w:pPr>
        <w:pStyle w:val="ListParagraph"/>
      </w:pPr>
      <w:r>
        <w:rPr>
          <w:sz w:val="22"/>
        </w:rPr>
        <w:t>D. Hai nghiệm</w:t>
      </w:r>
    </w:p>
    <w:p/>
    <w:p>
      <w:r>
        <w:rPr>
          <w:b/>
          <w:sz w:val="24"/>
        </w:rPr>
        <w:t>Câu 4: Phương trình bậc hai nào sau đây có nghiệm kép?</w:t>
      </w:r>
    </w:p>
    <w:p>
      <w:pPr>
        <w:pStyle w:val="ListParagraph"/>
      </w:pPr>
      <w:r>
        <w:rPr>
          <w:sz w:val="22"/>
        </w:rPr>
        <w:t>A. $x^2 + x + 1 = 0$</w:t>
      </w:r>
    </w:p>
    <w:p>
      <w:pPr>
        <w:pStyle w:val="ListParagraph"/>
      </w:pPr>
      <w:r>
        <w:rPr>
          <w:sz w:val="22"/>
        </w:rPr>
        <w:t>B. $x^2 - 4 = 0$</w:t>
      </w:r>
    </w:p>
    <w:p>
      <w:pPr>
        <w:pStyle w:val="ListParagraph"/>
      </w:pPr>
      <w:r>
        <w:rPr>
          <w:sz w:val="22"/>
        </w:rPr>
        <w:t>C. $x^2 - 2x - 3 = 0$</w:t>
      </w:r>
    </w:p>
    <w:p>
      <w:pPr>
        <w:pStyle w:val="ListParagraph"/>
      </w:pPr>
      <w:r>
        <w:rPr>
          <w:sz w:val="22"/>
        </w:rPr>
        <w:t>D. $x^2 - 2x + 1 = 0$</w:t>
      </w:r>
    </w:p>
    <w:p/>
    <w:p>
      <w:r>
        <w:rPr>
          <w:b/>
          <w:sz w:val="24"/>
        </w:rPr>
        <w:t>Câu 5: Cho phương trình $x^2 - 5x + 6 = 0$. Tổng và tích hai nghiệm lần lượt là:</w:t>
      </w:r>
    </w:p>
    <w:p>
      <w:pPr>
        <w:pStyle w:val="ListParagraph"/>
      </w:pPr>
      <w:r>
        <w:rPr>
          <w:sz w:val="22"/>
        </w:rPr>
        <w:t>A. $-5$ và $6$</w:t>
      </w:r>
    </w:p>
    <w:p>
      <w:pPr>
        <w:pStyle w:val="ListParagraph"/>
      </w:pPr>
      <w:r>
        <w:rPr>
          <w:sz w:val="22"/>
        </w:rPr>
        <w:t>B. $5$ và $6$</w:t>
      </w:r>
    </w:p>
    <w:p>
      <w:pPr>
        <w:pStyle w:val="ListParagraph"/>
      </w:pPr>
      <w:r>
        <w:rPr>
          <w:sz w:val="22"/>
        </w:rPr>
        <w:t>C. $5$ và $-6$</w:t>
      </w:r>
    </w:p>
    <w:p>
      <w:pPr>
        <w:pStyle w:val="ListParagraph"/>
      </w:pPr>
      <w:r>
        <w:rPr>
          <w:sz w:val="22"/>
        </w:rPr>
        <w:t>D. $-5$ và $-6$</w:t>
      </w:r>
    </w:p>
    <w:p/>
    <w:p>
      <w:r>
        <w:rPr>
          <w:b/>
          <w:sz w:val="24"/>
        </w:rPr>
        <w:t>Câu 6: Nghiệm của phương trình $x^2 - 3x + 2 = 0$ là:</w:t>
      </w:r>
    </w:p>
    <w:p>
      <w:pPr>
        <w:pStyle w:val="ListParagraph"/>
      </w:pPr>
      <w:r>
        <w:rPr>
          <w:sz w:val="22"/>
        </w:rPr>
        <w:t>A. $x=-1; x=-2$</w:t>
      </w:r>
    </w:p>
    <w:p>
      <w:pPr>
        <w:pStyle w:val="ListParagraph"/>
      </w:pPr>
      <w:r>
        <w:rPr>
          <w:sz w:val="22"/>
        </w:rPr>
        <w:t>B. $x=1; x=-2$</w:t>
      </w:r>
    </w:p>
    <w:p>
      <w:pPr>
        <w:pStyle w:val="ListParagraph"/>
      </w:pPr>
      <w:r>
        <w:rPr>
          <w:sz w:val="22"/>
        </w:rPr>
        <w:t>C. $x=1; x=2$</w:t>
      </w:r>
    </w:p>
    <w:p>
      <w:pPr>
        <w:pStyle w:val="ListParagraph"/>
      </w:pPr>
      <w:r>
        <w:rPr>
          <w:sz w:val="22"/>
        </w:rPr>
        <w:t>D. $x=-1; x=2$</w:t>
      </w:r>
    </w:p>
    <w:p/>
    <w:p>
      <w:r>
        <w:rPr>
          <w:b/>
          <w:sz w:val="24"/>
        </w:rPr>
        <w:t>Câu 7: Hệ phương trình $x - y = 2$ và $x + y = 4$ có nghiệm là:</w:t>
      </w:r>
    </w:p>
    <w:p>
      <w:pPr>
        <w:pStyle w:val="ListParagraph"/>
      </w:pPr>
      <w:r>
        <w:rPr>
          <w:sz w:val="22"/>
        </w:rPr>
        <w:t>A. $(1;3)$</w:t>
      </w:r>
    </w:p>
    <w:p>
      <w:pPr>
        <w:pStyle w:val="ListParagraph"/>
      </w:pPr>
      <w:r>
        <w:rPr>
          <w:sz w:val="22"/>
        </w:rPr>
        <w:t>B. $(2;0)$</w:t>
      </w:r>
    </w:p>
    <w:p>
      <w:pPr>
        <w:pStyle w:val="ListParagraph"/>
      </w:pPr>
      <w:r>
        <w:rPr>
          <w:sz w:val="22"/>
        </w:rPr>
        <w:t>C. $(4;2)$</w:t>
      </w:r>
    </w:p>
    <w:p>
      <w:pPr>
        <w:pStyle w:val="ListParagraph"/>
      </w:pPr>
      <w:r>
        <w:rPr>
          <w:sz w:val="22"/>
        </w:rPr>
        <w:t>D. $(3;1)$</w:t>
      </w:r>
    </w:p>
    <w:p/>
    <w:p>
      <w:r>
        <w:rPr>
          <w:b/>
          <w:sz w:val="24"/>
        </w:rPr>
        <w:t>Câu 8: Gọi $x_1, x_2$ là hai nghiệm của phương trình $x^2 + 2x - 3 = 0$. Giá trị của $x_1^2 + x_2^2$ bằng:</w:t>
      </w:r>
    </w:p>
    <w:p>
      <w:pPr>
        <w:pStyle w:val="ListParagraph"/>
      </w:pPr>
      <w:r>
        <w:rPr>
          <w:sz w:val="22"/>
        </w:rPr>
        <w:t>A. $4$</w:t>
      </w:r>
    </w:p>
    <w:p>
      <w:pPr>
        <w:pStyle w:val="ListParagraph"/>
      </w:pPr>
      <w:r>
        <w:rPr>
          <w:sz w:val="22"/>
        </w:rPr>
        <w:t>B. $10$</w:t>
      </w:r>
    </w:p>
    <w:p>
      <w:pPr>
        <w:pStyle w:val="ListParagraph"/>
      </w:pPr>
      <w:r>
        <w:rPr>
          <w:sz w:val="22"/>
        </w:rPr>
        <w:t>C. $-10$</w:t>
      </w:r>
    </w:p>
    <w:p>
      <w:pPr>
        <w:pStyle w:val="ListParagraph"/>
      </w:pPr>
      <w:r>
        <w:rPr>
          <w:sz w:val="22"/>
        </w:rPr>
        <w:t>D. $2$</w:t>
      </w:r>
    </w:p>
    <w:p/>
    <w:p>
      <w:r>
        <w:rPr>
          <w:b/>
          <w:sz w:val="24"/>
        </w:rPr>
        <w:t>Câu 9: Một hình chữ nhật có chu vi $28$ m, chiều dài hơn chiều rộng $4$ m. Diện tích hình chữ nhật là:</w:t>
      </w:r>
    </w:p>
    <w:p>
      <w:pPr>
        <w:pStyle w:val="ListParagraph"/>
      </w:pPr>
      <w:r>
        <w:rPr>
          <w:sz w:val="22"/>
        </w:rPr>
        <w:t>A. $40$ m$^2$</w:t>
      </w:r>
    </w:p>
    <w:p>
      <w:pPr>
        <w:pStyle w:val="ListParagraph"/>
      </w:pPr>
      <w:r>
        <w:rPr>
          <w:sz w:val="22"/>
        </w:rPr>
        <w:t>B. $36$ m$^2$</w:t>
      </w:r>
    </w:p>
    <w:p>
      <w:pPr>
        <w:pStyle w:val="ListParagraph"/>
      </w:pPr>
      <w:r>
        <w:rPr>
          <w:sz w:val="22"/>
        </w:rPr>
        <w:t>C. $45$ m$^2$</w:t>
      </w:r>
    </w:p>
    <w:p>
      <w:pPr>
        <w:pStyle w:val="ListParagraph"/>
      </w:pPr>
      <w:r>
        <w:rPr>
          <w:sz w:val="22"/>
        </w:rPr>
        <w:t>D. $50$ m$^2$</w:t>
      </w:r>
    </w:p>
    <w:p/>
    <w:p>
      <w:r>
        <w:rPr>
          <w:b/>
          <w:sz w:val="24"/>
        </w:rPr>
        <w:t>Câu 10: Phương trình nào sau đây vô nghiệm?</w:t>
      </w:r>
    </w:p>
    <w:p>
      <w:pPr>
        <w:pStyle w:val="ListParagraph"/>
      </w:pPr>
      <w:r>
        <w:rPr>
          <w:sz w:val="22"/>
        </w:rPr>
        <w:t>A. $x^2 - 1 = 0$</w:t>
      </w:r>
    </w:p>
    <w:p>
      <w:pPr>
        <w:pStyle w:val="ListParagraph"/>
      </w:pPr>
      <w:r>
        <w:rPr>
          <w:sz w:val="22"/>
        </w:rPr>
        <w:t>B. $x^2 = 0$</w:t>
      </w:r>
    </w:p>
    <w:p>
      <w:pPr>
        <w:pStyle w:val="ListParagraph"/>
      </w:pPr>
      <w:r>
        <w:rPr>
          <w:sz w:val="22"/>
        </w:rPr>
        <w:t>C. $x^2 - 4 = 0$</w:t>
      </w:r>
    </w:p>
    <w:p>
      <w:pPr>
        <w:pStyle w:val="ListParagraph"/>
      </w:pPr>
      <w:r>
        <w:rPr>
          <w:sz w:val="22"/>
        </w:rPr>
        <w:t>D. $x^2 + 1 = 0$</w:t>
      </w:r>
    </w:p>
    <w:p/>
    <w:p>
      <w:r>
        <w:rPr>
          <w:b/>
          <w:sz w:val="24"/>
        </w:rPr>
        <w:t>Câu 11: Cho phương trình $(m-1)x^2 - 2x + 1 = 0$. Với giá trị nào của $m$ thì phương trình là phương trình bậc hai?</w:t>
      </w:r>
    </w:p>
    <w:p>
      <w:pPr>
        <w:pStyle w:val="ListParagraph"/>
      </w:pPr>
      <w:r>
        <w:rPr>
          <w:sz w:val="22"/>
        </w:rPr>
        <w:t>A. $m = 1$</w:t>
      </w:r>
    </w:p>
    <w:p>
      <w:pPr>
        <w:pStyle w:val="ListParagraph"/>
      </w:pPr>
      <w:r>
        <w:rPr>
          <w:sz w:val="22"/>
        </w:rPr>
        <w:t>B. $m \neq 1$</w:t>
      </w:r>
    </w:p>
    <w:p>
      <w:pPr>
        <w:pStyle w:val="ListParagraph"/>
      </w:pPr>
      <w:r>
        <w:rPr>
          <w:sz w:val="22"/>
        </w:rPr>
        <w:t>C. $m &gt; 1$</w:t>
      </w:r>
    </w:p>
    <w:p>
      <w:pPr>
        <w:pStyle w:val="ListParagraph"/>
      </w:pPr>
      <w:r>
        <w:rPr>
          <w:sz w:val="22"/>
        </w:rPr>
        <w:t>D. $m &lt; 1$</w:t>
      </w:r>
    </w:p>
    <w:p/>
    <w:p>
      <w:r>
        <w:rPr>
          <w:b/>
          <w:sz w:val="24"/>
        </w:rPr>
        <w:t>Câu 12: Nghiệm của hệ phương trình $2x + y = 5$ và $x - y = 1$ là:</w:t>
      </w:r>
    </w:p>
    <w:p>
      <w:pPr>
        <w:pStyle w:val="ListParagraph"/>
      </w:pPr>
      <w:r>
        <w:rPr>
          <w:sz w:val="22"/>
        </w:rPr>
        <w:t>A. $(1;2)$</w:t>
      </w:r>
    </w:p>
    <w:p>
      <w:pPr>
        <w:pStyle w:val="ListParagraph"/>
      </w:pPr>
      <w:r>
        <w:rPr>
          <w:sz w:val="22"/>
        </w:rPr>
        <w:t>B. $(3;-1)$</w:t>
      </w:r>
    </w:p>
    <w:p>
      <w:pPr>
        <w:pStyle w:val="ListParagraph"/>
      </w:pPr>
      <w:r>
        <w:rPr>
          <w:sz w:val="22"/>
        </w:rPr>
        <w:t>C. $(2;1)$</w:t>
      </w:r>
    </w:p>
    <w:p>
      <w:pPr>
        <w:pStyle w:val="ListParagraph"/>
      </w:pPr>
      <w:r>
        <w:rPr>
          <w:sz w:val="22"/>
        </w:rPr>
        <w:t>D. $(-1;3)$</w:t>
      </w:r>
    </w:p>
    <w:p/>
    <w:p>
      <w:r>
        <w:rPr>
          <w:b/>
          <w:sz w:val="24"/>
        </w:rPr>
        <w:t>Câu 13: Phương trình $x^2 - 2(m+1)x + m^2 = 0$ có hai nghiệm phân biệt khi:</w:t>
      </w:r>
    </w:p>
    <w:p>
      <w:pPr>
        <w:pStyle w:val="ListParagraph"/>
      </w:pPr>
      <w:r>
        <w:rPr>
          <w:sz w:val="22"/>
        </w:rPr>
        <w:t>A. $m &lt; -\frac{1}{2}$</w:t>
      </w:r>
    </w:p>
    <w:p>
      <w:pPr>
        <w:pStyle w:val="ListParagraph"/>
      </w:pPr>
      <w:r>
        <w:rPr>
          <w:sz w:val="22"/>
        </w:rPr>
        <w:t>B. $m \neq -\frac{1}{2}$</w:t>
      </w:r>
    </w:p>
    <w:p>
      <w:pPr>
        <w:pStyle w:val="ListParagraph"/>
      </w:pPr>
      <w:r>
        <w:rPr>
          <w:sz w:val="22"/>
        </w:rPr>
        <w:t>C. $m &gt; 0$</w:t>
      </w:r>
    </w:p>
    <w:p>
      <w:pPr>
        <w:pStyle w:val="ListParagraph"/>
      </w:pPr>
      <w:r>
        <w:rPr>
          <w:sz w:val="22"/>
        </w:rPr>
        <w:t>D. $m &gt; -\frac{1}{2}$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