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trắc nghiệm tiếng anh unit1 lớp 11...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I ______ to the gym yesterday.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have gone</w:t>
      </w:r>
    </w:p>
    <w:p>
      <w:pPr>
        <w:pStyle w:val="ListParagraph"/>
      </w:pPr>
      <w:r>
        <w:rPr>
          <w:sz w:val="22"/>
        </w:rPr>
        <w:t>D. am going</w:t>
      </w:r>
    </w:p>
    <w:p/>
    <w:p>
      <w:r>
        <w:rPr>
          <w:b/>
          <w:sz w:val="24"/>
        </w:rPr>
        <w:t>Câu 2: She ______ a balanced diet for five years.</w:t>
      </w:r>
    </w:p>
    <w:p>
      <w:pPr>
        <w:pStyle w:val="ListParagraph"/>
      </w:pPr>
      <w:r>
        <w:rPr>
          <w:sz w:val="22"/>
        </w:rPr>
        <w:t>A. follows</w:t>
      </w:r>
    </w:p>
    <w:p>
      <w:pPr>
        <w:pStyle w:val="ListParagraph"/>
      </w:pPr>
      <w:r>
        <w:rPr>
          <w:sz w:val="22"/>
        </w:rPr>
        <w:t>B. followed</w:t>
      </w:r>
    </w:p>
    <w:p>
      <w:pPr>
        <w:pStyle w:val="ListParagraph"/>
      </w:pPr>
      <w:r>
        <w:rPr>
          <w:sz w:val="22"/>
        </w:rPr>
        <w:t>C. has followed</w:t>
      </w:r>
    </w:p>
    <w:p>
      <w:pPr>
        <w:pStyle w:val="ListParagraph"/>
      </w:pPr>
      <w:r>
        <w:rPr>
          <w:sz w:val="22"/>
        </w:rPr>
        <w:t>D. is following</w:t>
      </w:r>
    </w:p>
    <w:p/>
    <w:p>
      <w:r>
        <w:rPr>
          <w:b/>
          <w:sz w:val="24"/>
        </w:rPr>
        <w:t>Câu 3: We ______ fast food since last month.</w:t>
      </w:r>
    </w:p>
    <w:p>
      <w:pPr>
        <w:pStyle w:val="ListParagraph"/>
      </w:pPr>
      <w:r>
        <w:rPr>
          <w:sz w:val="22"/>
        </w:rPr>
        <w:t>A. didn't eat</w:t>
      </w:r>
    </w:p>
    <w:p>
      <w:pPr>
        <w:pStyle w:val="ListParagraph"/>
      </w:pPr>
      <w:r>
        <w:rPr>
          <w:sz w:val="22"/>
        </w:rPr>
        <w:t>B. haven't eaten</w:t>
      </w:r>
    </w:p>
    <w:p>
      <w:pPr>
        <w:pStyle w:val="ListParagraph"/>
      </w:pPr>
      <w:r>
        <w:rPr>
          <w:sz w:val="22"/>
        </w:rPr>
        <w:t>C. don't eat</w:t>
      </w:r>
    </w:p>
    <w:p>
      <w:pPr>
        <w:pStyle w:val="ListParagraph"/>
      </w:pPr>
      <w:r>
        <w:rPr>
          <w:sz w:val="22"/>
        </w:rPr>
        <w:t>D. aren't eating</w:t>
      </w:r>
    </w:p>
    <w:p/>
    <w:p>
      <w:r>
        <w:rPr>
          <w:b/>
          <w:sz w:val="24"/>
        </w:rPr>
        <w:t>Câu 4: My brother ______ to the gym three times a week.</w:t>
      </w:r>
    </w:p>
    <w:p>
      <w:pPr>
        <w:pStyle w:val="ListParagraph"/>
      </w:pPr>
      <w:r>
        <w:rPr>
          <w:sz w:val="22"/>
        </w:rPr>
        <w:t>A. goes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has gone</w:t>
      </w:r>
    </w:p>
    <w:p>
      <w:pPr>
        <w:pStyle w:val="ListParagraph"/>
      </w:pPr>
      <w:r>
        <w:rPr>
          <w:sz w:val="22"/>
        </w:rPr>
        <w:t>D. is going</w:t>
      </w:r>
    </w:p>
    <w:p/>
    <w:p>
      <w:r>
        <w:rPr>
          <w:b/>
          <w:sz w:val="24"/>
        </w:rPr>
        <w:t>Câu 5: Look! The doctor ______ to a patient at the moment.</w:t>
      </w:r>
    </w:p>
    <w:p>
      <w:pPr>
        <w:pStyle w:val="ListParagraph"/>
      </w:pPr>
      <w:r>
        <w:rPr>
          <w:sz w:val="22"/>
        </w:rPr>
        <w:t>A. talks</w:t>
      </w:r>
    </w:p>
    <w:p>
      <w:pPr>
        <w:pStyle w:val="ListParagraph"/>
      </w:pPr>
      <w:r>
        <w:rPr>
          <w:sz w:val="22"/>
        </w:rPr>
        <w:t>B. talked</w:t>
      </w:r>
    </w:p>
    <w:p>
      <w:pPr>
        <w:pStyle w:val="ListParagraph"/>
      </w:pPr>
      <w:r>
        <w:rPr>
          <w:sz w:val="22"/>
        </w:rPr>
        <w:t>C. is talking</w:t>
      </w:r>
    </w:p>
    <w:p>
      <w:pPr>
        <w:pStyle w:val="ListParagraph"/>
      </w:pPr>
      <w:r>
        <w:rPr>
          <w:sz w:val="22"/>
        </w:rPr>
        <w:t>D. has talked</w:t>
      </w:r>
    </w:p>
    <w:p/>
    <w:p>
      <w:r>
        <w:rPr>
          <w:b/>
          <w:sz w:val="24"/>
        </w:rPr>
        <w:t>Câu 6: Eating too much fast food can ______ your health.</w:t>
      </w:r>
    </w:p>
    <w:p>
      <w:pPr>
        <w:pStyle w:val="ListParagraph"/>
      </w:pPr>
      <w:r>
        <w:rPr>
          <w:sz w:val="22"/>
        </w:rPr>
        <w:t>A. improve</w:t>
      </w:r>
    </w:p>
    <w:p>
      <w:pPr>
        <w:pStyle w:val="ListParagraph"/>
      </w:pPr>
      <w:r>
        <w:rPr>
          <w:sz w:val="22"/>
        </w:rPr>
        <w:t>B. benefit</w:t>
      </w:r>
    </w:p>
    <w:p>
      <w:pPr>
        <w:pStyle w:val="ListParagraph"/>
      </w:pPr>
      <w:r>
        <w:rPr>
          <w:sz w:val="22"/>
        </w:rPr>
        <w:t>C. damage</w:t>
      </w:r>
    </w:p>
    <w:p>
      <w:pPr>
        <w:pStyle w:val="ListParagraph"/>
      </w:pPr>
      <w:r>
        <w:rPr>
          <w:sz w:val="22"/>
        </w:rPr>
        <w:t>D. protect</w:t>
      </w:r>
    </w:p>
    <w:p/>
    <w:p>
      <w:r>
        <w:rPr>
          <w:b/>
          <w:sz w:val="24"/>
        </w:rPr>
        <w:t>Câu 7: She ______ a balanced diet and never skips breakfast.</w:t>
      </w:r>
    </w:p>
    <w:p>
      <w:pPr>
        <w:pStyle w:val="ListParagraph"/>
      </w:pPr>
      <w:r>
        <w:rPr>
          <w:sz w:val="22"/>
        </w:rPr>
        <w:t>A. makes</w:t>
      </w:r>
    </w:p>
    <w:p>
      <w:pPr>
        <w:pStyle w:val="ListParagraph"/>
      </w:pPr>
      <w:r>
        <w:rPr>
          <w:sz w:val="22"/>
        </w:rPr>
        <w:t>B. follows</w:t>
      </w:r>
    </w:p>
    <w:p>
      <w:pPr>
        <w:pStyle w:val="ListParagraph"/>
      </w:pPr>
      <w:r>
        <w:rPr>
          <w:sz w:val="22"/>
        </w:rPr>
        <w:t>C. does</w:t>
      </w:r>
    </w:p>
    <w:p>
      <w:pPr>
        <w:pStyle w:val="ListParagraph"/>
      </w:pPr>
      <w:r>
        <w:rPr>
          <w:sz w:val="22"/>
        </w:rPr>
        <w:t>D. takes</w:t>
      </w:r>
    </w:p>
    <w:p/>
    <w:p>
      <w:r>
        <w:rPr>
          <w:b/>
          <w:sz w:val="24"/>
        </w:rPr>
        <w:t>Câu 8: You should cut down ______ sugary drinks.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at</w:t>
      </w:r>
    </w:p>
    <w:p>
      <w:pPr>
        <w:pStyle w:val="ListParagraph"/>
      </w:pPr>
      <w:r>
        <w:rPr>
          <w:sz w:val="22"/>
        </w:rPr>
        <w:t>C. on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9: Regular physical activity can help you ______ stress.</w:t>
      </w:r>
    </w:p>
    <w:p>
      <w:pPr>
        <w:pStyle w:val="ListParagraph"/>
      </w:pPr>
      <w:r>
        <w:rPr>
          <w:sz w:val="22"/>
        </w:rPr>
        <w:t>A. increase</w:t>
      </w:r>
    </w:p>
    <w:p>
      <w:pPr>
        <w:pStyle w:val="ListParagraph"/>
      </w:pPr>
      <w:r>
        <w:rPr>
          <w:sz w:val="22"/>
        </w:rPr>
        <w:t>B. cause</w:t>
      </w:r>
    </w:p>
    <w:p>
      <w:pPr>
        <w:pStyle w:val="ListParagraph"/>
      </w:pPr>
      <w:r>
        <w:rPr>
          <w:sz w:val="22"/>
        </w:rPr>
        <w:t>C. create</w:t>
      </w:r>
    </w:p>
    <w:p>
      <w:pPr>
        <w:pStyle w:val="ListParagraph"/>
      </w:pPr>
      <w:r>
        <w:rPr>
          <w:sz w:val="22"/>
        </w:rPr>
        <w:t>D. reduce</w:t>
      </w:r>
    </w:p>
    <w:p/>
    <w:p>
      <w:r>
        <w:rPr>
          <w:b/>
          <w:sz w:val="24"/>
        </w:rPr>
        <w:t>Câu 10: ______ too much screen time can harm your eyes.</w:t>
      </w:r>
    </w:p>
    <w:p>
      <w:pPr>
        <w:pStyle w:val="ListParagraph"/>
      </w:pPr>
      <w:r>
        <w:rPr>
          <w:sz w:val="22"/>
        </w:rPr>
        <w:t>A. Having</w:t>
      </w:r>
    </w:p>
    <w:p>
      <w:pPr>
        <w:pStyle w:val="ListParagraph"/>
      </w:pPr>
      <w:r>
        <w:rPr>
          <w:sz w:val="22"/>
        </w:rPr>
        <w:t>B. Have</w:t>
      </w:r>
    </w:p>
    <w:p>
      <w:pPr>
        <w:pStyle w:val="ListParagraph"/>
      </w:pPr>
      <w:r>
        <w:rPr>
          <w:sz w:val="22"/>
        </w:rPr>
        <w:t>C. Had</w:t>
      </w:r>
    </w:p>
    <w:p>
      <w:pPr>
        <w:pStyle w:val="ListParagraph"/>
      </w:pPr>
      <w:r>
        <w:rPr>
          <w:sz w:val="22"/>
        </w:rPr>
        <w:t>D. Has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