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Khoa Học Tự Nhiên 8: Sinh lý hóa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hệ tiêu hóa người, enzyme pepsin hoạt động mạnh nhất ở môi trường nào?</w:t>
      </w:r>
    </w:p>
    <w:p>
      <w:pPr>
        <w:pStyle w:val="ListParagraph"/>
      </w:pPr>
      <w:r>
        <w:rPr>
          <w:sz w:val="22"/>
        </w:rPr>
        <w:t>A. Môi trường acid</w:t>
      </w:r>
    </w:p>
    <w:p>
      <w:pPr>
        <w:pStyle w:val="ListParagraph"/>
      </w:pPr>
      <w:r>
        <w:rPr>
          <w:sz w:val="22"/>
        </w:rPr>
        <w:t>B. Môi trường trung tính</w:t>
      </w:r>
    </w:p>
    <w:p>
      <w:pPr>
        <w:pStyle w:val="ListParagraph"/>
      </w:pPr>
      <w:r>
        <w:rPr>
          <w:sz w:val="22"/>
        </w:rPr>
        <w:t>C. Môi trường kiềm</w:t>
      </w:r>
    </w:p>
    <w:p>
      <w:pPr>
        <w:pStyle w:val="ListParagraph"/>
      </w:pPr>
      <w:r>
        <w:rPr>
          <w:sz w:val="22"/>
        </w:rPr>
        <w:t>D. Môi trường kiềm yếu</w:t>
      </w:r>
    </w:p>
    <w:p/>
    <w:p>
      <w:r>
        <w:rPr>
          <w:b/>
          <w:sz w:val="24"/>
        </w:rPr>
        <w:t>Câu 2: Quá trình tiêu hóa hóa học tinh bột bắt đầu ở bộ phận nào của ống tiêu hóa?</w:t>
      </w:r>
    </w:p>
    <w:p>
      <w:pPr>
        <w:pStyle w:val="ListParagraph"/>
      </w:pPr>
      <w:r>
        <w:rPr>
          <w:sz w:val="22"/>
        </w:rPr>
        <w:t>A. Thực quản</w:t>
      </w:r>
    </w:p>
    <w:p>
      <w:pPr>
        <w:pStyle w:val="ListParagraph"/>
      </w:pPr>
      <w:r>
        <w:rPr>
          <w:sz w:val="22"/>
        </w:rPr>
        <w:t>B. Khoang miệng</w:t>
      </w:r>
    </w:p>
    <w:p>
      <w:pPr>
        <w:pStyle w:val="ListParagraph"/>
      </w:pPr>
      <w:r>
        <w:rPr>
          <w:sz w:val="22"/>
        </w:rPr>
        <w:t>C. Dạ dày</w:t>
      </w:r>
    </w:p>
    <w:p>
      <w:pPr>
        <w:pStyle w:val="ListParagraph"/>
      </w:pPr>
      <w:r>
        <w:rPr>
          <w:sz w:val="22"/>
        </w:rPr>
        <w:t>D. Ruột non</w:t>
      </w:r>
    </w:p>
    <w:p/>
    <w:p>
      <w:r>
        <w:rPr>
          <w:b/>
          <w:sz w:val="24"/>
        </w:rPr>
        <w:t>Câu 3: Sản phẩm cuối cùng của quá trình tiêu hóa protein là gì?</w:t>
      </w:r>
    </w:p>
    <w:p>
      <w:pPr>
        <w:pStyle w:val="ListParagraph"/>
      </w:pPr>
      <w:r>
        <w:rPr>
          <w:sz w:val="22"/>
        </w:rPr>
        <w:t>A. Glycerol</w:t>
      </w:r>
    </w:p>
    <w:p>
      <w:pPr>
        <w:pStyle w:val="ListParagraph"/>
      </w:pPr>
      <w:r>
        <w:rPr>
          <w:sz w:val="22"/>
        </w:rPr>
        <w:t>B. Glucose</w:t>
      </w:r>
    </w:p>
    <w:p>
      <w:pPr>
        <w:pStyle w:val="ListParagraph"/>
      </w:pPr>
      <w:r>
        <w:rPr>
          <w:sz w:val="22"/>
        </w:rPr>
        <w:t>C. Acid amin</w:t>
      </w:r>
    </w:p>
    <w:p>
      <w:pPr>
        <w:pStyle w:val="ListParagraph"/>
      </w:pPr>
      <w:r>
        <w:rPr>
          <w:sz w:val="22"/>
        </w:rPr>
        <w:t>D. Acid béo</w:t>
      </w:r>
    </w:p>
    <w:p/>
    <w:p>
      <w:r>
        <w:rPr>
          <w:b/>
          <w:sz w:val="24"/>
        </w:rPr>
        <w:t>Câu 4: Cơ quan nào tiết ra insulin để điều hòa lượng đường trong máu?</w:t>
      </w:r>
    </w:p>
    <w:p>
      <w:pPr>
        <w:pStyle w:val="ListParagraph"/>
      </w:pPr>
      <w:r>
        <w:rPr>
          <w:sz w:val="22"/>
        </w:rPr>
        <w:t>A. Tuyến tụy</w:t>
      </w:r>
    </w:p>
    <w:p>
      <w:pPr>
        <w:pStyle w:val="ListParagraph"/>
      </w:pPr>
      <w:r>
        <w:rPr>
          <w:sz w:val="22"/>
        </w:rPr>
        <w:t>B. Tuyến thượng thận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Tuyến giáp</w:t>
      </w:r>
    </w:p>
    <w:p/>
    <w:p>
      <w:r>
        <w:rPr>
          <w:b/>
          <w:sz w:val="24"/>
        </w:rPr>
        <w:t>Câu 5: Khi cơ thể thiếu insulin, lượng glucose trong máu sẽ thay đổi như thế nào?</w:t>
      </w:r>
    </w:p>
    <w:p>
      <w:pPr>
        <w:pStyle w:val="ListParagraph"/>
      </w:pPr>
      <w:r>
        <w:rPr>
          <w:sz w:val="22"/>
        </w:rPr>
        <w:t>A. Giảm nhẹ</w:t>
      </w:r>
    </w:p>
    <w:p>
      <w:pPr>
        <w:pStyle w:val="ListParagraph"/>
      </w:pPr>
      <w:r>
        <w:rPr>
          <w:sz w:val="22"/>
        </w:rPr>
        <w:t>B. Giảm mạnh</w:t>
      </w:r>
    </w:p>
    <w:p>
      <w:pPr>
        <w:pStyle w:val="ListParagraph"/>
      </w:pPr>
      <w:r>
        <w:rPr>
          <w:sz w:val="22"/>
        </w:rPr>
        <w:t>C. Tăng cao</w:t>
      </w:r>
    </w:p>
    <w:p>
      <w:pPr>
        <w:pStyle w:val="ListParagraph"/>
      </w:pPr>
      <w:r>
        <w:rPr>
          <w:sz w:val="22"/>
        </w:rPr>
        <w:t>D. Không đổi</w:t>
      </w:r>
    </w:p>
    <w:p/>
    <w:p>
      <w:r>
        <w:rPr>
          <w:b/>
          <w:sz w:val="24"/>
        </w:rPr>
        <w:t>Câu 6: Trong quá trình hô hấp tế bào, khí oxy được sử dụng chủ yếu ở giai đoạn nào?</w:t>
      </w:r>
    </w:p>
    <w:p>
      <w:pPr>
        <w:pStyle w:val="ListParagraph"/>
      </w:pPr>
      <w:r>
        <w:rPr>
          <w:sz w:val="22"/>
        </w:rPr>
        <w:t>A. Tạo acetyl-CoA</w:t>
      </w:r>
    </w:p>
    <w:p>
      <w:pPr>
        <w:pStyle w:val="ListParagraph"/>
      </w:pPr>
      <w:r>
        <w:rPr>
          <w:sz w:val="22"/>
        </w:rPr>
        <w:t>B. Đường phân</w:t>
      </w:r>
    </w:p>
    <w:p>
      <w:pPr>
        <w:pStyle w:val="ListParagraph"/>
      </w:pPr>
      <w:r>
        <w:rPr>
          <w:sz w:val="22"/>
        </w:rPr>
        <w:t>C. Chu trình Krebs</w:t>
      </w:r>
    </w:p>
    <w:p>
      <w:pPr>
        <w:pStyle w:val="ListParagraph"/>
      </w:pPr>
      <w:r>
        <w:rPr>
          <w:sz w:val="22"/>
        </w:rPr>
        <w:t>D. Chuỗi truyền electron</w:t>
      </w:r>
    </w:p>
    <w:p/>
    <w:p>
      <w:r>
        <w:rPr>
          <w:b/>
          <w:sz w:val="24"/>
        </w:rPr>
        <w:t>Câu 7: Sản phẩm nào sau đây được tạo ra nhiều nhất khi hô hấp hiếu khí hoàn toàn một phân tử glucose?</w:t>
      </w:r>
    </w:p>
    <w:p>
      <w:pPr>
        <w:pStyle w:val="ListParagraph"/>
      </w:pPr>
      <w:r>
        <w:rPr>
          <w:sz w:val="22"/>
        </w:rPr>
        <w:t>A. Acid lactic</w:t>
      </w:r>
    </w:p>
    <w:p>
      <w:pPr>
        <w:pStyle w:val="ListParagraph"/>
      </w:pPr>
      <w:r>
        <w:rPr>
          <w:sz w:val="22"/>
        </w:rPr>
        <w:t>B. ATP</w:t>
      </w:r>
    </w:p>
    <w:p>
      <w:pPr>
        <w:pStyle w:val="ListParagraph"/>
      </w:pPr>
      <w:r>
        <w:rPr>
          <w:sz w:val="22"/>
        </w:rPr>
        <w:t>C. NADH</w:t>
      </w:r>
    </w:p>
    <w:p>
      <w:pPr>
        <w:pStyle w:val="ListParagraph"/>
      </w:pPr>
      <w:r>
        <w:rPr>
          <w:sz w:val="22"/>
        </w:rPr>
        <w:t>D. Ethanol</w:t>
      </w:r>
    </w:p>
    <w:p/>
    <w:p>
      <w:r>
        <w:rPr>
          <w:b/>
          <w:sz w:val="24"/>
        </w:rPr>
        <w:t>Câu 8: Thận có vai trò chính nào trong cân bằng nội môi?</w:t>
      </w:r>
    </w:p>
    <w:p>
      <w:pPr>
        <w:pStyle w:val="ListParagraph"/>
      </w:pPr>
      <w:r>
        <w:rPr>
          <w:sz w:val="22"/>
        </w:rPr>
        <w:t>A. Sản xuất hồng cầu</w:t>
      </w:r>
    </w:p>
    <w:p>
      <w:pPr>
        <w:pStyle w:val="ListParagraph"/>
      </w:pPr>
      <w:r>
        <w:rPr>
          <w:sz w:val="22"/>
        </w:rPr>
        <w:t>B. Điều hòa nước và muối khoáng</w:t>
      </w:r>
    </w:p>
    <w:p>
      <w:pPr>
        <w:pStyle w:val="ListParagraph"/>
      </w:pPr>
      <w:r>
        <w:rPr>
          <w:sz w:val="22"/>
        </w:rPr>
        <w:t>C. Tiết enzyme tiêu hóa</w:t>
      </w:r>
    </w:p>
    <w:p>
      <w:pPr>
        <w:pStyle w:val="ListParagraph"/>
      </w:pPr>
      <w:r>
        <w:rPr>
          <w:sz w:val="22"/>
        </w:rPr>
        <w:t>D. Dự trữ glycogen</w:t>
      </w:r>
    </w:p>
    <w:p/>
    <w:p>
      <w:r>
        <w:rPr>
          <w:b/>
          <w:sz w:val="24"/>
        </w:rPr>
        <w:t>Câu 9: Khi cơ thể bị mất nước nhiều, hormone ADH (vasopressin) có tác dụng gì?</w:t>
      </w:r>
    </w:p>
    <w:p>
      <w:pPr>
        <w:pStyle w:val="ListParagraph"/>
      </w:pPr>
      <w:r>
        <w:rPr>
          <w:sz w:val="22"/>
        </w:rPr>
        <w:t>A. Tăng tái hấp thu nước ở thận</w:t>
      </w:r>
    </w:p>
    <w:p>
      <w:pPr>
        <w:pStyle w:val="ListParagraph"/>
      </w:pPr>
      <w:r>
        <w:rPr>
          <w:sz w:val="22"/>
        </w:rPr>
        <w:t>B. Tăng thải nước tiểu</w:t>
      </w:r>
    </w:p>
    <w:p>
      <w:pPr>
        <w:pStyle w:val="ListParagraph"/>
      </w:pPr>
      <w:r>
        <w:rPr>
          <w:sz w:val="22"/>
        </w:rPr>
        <w:t>C. Giảm cảm giác khát</w:t>
      </w:r>
    </w:p>
    <w:p>
      <w:pPr>
        <w:pStyle w:val="ListParagraph"/>
      </w:pPr>
      <w:r>
        <w:rPr>
          <w:sz w:val="22"/>
        </w:rPr>
        <w:t>D. Giảm tái hấp thu nước ở thận</w:t>
      </w:r>
    </w:p>
    <w:p/>
    <w:p>
      <w:r>
        <w:rPr>
          <w:b/>
          <w:sz w:val="24"/>
        </w:rPr>
        <w:t>Câu 10: Trong máu, khí carbon dioxide được vận chuyển chủ yếu dưới dạng nào?</w:t>
      </w:r>
    </w:p>
    <w:p>
      <w:pPr>
        <w:pStyle w:val="ListParagraph"/>
      </w:pPr>
      <w:r>
        <w:rPr>
          <w:sz w:val="22"/>
        </w:rPr>
        <w:t>A. Gắn với hemoglobin</w:t>
      </w:r>
    </w:p>
    <w:p>
      <w:pPr>
        <w:pStyle w:val="ListParagraph"/>
      </w:pPr>
      <w:r>
        <w:rPr>
          <w:sz w:val="22"/>
        </w:rPr>
        <w:t>B. Hòa tan trong huyết tương</w:t>
      </w:r>
    </w:p>
    <w:p>
      <w:pPr>
        <w:pStyle w:val="ListParagraph"/>
      </w:pPr>
      <w:r>
        <w:rPr>
          <w:sz w:val="22"/>
        </w:rPr>
        <w:t>C. Ion bicarbonate</w:t>
      </w:r>
    </w:p>
    <w:p>
      <w:pPr>
        <w:pStyle w:val="ListParagraph"/>
      </w:pPr>
      <w:r>
        <w:rPr>
          <w:sz w:val="22"/>
        </w:rPr>
        <w:t>D. Gắn với albumin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Pepsin hoạt động mạnh nhất trong môi trường acid của dạ dày.</w:t>
      </w:r>
    </w:p>
    <w:p>
      <w:r>
        <w:rPr>
          <w:b/>
        </w:rPr>
        <w:t>Câu 2: Đáp án đúng: B</w:t>
      </w:r>
    </w:p>
    <w:p>
      <w:r>
        <w:rPr>
          <w:i/>
        </w:rPr>
        <w:t>Giải thích: Enzyme amylase trong nước bọt bắt đầu phân giải tinh bột tại khoang miệng.</w:t>
      </w:r>
    </w:p>
    <w:p>
      <w:r>
        <w:rPr>
          <w:b/>
        </w:rPr>
        <w:t>Câu 3: Đáp án đúng: C</w:t>
      </w:r>
    </w:p>
    <w:p>
      <w:r>
        <w:rPr>
          <w:i/>
        </w:rPr>
        <w:t>Giải thích: Protein được phân giải thành các acid amin để hấp thụ.</w:t>
      </w:r>
    </w:p>
    <w:p>
      <w:r>
        <w:rPr>
          <w:b/>
        </w:rPr>
        <w:t>Câu 4: Đáp án đúng: A</w:t>
      </w:r>
    </w:p>
    <w:p>
      <w:r>
        <w:rPr>
          <w:i/>
        </w:rPr>
        <w:t>Giải thích: Tuyến tụy tiết insulin giúp giảm đường huyết.</w:t>
      </w:r>
    </w:p>
    <w:p>
      <w:r>
        <w:rPr>
          <w:b/>
        </w:rPr>
        <w:t>Câu 5: Đáp án đúng: C</w:t>
      </w:r>
    </w:p>
    <w:p>
      <w:r>
        <w:rPr>
          <w:i/>
        </w:rPr>
        <w:t>Giải thích: Thiếu insulin làm glucose không được đưa vào tế bào nên tăng cao trong máu.</w:t>
      </w:r>
    </w:p>
    <w:p>
      <w:r>
        <w:rPr>
          <w:b/>
        </w:rPr>
        <w:t>Câu 6: Đáp án đúng: D</w:t>
      </w:r>
    </w:p>
    <w:p>
      <w:r>
        <w:rPr>
          <w:i/>
        </w:rPr>
        <w:t>Giải thích: Oxy là chất nhận electron cuối cùng trong chuỗi truyền electron.</w:t>
      </w:r>
    </w:p>
    <w:p>
      <w:r>
        <w:rPr>
          <w:b/>
        </w:rPr>
        <w:t>Câu 7: Đáp án đúng: B</w:t>
      </w:r>
    </w:p>
    <w:p>
      <w:r>
        <w:rPr>
          <w:i/>
        </w:rPr>
        <w:t>Giải thích: Hô hấp hiếu khí tạo ra nhiều ATP nhất từ một phân tử glucose.</w:t>
      </w:r>
    </w:p>
    <w:p>
      <w:r>
        <w:rPr>
          <w:b/>
        </w:rPr>
        <w:t>Câu 8: Đáp án đúng: B</w:t>
      </w:r>
    </w:p>
    <w:p>
      <w:r>
        <w:rPr>
          <w:i/>
        </w:rPr>
        <w:t>Giải thích: Thận điều hòa lượng nước và muối khoáng, duy trì cân bằng nội môi.</w:t>
      </w:r>
    </w:p>
    <w:p>
      <w:r>
        <w:rPr>
          <w:b/>
        </w:rPr>
        <w:t>Câu 9: Đáp án đúng: A</w:t>
      </w:r>
    </w:p>
    <w:p>
      <w:r>
        <w:rPr>
          <w:i/>
        </w:rPr>
        <w:t>Giải thích: ADH tăng tái hấp thu nước ở ống thận, giảm lượng nước tiểu.</w:t>
      </w:r>
    </w:p>
    <w:p>
      <w:r>
        <w:rPr>
          <w:b/>
        </w:rPr>
        <w:t>Câu 10: Đáp án đúng: C</w:t>
      </w:r>
    </w:p>
    <w:p>
      <w:r>
        <w:rPr>
          <w:i/>
        </w:rPr>
        <w:t>Giải thích: Phần lớn CO2 được vận chuyển dưới dạng ion bicarbonate trong huyết tương.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