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ĐỀ CƯƠNG SỐ 2</w:t>
      </w:r>
    </w:p>
    <w:p>
      <w:pPr>
        <w:jc w:val="center"/>
      </w:pPr>
      <w:r>
        <w:rPr>
          <w:sz w:val="22"/>
        </w:rPr>
        <w:t>Số câu: 20    Thời gian: _____ phút    Họ và tên: _________________________</w:t>
      </w:r>
    </w:p>
    <w:p/>
    <w:p>
      <w:r>
        <w:rPr>
          <w:b/>
          <w:sz w:val="24"/>
        </w:rPr>
        <w:t>Câu 1: Mục đích chính của AI là gì?</w:t>
      </w:r>
    </w:p>
    <w:p>
      <w:pPr>
        <w:pStyle w:val="ListParagraph"/>
      </w:pPr>
      <w:r>
        <w:rPr>
          <w:sz w:val="22"/>
        </w:rPr>
        <w:t>A. Xây dựng các phần mềm diệt virus.</w:t>
      </w:r>
    </w:p>
    <w:p>
      <w:pPr>
        <w:pStyle w:val="ListParagraph"/>
      </w:pPr>
      <w:r>
        <w:rPr>
          <w:sz w:val="22"/>
        </w:rPr>
        <w:t>B. Xây dựng các phần mềm giúp máy tính có năng lực trí tuệ tương tự con người.</w:t>
      </w:r>
    </w:p>
    <w:p>
      <w:pPr>
        <w:pStyle w:val="ListParagraph"/>
      </w:pPr>
      <w:r>
        <w:rPr>
          <w:sz w:val="22"/>
        </w:rPr>
        <w:t>C. Tạo ra các ứng dụng giải trí.</w:t>
      </w:r>
    </w:p>
    <w:p>
      <w:pPr>
        <w:pStyle w:val="ListParagraph"/>
      </w:pPr>
      <w:r>
        <w:rPr>
          <w:sz w:val="22"/>
        </w:rPr>
        <w:t>D. Phát triển các trò chơi điện tử.</w:t>
      </w:r>
    </w:p>
    <w:p/>
    <w:p>
      <w:r>
        <w:rPr>
          <w:b/>
          <w:sz w:val="24"/>
        </w:rPr>
        <w:t>Câu 2: AI khác biệt so với tự động hóa như thế nào?</w:t>
      </w:r>
    </w:p>
    <w:p>
      <w:pPr>
        <w:pStyle w:val="ListParagraph"/>
      </w:pPr>
      <w:r>
        <w:rPr>
          <w:sz w:val="22"/>
        </w:rPr>
        <w:t>A. AI yêu cầu sự kết hợp của nhiều đặc trưng trí tuệ để thực hiện các nhiệm vụ phức tạp.</w:t>
      </w:r>
    </w:p>
    <w:p>
      <w:pPr>
        <w:pStyle w:val="ListParagraph"/>
      </w:pPr>
      <w:r>
        <w:rPr>
          <w:sz w:val="22"/>
        </w:rPr>
        <w:t>B. AI chỉ thực hiện được một nhiệm vụ duy nhất.</w:t>
      </w:r>
    </w:p>
    <w:p>
      <w:pPr>
        <w:pStyle w:val="ListParagraph"/>
      </w:pPr>
      <w:r>
        <w:rPr>
          <w:sz w:val="22"/>
        </w:rPr>
        <w:t>C. Tự động hoá có khả năng tự học từ dữ liệu mới để thay đổi cách hoạt động.</w:t>
      </w:r>
    </w:p>
    <w:p>
      <w:pPr>
        <w:pStyle w:val="ListParagraph"/>
      </w:pPr>
      <w:r>
        <w:rPr>
          <w:sz w:val="22"/>
        </w:rPr>
        <w:t>D. Tự động hóa chỉ áp dụng trong lĩnh vực công nghiệp.</w:t>
      </w:r>
    </w:p>
    <w:p/>
    <w:p>
      <w:r>
        <w:rPr>
          <w:b/>
          <w:sz w:val="24"/>
        </w:rPr>
        <w:t>Câu 3: Giải pháp nào cần thiết để giám sát và đảm bảo an toàn trong phát triển AI?</w:t>
      </w:r>
    </w:p>
    <w:p>
      <w:pPr>
        <w:pStyle w:val="ListParagraph"/>
      </w:pPr>
      <w:r>
        <w:rPr>
          <w:sz w:val="22"/>
        </w:rPr>
        <w:t>A. Tăng cường sự minh bạch.</w:t>
      </w:r>
    </w:p>
    <w:p>
      <w:pPr>
        <w:pStyle w:val="ListParagraph"/>
      </w:pPr>
      <w:r>
        <w:rPr>
          <w:sz w:val="22"/>
        </w:rPr>
        <w:t>B. Giảm thiểu chi phí phát triển.</w:t>
      </w:r>
    </w:p>
    <w:p>
      <w:pPr>
        <w:pStyle w:val="ListParagraph"/>
      </w:pPr>
      <w:r>
        <w:rPr>
          <w:sz w:val="22"/>
        </w:rPr>
        <w:t>C. Hạn chế nghiên cứu AI.</w:t>
      </w:r>
    </w:p>
    <w:p>
      <w:pPr>
        <w:pStyle w:val="ListParagraph"/>
      </w:pPr>
      <w:r>
        <w:rPr>
          <w:sz w:val="22"/>
        </w:rPr>
        <w:t>D. Tăng cường sự phát triển của công nghệ.</w:t>
      </w:r>
    </w:p>
    <w:p/>
    <w:p>
      <w:r>
        <w:rPr>
          <w:b/>
          <w:sz w:val="24"/>
        </w:rPr>
        <w:t>Câu 4: Khả năng nào của AI cho phép máy tính điều chỉnh hành vi dựa trên dữ liệu mới?</w:t>
      </w:r>
    </w:p>
    <w:p>
      <w:pPr>
        <w:pStyle w:val="ListParagraph"/>
      </w:pPr>
      <w:r>
        <w:rPr>
          <w:sz w:val="22"/>
        </w:rPr>
        <w:t>A. Khả năng suy luận.</w:t>
      </w:r>
    </w:p>
    <w:p>
      <w:pPr>
        <w:pStyle w:val="ListParagraph"/>
      </w:pPr>
      <w:r>
        <w:rPr>
          <w:sz w:val="22"/>
        </w:rPr>
        <w:t>B. Khả năng nhận thức.</w:t>
      </w:r>
    </w:p>
    <w:p>
      <w:pPr>
        <w:pStyle w:val="ListParagraph"/>
      </w:pPr>
      <w:r>
        <w:rPr>
          <w:sz w:val="22"/>
        </w:rPr>
        <w:t>C. Khả năng giải quyết vấn đề.</w:t>
      </w:r>
    </w:p>
    <w:p>
      <w:pPr>
        <w:pStyle w:val="ListParagraph"/>
      </w:pPr>
      <w:r>
        <w:rPr>
          <w:sz w:val="22"/>
        </w:rPr>
        <w:t>D. Khả năng học.</w:t>
      </w:r>
    </w:p>
    <w:p/>
    <w:p>
      <w:r>
        <w:rPr>
          <w:b/>
          <w:sz w:val="24"/>
        </w:rPr>
        <w:t>Câu 5: Phương án nào sau đây liệt kê hai phân loại chính của Trí tuệ nhân tạo (AI)?</w:t>
      </w:r>
    </w:p>
    <w:p>
      <w:pPr>
        <w:pStyle w:val="ListParagraph"/>
      </w:pPr>
      <w:r>
        <w:rPr>
          <w:sz w:val="22"/>
        </w:rPr>
        <w:t>A. AI hẹp (ANI) và AI siêu thông minh (ASI).</w:t>
      </w:r>
    </w:p>
    <w:p>
      <w:pPr>
        <w:pStyle w:val="ListParagraph"/>
      </w:pPr>
      <w:r>
        <w:rPr>
          <w:sz w:val="22"/>
        </w:rPr>
        <w:t>B. AI hẹp (ANI) và AI tổng quát (AGI).</w:t>
      </w:r>
    </w:p>
    <w:p>
      <w:pPr>
        <w:pStyle w:val="ListParagraph"/>
      </w:pPr>
      <w:r>
        <w:rPr>
          <w:sz w:val="22"/>
        </w:rPr>
        <w:t>C. AI tổng quát (AGI) và AI tự học (ALI).</w:t>
      </w:r>
    </w:p>
    <w:p>
      <w:pPr>
        <w:pStyle w:val="ListParagraph"/>
      </w:pPr>
      <w:r>
        <w:rPr>
          <w:sz w:val="22"/>
        </w:rPr>
        <w:t>D. AI tổng quát (AGI) và AI siêu thông minh (ASI).</w:t>
      </w:r>
    </w:p>
    <w:p/>
    <w:p>
      <w:r>
        <w:rPr>
          <w:b/>
          <w:sz w:val="24"/>
        </w:rPr>
        <w:t>Câu 6: Trong công nghiệp, AI được ứng dụng để tự động hóa các công đoạn chế tạo, lắp ráp, kiểm tra chất lượng sản phẩm và quản lí chuỗi cung ứng. Những ứng dụng này cho thấy AI góp phần nâng cao hiệu quả hoạt động chủ yếu trong lĩnh vực nào sau đây?</w:t>
      </w:r>
    </w:p>
    <w:p>
      <w:pPr>
        <w:pStyle w:val="ListParagraph"/>
      </w:pPr>
      <w:r>
        <w:rPr>
          <w:sz w:val="22"/>
        </w:rPr>
        <w:t>A. Sản xuất.</w:t>
      </w:r>
    </w:p>
    <w:p>
      <w:pPr>
        <w:pStyle w:val="ListParagraph"/>
      </w:pPr>
      <w:r>
        <w:rPr>
          <w:sz w:val="22"/>
        </w:rPr>
        <w:t>B. Giáo dục.</w:t>
      </w:r>
    </w:p>
    <w:p>
      <w:pPr>
        <w:pStyle w:val="ListParagraph"/>
      </w:pPr>
      <w:r>
        <w:rPr>
          <w:sz w:val="22"/>
        </w:rPr>
        <w:t>C. Giao thông vận tải.</w:t>
      </w:r>
    </w:p>
    <w:p>
      <w:pPr>
        <w:pStyle w:val="ListParagraph"/>
      </w:pPr>
      <w:r>
        <w:rPr>
          <w:sz w:val="22"/>
        </w:rPr>
        <w:t>D. Tài chính, ngân hàng.</w:t>
      </w:r>
    </w:p>
    <w:p/>
    <w:p>
      <w:r>
        <w:rPr>
          <w:b/>
          <w:sz w:val="24"/>
        </w:rPr>
        <w:t>Câu 7: Một doanh nghiệp muốn triển khai AI để hỗ trợ chăm sóc khách hàng nhằm giảm tải cho tổng đài viên. Phương án nào sau đây giúp doanh nghiệp đạt được mục tiêu này một cách hiệu quả?</w:t>
      </w:r>
    </w:p>
    <w:p>
      <w:pPr>
        <w:pStyle w:val="ListParagraph"/>
      </w:pPr>
      <w:r>
        <w:rPr>
          <w:sz w:val="22"/>
        </w:rPr>
        <w:t>A. Sử dụng AI để tạo ra các câu trả lời tự động cho các câu hỏi thường gặp.</w:t>
      </w:r>
    </w:p>
    <w:p>
      <w:pPr>
        <w:pStyle w:val="ListParagraph"/>
      </w:pPr>
      <w:r>
        <w:rPr>
          <w:sz w:val="22"/>
        </w:rPr>
        <w:t>B. Thay thế hoàn toàn nhân viên chăm sóc khách hàng bằng AI.</w:t>
      </w:r>
    </w:p>
    <w:p>
      <w:pPr>
        <w:pStyle w:val="ListParagraph"/>
      </w:pPr>
      <w:r>
        <w:rPr>
          <w:sz w:val="22"/>
        </w:rPr>
        <w:t>C. Chỉ sử dụng AI để cung cấp thông tin mà không cần phân tích dữ liệu từ khách hàng.</w:t>
      </w:r>
    </w:p>
    <w:p>
      <w:pPr>
        <w:pStyle w:val="ListParagraph"/>
      </w:pPr>
      <w:r>
        <w:rPr>
          <w:sz w:val="22"/>
        </w:rPr>
        <w:t>D. Xây dựng hệ thống AI có thể xử lí các yêu cầu phức tạp mà không cần học hỏi từ tương tác trước đó.</w:t>
      </w:r>
    </w:p>
    <w:p/>
    <w:p>
      <w:r>
        <w:rPr>
          <w:b/>
          <w:sz w:val="24"/>
        </w:rPr>
        <w:t>Câu 8: Giao thức IP làm nhiệm vụ gì trong mạng?</w:t>
      </w:r>
    </w:p>
    <w:p>
      <w:pPr>
        <w:pStyle w:val="ListParagraph"/>
      </w:pPr>
      <w:r>
        <w:rPr>
          <w:sz w:val="22"/>
        </w:rPr>
        <w:t>A. Xác định địa chỉ MAC cho các thiết bị.</w:t>
      </w:r>
    </w:p>
    <w:p>
      <w:pPr>
        <w:pStyle w:val="ListParagraph"/>
      </w:pPr>
      <w:r>
        <w:rPr>
          <w:sz w:val="22"/>
        </w:rPr>
        <w:t>B. Chia dữ liệu thành các gói nhỏ.</w:t>
      </w:r>
    </w:p>
    <w:p>
      <w:pPr>
        <w:pStyle w:val="ListParagraph"/>
      </w:pPr>
      <w:r>
        <w:rPr>
          <w:sz w:val="22"/>
        </w:rPr>
        <w:t>C. Thiết lập địa chỉ và dẫn đường các gói dữ liệu.</w:t>
      </w:r>
    </w:p>
    <w:p>
      <w:pPr>
        <w:pStyle w:val="ListParagraph"/>
      </w:pPr>
      <w:r>
        <w:rPr>
          <w:sz w:val="22"/>
        </w:rPr>
        <w:t>D. Kiểm tra lỗi trong truyền dữ liệu.</w:t>
      </w:r>
    </w:p>
    <w:p/>
    <w:p>
      <w:r>
        <w:rPr>
          <w:b/>
          <w:sz w:val="24"/>
        </w:rPr>
        <w:t>Câu 9: Địa chỉ IPv4 tiêu chuẩn có độ dài bao nhiêu bit?</w:t>
      </w:r>
    </w:p>
    <w:p>
      <w:pPr>
        <w:pStyle w:val="ListParagraph"/>
      </w:pPr>
      <w:r>
        <w:rPr>
          <w:sz w:val="22"/>
        </w:rPr>
        <w:t>A. 64 bit.</w:t>
      </w:r>
    </w:p>
    <w:p>
      <w:pPr>
        <w:pStyle w:val="ListParagraph"/>
      </w:pPr>
      <w:r>
        <w:rPr>
          <w:sz w:val="22"/>
        </w:rPr>
        <w:t>B. 128 bit.</w:t>
      </w:r>
    </w:p>
    <w:p>
      <w:pPr>
        <w:pStyle w:val="ListParagraph"/>
      </w:pPr>
      <w:r>
        <w:rPr>
          <w:sz w:val="22"/>
        </w:rPr>
        <w:t>C. 32 bit.</w:t>
      </w:r>
    </w:p>
    <w:p>
      <w:pPr>
        <w:pStyle w:val="ListParagraph"/>
      </w:pPr>
      <w:r>
        <w:rPr>
          <w:sz w:val="22"/>
        </w:rPr>
        <w:t>D. 64 byte.</w:t>
      </w:r>
    </w:p>
    <w:p/>
    <w:p>
      <w:r>
        <w:rPr>
          <w:b/>
          <w:sz w:val="24"/>
        </w:rPr>
        <w:t>Câu 10: Nếu một trạm Wi-Fi có biểu tượng khóa, điều này có nghĩa là gì?</w:t>
      </w:r>
    </w:p>
    <w:p>
      <w:pPr>
        <w:pStyle w:val="ListParagraph"/>
      </w:pPr>
      <w:r>
        <w:rPr>
          <w:sz w:val="22"/>
        </w:rPr>
        <w:t>A. Trạm không có kết nối Internet.</w:t>
      </w:r>
    </w:p>
    <w:p>
      <w:pPr>
        <w:pStyle w:val="ListParagraph"/>
      </w:pPr>
      <w:r>
        <w:rPr>
          <w:sz w:val="22"/>
        </w:rPr>
        <w:t>B. Trạm yêu cầu mật khẩu để kết nối.</w:t>
      </w:r>
    </w:p>
    <w:p>
      <w:pPr>
        <w:pStyle w:val="ListParagraph"/>
      </w:pPr>
      <w:r>
        <w:rPr>
          <w:sz w:val="22"/>
        </w:rPr>
        <w:t>C. Trạm chỉ cho phép các thiết bị có địa chỉ MAC cụ thể kết nối.</w:t>
      </w:r>
    </w:p>
    <w:p>
      <w:pPr>
        <w:pStyle w:val="ListParagraph"/>
      </w:pPr>
      <w:r>
        <w:rPr>
          <w:sz w:val="22"/>
        </w:rPr>
        <w:t>D. Trạm không hoạt động.</w:t>
      </w:r>
    </w:p>
    <w:p/>
    <w:p>
      <w:r>
        <w:rPr>
          <w:b/>
          <w:sz w:val="24"/>
        </w:rPr>
        <w:t>Câu 11: Một học sinh muốn tạm thời tắt tường lửa trên máy tính sử dụng hệ điều hành Windows để kiểm tra xem tường lửa có đang ngăn cản kết nối mạng hay không. Trong Windows Security, học sinh cần truy cập vào mục nào sau đây để thực hiện thao tác này?</w:t>
      </w:r>
    </w:p>
    <w:p>
      <w:pPr>
        <w:pStyle w:val="ListParagraph"/>
      </w:pPr>
      <w:r>
        <w:rPr>
          <w:sz w:val="22"/>
        </w:rPr>
        <w:t>A. Device security.</w:t>
      </w:r>
    </w:p>
    <w:p>
      <w:pPr>
        <w:pStyle w:val="ListParagraph"/>
      </w:pPr>
      <w:r>
        <w:rPr>
          <w:sz w:val="22"/>
        </w:rPr>
        <w:t>B. Firewall &amp; network protection.</w:t>
      </w:r>
    </w:p>
    <w:p>
      <w:pPr>
        <w:pStyle w:val="ListParagraph"/>
      </w:pPr>
      <w:r>
        <w:rPr>
          <w:sz w:val="22"/>
        </w:rPr>
        <w:t>C. App &amp; browser Control.</w:t>
      </w:r>
    </w:p>
    <w:p>
      <w:pPr>
        <w:pStyle w:val="ListParagraph"/>
      </w:pPr>
      <w:r>
        <w:rPr>
          <w:sz w:val="22"/>
        </w:rPr>
        <w:t>D. Virus &amp; threat protection.</w:t>
      </w:r>
    </w:p>
    <w:p/>
    <w:p>
      <w:r>
        <w:rPr>
          <w:b/>
          <w:sz w:val="24"/>
        </w:rPr>
        <w:t>Câu 12: Tập hợp các quy tắc và quy ước mà các thiết bị mạng phải tuân thủ để giao tiếp được với nhau gọi là gì?</w:t>
      </w:r>
    </w:p>
    <w:p>
      <w:pPr>
        <w:pStyle w:val="ListParagraph"/>
      </w:pPr>
      <w:r>
        <w:rPr>
          <w:sz w:val="22"/>
        </w:rPr>
        <w:t>A. Địa chỉ MAC.</w:t>
      </w:r>
    </w:p>
    <w:p>
      <w:pPr>
        <w:pStyle w:val="ListParagraph"/>
      </w:pPr>
      <w:r>
        <w:rPr>
          <w:sz w:val="22"/>
        </w:rPr>
        <w:t>B. Tên miền (Domain Name).</w:t>
      </w:r>
    </w:p>
    <w:p>
      <w:pPr>
        <w:pStyle w:val="ListParagraph"/>
      </w:pPr>
      <w:r>
        <w:rPr>
          <w:sz w:val="22"/>
        </w:rPr>
        <w:t>C. Giao thức mạng (Network Protocol).</w:t>
      </w:r>
    </w:p>
    <w:p>
      <w:pPr>
        <w:pStyle w:val="ListParagraph"/>
      </w:pPr>
      <w:r>
        <w:rPr>
          <w:sz w:val="22"/>
        </w:rPr>
        <w:t>D. Bảng định tuyến (Routing Table).</w:t>
      </w:r>
    </w:p>
    <w:p/>
    <w:p>
      <w:r>
        <w:rPr>
          <w:b/>
          <w:sz w:val="24"/>
        </w:rPr>
        <w:t>Câu 13: Khi thiết lập chia sẻ thư mục trong mạng nội bộ Windows, quyền truy cập nào cho phép người dùng từ máy khác đọc và chỉnh sửa/xóa tệp tin?</w:t>
      </w:r>
    </w:p>
    <w:p>
      <w:pPr>
        <w:pStyle w:val="ListParagraph"/>
      </w:pPr>
      <w:r>
        <w:rPr>
          <w:sz w:val="22"/>
        </w:rPr>
        <w:t>A. Read.</w:t>
      </w:r>
    </w:p>
    <w:p>
      <w:pPr>
        <w:pStyle w:val="ListParagraph"/>
      </w:pPr>
      <w:r>
        <w:rPr>
          <w:sz w:val="22"/>
        </w:rPr>
        <w:t>B. Read/Write (hoặc Full Control).</w:t>
      </w:r>
    </w:p>
    <w:p>
      <w:pPr>
        <w:pStyle w:val="ListParagraph"/>
      </w:pPr>
      <w:r>
        <w:rPr>
          <w:sz w:val="22"/>
        </w:rPr>
        <w:t>C. View Only.</w:t>
      </w:r>
    </w:p>
    <w:p>
      <w:pPr>
        <w:pStyle w:val="ListParagraph"/>
      </w:pPr>
      <w:r>
        <w:rPr>
          <w:sz w:val="22"/>
        </w:rPr>
        <w:t>D. Commenter.</w:t>
      </w:r>
    </w:p>
    <w:p/>
    <w:p>
      <w:r>
        <w:rPr>
          <w:b/>
          <w:sz w:val="24"/>
        </w:rPr>
        <w:t>Câu 14: Một tòa nhà có 5 tầng được trang bị mạng Wi-Fi. Tuy nhiên, tín hiệu Wi-Fi ở các tầng trên yếu, khiến người dùng thường xuyên bị mất kết nối. Để khắc phục tình trạng này, giải pháp nào sau đây là phù hợp nhất?</w:t>
      </w:r>
    </w:p>
    <w:p>
      <w:pPr>
        <w:pStyle w:val="ListParagraph"/>
      </w:pPr>
      <w:r>
        <w:rPr>
          <w:sz w:val="22"/>
        </w:rPr>
        <w:t>A. Lắp thêm Switch tại mỗi tầng để tăng tốc độ truyền dữ liệu.</w:t>
      </w:r>
    </w:p>
    <w:p>
      <w:pPr>
        <w:pStyle w:val="ListParagraph"/>
      </w:pPr>
      <w:r>
        <w:rPr>
          <w:sz w:val="22"/>
        </w:rPr>
        <w:t>B. Lắp đặt các Access Point tại những vị trí phù hợp trên từng tầng và kết nối chúng với mạng nội bộ.</w:t>
      </w:r>
    </w:p>
    <w:p>
      <w:pPr>
        <w:pStyle w:val="ListParagraph"/>
      </w:pPr>
      <w:r>
        <w:rPr>
          <w:sz w:val="22"/>
        </w:rPr>
        <w:t>C. Thay toàn bộ dây cáp mạng bằng dây có tốc độ truyền cao hơn.</w:t>
      </w:r>
    </w:p>
    <w:p>
      <w:pPr>
        <w:pStyle w:val="ListParagraph"/>
      </w:pPr>
      <w:r>
        <w:rPr>
          <w:sz w:val="22"/>
        </w:rPr>
        <w:t>D. Tăng số lượng máy tính kết nối vào mạng để mở rộng phạm vi phủ sóng.</w:t>
      </w:r>
    </w:p>
    <w:p/>
    <w:p>
      <w:r>
        <w:rPr>
          <w:b/>
          <w:sz w:val="24"/>
        </w:rPr>
        <w:t>Câu 15: Khi truyền dữ liệu trong mạng LAN, sự khác biệt cơ bản về cách thức hoạt động giữa Hub và Switch được thể hiện như thế nào?</w:t>
      </w:r>
    </w:p>
    <w:p>
      <w:pPr>
        <w:pStyle w:val="ListParagraph"/>
      </w:pPr>
      <w:r>
        <w:rPr>
          <w:sz w:val="22"/>
        </w:rPr>
        <w:t>A. Hub chỉ hoạt động ở tầng mạng.</w:t>
      </w:r>
    </w:p>
    <w:p>
      <w:pPr>
        <w:pStyle w:val="ListParagraph"/>
      </w:pPr>
      <w:r>
        <w:rPr>
          <w:sz w:val="22"/>
        </w:rPr>
        <w:t>B. Hub không thể kết nối nhiều thiết bị cùng lúc.</w:t>
      </w:r>
    </w:p>
    <w:p>
      <w:pPr>
        <w:pStyle w:val="ListParagraph"/>
      </w:pPr>
      <w:r>
        <w:rPr>
          <w:sz w:val="22"/>
        </w:rPr>
        <w:t>C. Hub phát sóng dữ liệu tới tất cả các cổng, còn Switch chỉ gửi đến cổng đích.</w:t>
      </w:r>
    </w:p>
    <w:p>
      <w:pPr>
        <w:pStyle w:val="ListParagraph"/>
      </w:pPr>
      <w:r>
        <w:rPr>
          <w:sz w:val="22"/>
        </w:rPr>
        <w:t>D. Hub có khả năng định tuyến lưu lượng mạng.</w:t>
      </w:r>
    </w:p>
    <w:p/>
    <w:p>
      <w:r>
        <w:rPr>
          <w:b/>
          <w:sz w:val="24"/>
        </w:rPr>
        <w:t>Câu 16: Khái niệm không gian mạng là gì?</w:t>
      </w:r>
    </w:p>
    <w:p>
      <w:pPr>
        <w:pStyle w:val="ListParagraph"/>
      </w:pPr>
      <w:r>
        <w:rPr>
          <w:sz w:val="22"/>
        </w:rPr>
        <w:t>A. Môi trường truyền thông không dây.</w:t>
      </w:r>
    </w:p>
    <w:p>
      <w:pPr>
        <w:pStyle w:val="ListParagraph"/>
      </w:pPr>
      <w:r>
        <w:rPr>
          <w:sz w:val="22"/>
        </w:rPr>
        <w:t>B. Môi trường giao tiếp qua điện thoại.</w:t>
      </w:r>
    </w:p>
    <w:p>
      <w:pPr>
        <w:pStyle w:val="ListParagraph"/>
      </w:pPr>
      <w:r>
        <w:rPr>
          <w:sz w:val="22"/>
        </w:rPr>
        <w:t>C. Môi trường chỉ dành cho việc chơi game.</w:t>
      </w:r>
    </w:p>
    <w:p>
      <w:pPr>
        <w:pStyle w:val="ListParagraph"/>
      </w:pPr>
      <w:r>
        <w:rPr>
          <w:sz w:val="22"/>
        </w:rPr>
        <w:t>D. Môi trường được tạo ra nhờ các mạng máy tính.</w:t>
      </w:r>
    </w:p>
    <w:p/>
    <w:p>
      <w:r>
        <w:rPr>
          <w:b/>
          <w:sz w:val="24"/>
        </w:rPr>
        <w:t>Câu 17: Khi giao tiếp trong không gian mạng, việc đọc kĩ bài viết của người khác trước khi đưa ra ý kiến nhằm mục đích gì?</w:t>
      </w:r>
    </w:p>
    <w:p>
      <w:pPr>
        <w:pStyle w:val="ListParagraph"/>
      </w:pPr>
      <w:r>
        <w:rPr>
          <w:sz w:val="22"/>
        </w:rPr>
        <w:t>A. Để tránh lỗi chính tả.</w:t>
      </w:r>
    </w:p>
    <w:p>
      <w:pPr>
        <w:pStyle w:val="ListParagraph"/>
      </w:pPr>
      <w:r>
        <w:rPr>
          <w:sz w:val="22"/>
        </w:rPr>
        <w:t>B. Để làm bài viết của mình dài hơn.</w:t>
      </w:r>
    </w:p>
    <w:p>
      <w:pPr>
        <w:pStyle w:val="ListParagraph"/>
      </w:pPr>
      <w:r>
        <w:rPr>
          <w:sz w:val="22"/>
        </w:rPr>
        <w:t>C. Để có thể phản đối mạnh mẽ hơn.</w:t>
      </w:r>
    </w:p>
    <w:p>
      <w:pPr>
        <w:pStyle w:val="ListParagraph"/>
      </w:pPr>
      <w:r>
        <w:rPr>
          <w:sz w:val="22"/>
        </w:rPr>
        <w:t>D. Để hiểu rõ nội dung và tránh hiểu lầm.</w:t>
      </w:r>
    </w:p>
    <w:p/>
    <w:p>
      <w:r>
        <w:rPr>
          <w:b/>
          <w:sz w:val="24"/>
        </w:rPr>
        <w:t>Câu 18: Khi giao tiếp trong không gian mạng, việc cẩn trọng với ngôn từ là vì lí do nào?</w:t>
      </w:r>
    </w:p>
    <w:p>
      <w:pPr>
        <w:pStyle w:val="ListParagraph"/>
      </w:pPr>
      <w:r>
        <w:rPr>
          <w:sz w:val="22"/>
        </w:rPr>
        <w:t>A. Để tạo ấn tượng tốt.</w:t>
      </w:r>
    </w:p>
    <w:p>
      <w:pPr>
        <w:pStyle w:val="ListParagraph"/>
      </w:pPr>
      <w:r>
        <w:rPr>
          <w:sz w:val="22"/>
        </w:rPr>
        <w:t>B. Để được nhiều người theo dõi.</w:t>
      </w:r>
    </w:p>
    <w:p>
      <w:pPr>
        <w:pStyle w:val="ListParagraph"/>
      </w:pPr>
      <w:r>
        <w:rPr>
          <w:sz w:val="22"/>
        </w:rPr>
        <w:t>C. Để tăng lượt chia sẻ.</w:t>
      </w:r>
    </w:p>
    <w:p>
      <w:pPr>
        <w:pStyle w:val="ListParagraph"/>
      </w:pPr>
      <w:r>
        <w:rPr>
          <w:sz w:val="22"/>
        </w:rPr>
        <w:t>D. Để tránh làm tổn thương người khác.</w:t>
      </w:r>
    </w:p>
    <w:p/>
    <w:p>
      <w:r>
        <w:rPr>
          <w:b/>
          <w:sz w:val="24"/>
        </w:rPr>
        <w:t>Câu 19: Trong quá trình thực hiện dự án học tập, một nhóm học sinh lớp 12 thường xuyên trao đổi thông tin qua mạng xã hội, thư điện tử và các cuộc họp trực tuyến. Các thành viên nhận thấy giao tiếp trong không gian mạng mang lại nhiều thuận lợi nhưng cũng tồn tại một số hạn chế. Hãy xác định các nhận định sau là đúng hay sai.</w:t>
        <w:br/>
        <w:t>a) Giao tiếp trong không gian mạng có thể thiếu các tín hiệu phi ngôn ngữ như ánh mắt, cử chỉ và nét mặt.</w:t>
        <w:br/>
        <w:t>b) Giao tiếp trong không gian mạng giúp tiết kiệm thời gian và chi phí đi lại so với việc gặp mặt trực tiếp.</w:t>
        <w:br/>
        <w:t>c) Các mối quan hệ được xây dựng trong không gian mạng luôn chặt chẽ hơn so với giao tiếp trực tiếp vì mọi người có thể liên lạc thường xuyên.</w:t>
        <w:br/>
        <w:t>d) Khi một thành viên hiểu nhầm nội dung trao đổi qua tin nhắn, nhóm trưởng nên tiếp tục sử dụng tin nhắn văn bản thay vì tổ chức cuộc gọi video vì hình thức này luôn giúp truyền đạt cảm xúc chính xác hơn.</w:t>
      </w:r>
    </w:p>
    <w:p>
      <w:pPr>
        <w:pStyle w:val="ListParagraph"/>
      </w:pPr>
      <w:r>
        <w:rPr>
          <w:sz w:val="22"/>
        </w:rPr>
        <w:t>a. Đúng</w:t>
      </w:r>
    </w:p>
    <w:p>
      <w:pPr>
        <w:pStyle w:val="ListParagraph"/>
      </w:pPr>
      <w:r>
        <w:rPr>
          <w:sz w:val="22"/>
        </w:rPr>
        <w:t>b. Đúng</w:t>
      </w:r>
    </w:p>
    <w:p>
      <w:pPr>
        <w:pStyle w:val="ListParagraph"/>
      </w:pPr>
      <w:r>
        <w:rPr>
          <w:sz w:val="22"/>
        </w:rPr>
        <w:t>c. Sai</w:t>
      </w:r>
    </w:p>
    <w:p>
      <w:pPr>
        <w:pStyle w:val="ListParagraph"/>
      </w:pPr>
      <w:r>
        <w:rPr>
          <w:sz w:val="22"/>
        </w:rPr>
        <w:t>d. Sai</w:t>
      </w:r>
    </w:p>
    <w:p/>
    <w:p>
      <w:r>
        <w:rPr>
          <w:b/>
          <w:sz w:val="24"/>
        </w:rPr>
        <w:t>Câu 20: Trường THPT Nguyễn Bỉnh Khiêm đang nâng cấp hệ thống mạng nhằm phục vụ hoạt động dạy học và quản lí. Trong phòng Tin học, các máy tính được kết nối với nhau thông qua Switch. Nhà trường sử dụng Modem để kết nối với đường truyền của nhà cung cấp dịch vụ Internet và Router Wi-Fi để cung cấp kết nối mạng cho các thiết bị có dây và không dây. Dựa vào tình huống trên, hãy xác định các nhận định sau là đúng hay sai.</w:t>
        <w:br/>
        <w:t>a) Trong phòng Tin học, các máy tính kết nối qua Switch có thể trao đổi dữ liệu và sử dụng chung tài nguyên khi được cấp quyền phù hợp.</w:t>
        <w:br/>
        <w:t>b) Switch là thiết bị mạng sử dụng địa chỉ MAC để chuyển tiếp dữ liệu đến thiết bị đích trong mạng LAN.</w:t>
        <w:br/>
        <w:t>c) Khi các máy tính trong phòng Tin học trao đổi dữ liệu với nhau thông qua Switch, dữ liệu bắt buộc phải đi qua Modem trước khi đến máy tính đích.</w:t>
        <w:br/>
        <w:t>d) Nhà trường muốn mở rộng kết nối mạng cho một phòng học mới có nhiều máy tính để bàn nhưng Router Wi-Fi đã sử dụng hết các cổng LAN. Trong trường hợp này, có thể kết nối thêm một Switch với Router Wi-Fi để tăng số cổng kết nối mạng có dây.</w:t>
      </w:r>
    </w:p>
    <w:p>
      <w:pPr>
        <w:pStyle w:val="ListParagraph"/>
      </w:pPr>
      <w:r>
        <w:rPr>
          <w:sz w:val="22"/>
        </w:rPr>
        <w:t>a. Đúng</w:t>
      </w:r>
    </w:p>
    <w:p>
      <w:pPr>
        <w:pStyle w:val="ListParagraph"/>
      </w:pPr>
      <w:r>
        <w:rPr>
          <w:sz w:val="22"/>
        </w:rPr>
        <w:t>b. Đúng</w:t>
      </w:r>
    </w:p>
    <w:p>
      <w:pPr>
        <w:pStyle w:val="ListParagraph"/>
      </w:pPr>
      <w:r>
        <w:rPr>
          <w:sz w:val="22"/>
        </w:rPr>
        <w:t>c. Sai</w:t>
      </w:r>
    </w:p>
    <w:p>
      <w:pPr>
        <w:pStyle w:val="ListParagraph"/>
      </w:pPr>
      <w:r>
        <w:rPr>
          <w:sz w:val="22"/>
        </w:rPr>
        <w:t>d. Đúng</w:t>
      </w:r>
    </w:p>
    <w:p/>
    <w:p>
      <w:r>
        <w:t>──────────────────────────────────────────────────</w:t>
      </w:r>
    </w:p>
    <w:p>
      <w:r>
        <w:rPr>
          <w:b/>
        </w:rPr>
        <w:t>BẢNG ĐÁP ÁN &amp; LỜI GIẢI CHI TIẾT</w:t>
      </w:r>
    </w:p>
    <w:p>
      <w:r>
        <w:rPr>
          <w:b/>
        </w:rPr>
        <w:t>Câu 1: Đáp án đúng: B</w:t>
      </w:r>
    </w:p>
    <w:p>
      <w:r>
        <w:rPr>
          <w:b/>
        </w:rPr>
        <w:t>Câu 2: Đáp án đúng: A</w:t>
      </w:r>
    </w:p>
    <w:p>
      <w:r>
        <w:rPr>
          <w:b/>
        </w:rPr>
        <w:t>Câu 3: Đáp án đúng: A</w:t>
      </w:r>
    </w:p>
    <w:p>
      <w:r>
        <w:rPr>
          <w:b/>
        </w:rPr>
        <w:t>Câu 4: Đáp án đúng: D</w:t>
      </w:r>
    </w:p>
    <w:p>
      <w:r>
        <w:rPr>
          <w:b/>
        </w:rPr>
        <w:t>Câu 5: Đáp án đúng: B</w:t>
      </w:r>
    </w:p>
    <w:p>
      <w:r>
        <w:rPr>
          <w:b/>
        </w:rPr>
        <w:t>Câu 6: Đáp án đúng: A</w:t>
      </w:r>
    </w:p>
    <w:p>
      <w:r>
        <w:rPr>
          <w:b/>
        </w:rPr>
        <w:t>Câu 7: Đáp án đúng: A</w:t>
      </w:r>
    </w:p>
    <w:p>
      <w:r>
        <w:rPr>
          <w:b/>
        </w:rPr>
        <w:t>Câu 8: Đáp án đúng: C</w:t>
      </w:r>
    </w:p>
    <w:p>
      <w:r>
        <w:rPr>
          <w:b/>
        </w:rPr>
        <w:t>Câu 9: Đáp án đúng: C</w:t>
      </w:r>
    </w:p>
    <w:p>
      <w:r>
        <w:rPr>
          <w:b/>
        </w:rPr>
        <w:t>Câu 10: Đáp án đúng: B</w:t>
      </w:r>
    </w:p>
    <w:p>
      <w:r>
        <w:rPr>
          <w:b/>
        </w:rPr>
        <w:t>Câu 11: Đáp án đúng: B</w:t>
      </w:r>
    </w:p>
    <w:p>
      <w:r>
        <w:rPr>
          <w:b/>
        </w:rPr>
        <w:t>Câu 12: Đáp án đúng: C</w:t>
      </w:r>
    </w:p>
    <w:p>
      <w:r>
        <w:rPr>
          <w:b/>
        </w:rPr>
        <w:t>Câu 13: Đáp án đúng: B</w:t>
      </w:r>
    </w:p>
    <w:p>
      <w:r>
        <w:rPr>
          <w:b/>
        </w:rPr>
        <w:t>Câu 14: Đáp án đúng: B</w:t>
      </w:r>
    </w:p>
    <w:p>
      <w:r>
        <w:rPr>
          <w:b/>
        </w:rPr>
        <w:t>Câu 15: Đáp án đúng: C</w:t>
      </w:r>
    </w:p>
    <w:p>
      <w:r>
        <w:rPr>
          <w:b/>
        </w:rPr>
        <w:t>Câu 16: Đáp án đúng: D</w:t>
      </w:r>
    </w:p>
    <w:p>
      <w:r>
        <w:rPr>
          <w:b/>
        </w:rPr>
        <w:t>Câu 17: Đáp án đúng: D</w:t>
      </w:r>
    </w:p>
    <w:p>
      <w:r>
        <w:rPr>
          <w:b/>
        </w:rPr>
        <w:t>Câu 18: Đáp án đúng: D</w:t>
      </w:r>
    </w:p>
    <w:p>
      <w:r>
        <w:rPr>
          <w:b/>
        </w:rPr>
        <w:t>Câu 19: Đáp án đúng: None</w:t>
      </w:r>
    </w:p>
    <w:p>
      <w:r>
        <w:rPr>
          <w:b/>
        </w:rPr>
        <w:t>Câu 20: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