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Lịch sử tập 1 giữa hk1 6: Ngẫu nhiên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Người tối cổ xuất hiện cách ngày nay khoảng bao nhiêu năm?</w:t>
      </w:r>
    </w:p>
    <w:p>
      <w:pPr>
        <w:pStyle w:val="ListParagraph"/>
      </w:pPr>
      <w:r>
        <w:rPr>
          <w:sz w:val="22"/>
        </w:rPr>
        <w:t>A. Khoảng 400 năm</w:t>
      </w:r>
    </w:p>
    <w:p>
      <w:pPr>
        <w:pStyle w:val="ListParagraph"/>
      </w:pPr>
      <w:r>
        <w:rPr>
          <w:sz w:val="22"/>
        </w:rPr>
        <w:t>B. Khoảng 4 triệu năm</w:t>
      </w:r>
    </w:p>
    <w:p>
      <w:pPr>
        <w:pStyle w:val="ListParagraph"/>
      </w:pPr>
      <w:r>
        <w:rPr>
          <w:sz w:val="22"/>
        </w:rPr>
        <w:t>C. Khoảng 40 nghìn năm</w:t>
      </w:r>
    </w:p>
    <w:p>
      <w:pPr>
        <w:pStyle w:val="ListParagraph"/>
      </w:pPr>
      <w:r>
        <w:rPr>
          <w:sz w:val="22"/>
        </w:rPr>
        <w:t>D. Khoảng 4 nghìn năm</w:t>
      </w:r>
    </w:p>
    <w:p/>
    <w:p>
      <w:r>
        <w:rPr>
          <w:b/>
          <w:sz w:val="24"/>
        </w:rPr>
        <w:t>Câu 2: Kim tự tháp là công trình kiến trúc nổi tiếng của quốc gia cổ đại nào?</w:t>
      </w:r>
    </w:p>
    <w:p>
      <w:pPr>
        <w:pStyle w:val="ListParagraph"/>
      </w:pPr>
      <w:r>
        <w:rPr>
          <w:sz w:val="22"/>
        </w:rPr>
        <w:t>A. Ai Cập</w:t>
      </w:r>
    </w:p>
    <w:p>
      <w:pPr>
        <w:pStyle w:val="ListParagraph"/>
      </w:pPr>
      <w:r>
        <w:rPr>
          <w:sz w:val="22"/>
        </w:rPr>
        <w:t>B. Ấn Độ</w:t>
      </w:r>
    </w:p>
    <w:p>
      <w:pPr>
        <w:pStyle w:val="ListParagraph"/>
      </w:pPr>
      <w:r>
        <w:rPr>
          <w:sz w:val="22"/>
        </w:rPr>
        <w:t>C. Trung Quốc</w:t>
      </w:r>
    </w:p>
    <w:p>
      <w:pPr>
        <w:pStyle w:val="ListParagraph"/>
      </w:pPr>
      <w:r>
        <w:rPr>
          <w:sz w:val="22"/>
        </w:rPr>
        <w:t>D. Lưỡng Hà</w:t>
      </w:r>
    </w:p>
    <w:p/>
    <w:p>
      <w:r>
        <w:rPr>
          <w:b/>
          <w:sz w:val="24"/>
        </w:rPr>
        <w:t>Câu 3: Loại chữ viết đầu tiên của người phương Đông cổ đại là gì?</w:t>
      </w:r>
    </w:p>
    <w:p>
      <w:pPr>
        <w:pStyle w:val="ListParagraph"/>
      </w:pPr>
      <w:r>
        <w:rPr>
          <w:sz w:val="22"/>
        </w:rPr>
        <w:t>A. Chữ tượng hình</w:t>
      </w:r>
    </w:p>
    <w:p>
      <w:pPr>
        <w:pStyle w:val="ListParagraph"/>
      </w:pPr>
      <w:r>
        <w:rPr>
          <w:sz w:val="22"/>
        </w:rPr>
        <w:t>B. Chữ La-tinh</w:t>
      </w:r>
    </w:p>
    <w:p>
      <w:pPr>
        <w:pStyle w:val="ListParagraph"/>
      </w:pPr>
      <w:r>
        <w:rPr>
          <w:sz w:val="22"/>
        </w:rPr>
        <w:t>C. Chữ Quốc ngữ</w:t>
      </w:r>
    </w:p>
    <w:p>
      <w:pPr>
        <w:pStyle w:val="ListParagraph"/>
      </w:pPr>
      <w:r>
        <w:rPr>
          <w:sz w:val="22"/>
        </w:rPr>
        <w:t>D. Chữ Phạn</w:t>
      </w:r>
    </w:p>
    <w:p/>
    <w:p>
      <w:r>
        <w:rPr>
          <w:b/>
          <w:sz w:val="24"/>
        </w:rPr>
        <w:t>Câu 4: Nhà nước Văn Lang ra đời vào khoảng thời gian nào?</w:t>
      </w:r>
    </w:p>
    <w:p>
      <w:pPr>
        <w:pStyle w:val="ListParagraph"/>
      </w:pPr>
      <w:r>
        <w:rPr>
          <w:sz w:val="22"/>
        </w:rPr>
        <w:t>A. Thế kỉ VII TCN</w:t>
      </w:r>
    </w:p>
    <w:p>
      <w:pPr>
        <w:pStyle w:val="ListParagraph"/>
      </w:pPr>
      <w:r>
        <w:rPr>
          <w:sz w:val="22"/>
        </w:rPr>
        <w:t>B. Thế kỉ III TCN</w:t>
      </w:r>
    </w:p>
    <w:p>
      <w:pPr>
        <w:pStyle w:val="ListParagraph"/>
      </w:pPr>
      <w:r>
        <w:rPr>
          <w:sz w:val="22"/>
        </w:rPr>
        <w:t>C. Thế kỉ I</w:t>
      </w:r>
    </w:p>
    <w:p>
      <w:pPr>
        <w:pStyle w:val="ListParagraph"/>
      </w:pPr>
      <w:r>
        <w:rPr>
          <w:sz w:val="22"/>
        </w:rPr>
        <w:t>D. Thế kỉ VI</w:t>
      </w:r>
    </w:p>
    <w:p/>
    <w:p>
      <w:r>
        <w:rPr>
          <w:b/>
          <w:sz w:val="24"/>
        </w:rPr>
        <w:t>Câu 5: Kinh đô của nhà nước Văn Lang đặt ở đâu?</w:t>
      </w:r>
    </w:p>
    <w:p>
      <w:pPr>
        <w:pStyle w:val="ListParagraph"/>
      </w:pPr>
      <w:r>
        <w:rPr>
          <w:sz w:val="22"/>
        </w:rPr>
        <w:t>A. Hoa Lư</w:t>
      </w:r>
    </w:p>
    <w:p>
      <w:pPr>
        <w:pStyle w:val="ListParagraph"/>
      </w:pPr>
      <w:r>
        <w:rPr>
          <w:sz w:val="22"/>
        </w:rPr>
        <w:t>B. Phong Châu</w:t>
      </w:r>
    </w:p>
    <w:p>
      <w:pPr>
        <w:pStyle w:val="ListParagraph"/>
      </w:pPr>
      <w:r>
        <w:rPr>
          <w:sz w:val="22"/>
        </w:rPr>
        <w:t>C. Cổ Loa</w:t>
      </w:r>
    </w:p>
    <w:p>
      <w:pPr>
        <w:pStyle w:val="ListParagraph"/>
      </w:pPr>
      <w:r>
        <w:rPr>
          <w:sz w:val="22"/>
        </w:rPr>
        <w:t>D. Thăng Long</w:t>
      </w:r>
    </w:p>
    <w:p/>
    <w:p>
      <w:r>
        <w:rPr>
          <w:b/>
          <w:sz w:val="24"/>
        </w:rPr>
        <w:t>Câu 6: Người đứng đầu nhà nước Văn Lang được gọi là gì?</w:t>
      </w:r>
    </w:p>
    <w:p>
      <w:pPr>
        <w:pStyle w:val="ListParagraph"/>
      </w:pPr>
      <w:r>
        <w:rPr>
          <w:sz w:val="22"/>
        </w:rPr>
        <w:t>A. Lạc tướng</w:t>
      </w:r>
    </w:p>
    <w:p>
      <w:pPr>
        <w:pStyle w:val="ListParagraph"/>
      </w:pPr>
      <w:r>
        <w:rPr>
          <w:sz w:val="22"/>
        </w:rPr>
        <w:t>B. Vua Hùng</w:t>
      </w:r>
    </w:p>
    <w:p>
      <w:pPr>
        <w:pStyle w:val="ListParagraph"/>
      </w:pPr>
      <w:r>
        <w:rPr>
          <w:sz w:val="22"/>
        </w:rPr>
        <w:t>C. Lạc hầu</w:t>
      </w:r>
    </w:p>
    <w:p>
      <w:pPr>
        <w:pStyle w:val="ListParagraph"/>
      </w:pPr>
      <w:r>
        <w:rPr>
          <w:sz w:val="22"/>
        </w:rPr>
        <w:t>D. An Dương Vương</w:t>
      </w:r>
    </w:p>
    <w:p/>
    <w:p>
      <w:r>
        <w:rPr>
          <w:b/>
          <w:sz w:val="24"/>
        </w:rPr>
        <w:t>Câu 7: Nhà nước Âu Lạc do ai đứng đầu?</w:t>
      </w:r>
    </w:p>
    <w:p>
      <w:pPr>
        <w:pStyle w:val="ListParagraph"/>
      </w:pPr>
      <w:r>
        <w:rPr>
          <w:sz w:val="22"/>
        </w:rPr>
        <w:t>A. Hai Bà Trưng</w:t>
      </w:r>
    </w:p>
    <w:p>
      <w:pPr>
        <w:pStyle w:val="ListParagraph"/>
      </w:pPr>
      <w:r>
        <w:rPr>
          <w:sz w:val="22"/>
        </w:rPr>
        <w:t>B. Hùng Vương</w:t>
      </w:r>
    </w:p>
    <w:p>
      <w:pPr>
        <w:pStyle w:val="ListParagraph"/>
      </w:pPr>
      <w:r>
        <w:rPr>
          <w:sz w:val="22"/>
        </w:rPr>
        <w:t>C. Lý Bí</w:t>
      </w:r>
    </w:p>
    <w:p>
      <w:pPr>
        <w:pStyle w:val="ListParagraph"/>
      </w:pPr>
      <w:r>
        <w:rPr>
          <w:sz w:val="22"/>
        </w:rPr>
        <w:t>D. Thục Phán</w:t>
      </w:r>
    </w:p>
    <w:p/>
    <w:p>
      <w:r>
        <w:rPr>
          <w:b/>
          <w:sz w:val="24"/>
        </w:rPr>
        <w:t>Câu 8: Thành Cổ Loa gắn liền với truyền thuyết nào?</w:t>
      </w:r>
    </w:p>
    <w:p>
      <w:pPr>
        <w:pStyle w:val="ListParagraph"/>
      </w:pPr>
      <w:r>
        <w:rPr>
          <w:sz w:val="22"/>
        </w:rPr>
        <w:t>A. Sơn Tinh, Thủy Tinh</w:t>
      </w:r>
    </w:p>
    <w:p>
      <w:pPr>
        <w:pStyle w:val="ListParagraph"/>
      </w:pPr>
      <w:r>
        <w:rPr>
          <w:sz w:val="22"/>
        </w:rPr>
        <w:t>B. An Dương Vương và Mị Châu - Trọng Thủy</w:t>
      </w:r>
    </w:p>
    <w:p>
      <w:pPr>
        <w:pStyle w:val="ListParagraph"/>
      </w:pPr>
      <w:r>
        <w:rPr>
          <w:sz w:val="22"/>
        </w:rPr>
        <w:t>C. Lạc Long Quân và Âu Cơ</w:t>
      </w:r>
    </w:p>
    <w:p>
      <w:pPr>
        <w:pStyle w:val="ListParagraph"/>
      </w:pPr>
      <w:r>
        <w:rPr>
          <w:sz w:val="22"/>
        </w:rPr>
        <w:t>D. Thánh Gióng</w:t>
      </w:r>
    </w:p>
    <w:p/>
    <w:p>
      <w:r>
        <w:rPr>
          <w:b/>
          <w:sz w:val="24"/>
        </w:rPr>
        <w:t>Câu 9: Nghề chính của cư dân Văn Lang - Âu Lạc là gì?</w:t>
      </w:r>
    </w:p>
    <w:p>
      <w:pPr>
        <w:pStyle w:val="ListParagraph"/>
      </w:pPr>
      <w:r>
        <w:rPr>
          <w:sz w:val="22"/>
        </w:rPr>
        <w:t>A. Buôn bán</w:t>
      </w:r>
    </w:p>
    <w:p>
      <w:pPr>
        <w:pStyle w:val="ListParagraph"/>
      </w:pPr>
      <w:r>
        <w:rPr>
          <w:sz w:val="22"/>
        </w:rPr>
        <w:t>B. Trồng lúa nước</w:t>
      </w:r>
    </w:p>
    <w:p>
      <w:pPr>
        <w:pStyle w:val="ListParagraph"/>
      </w:pPr>
      <w:r>
        <w:rPr>
          <w:sz w:val="22"/>
        </w:rPr>
        <w:t>C. Đánh cá</w:t>
      </w:r>
    </w:p>
    <w:p>
      <w:pPr>
        <w:pStyle w:val="ListParagraph"/>
      </w:pPr>
      <w:r>
        <w:rPr>
          <w:sz w:val="22"/>
        </w:rPr>
        <w:t>D. Khai thác khoáng sản</w:t>
      </w:r>
    </w:p>
    <w:p/>
    <w:p>
      <w:r>
        <w:rPr>
          <w:b/>
          <w:sz w:val="24"/>
        </w:rPr>
        <w:t>Câu 10: Phong tục nào sau đây gắn với cư dân Văn Lang - Âu Lạc?</w:t>
      </w:r>
    </w:p>
    <w:p>
      <w:pPr>
        <w:pStyle w:val="ListParagraph"/>
      </w:pPr>
      <w:r>
        <w:rPr>
          <w:sz w:val="22"/>
        </w:rPr>
        <w:t>A. Xăm mình</w:t>
      </w:r>
    </w:p>
    <w:p>
      <w:pPr>
        <w:pStyle w:val="ListParagraph"/>
      </w:pPr>
      <w:r>
        <w:rPr>
          <w:sz w:val="22"/>
        </w:rPr>
        <w:t>B. Cả ba phong tục trên</w:t>
      </w:r>
    </w:p>
    <w:p>
      <w:pPr>
        <w:pStyle w:val="ListParagraph"/>
      </w:pPr>
      <w:r>
        <w:rPr>
          <w:sz w:val="22"/>
        </w:rPr>
        <w:t>C. Làm bánh chưng, bánh giầy</w:t>
      </w:r>
    </w:p>
    <w:p>
      <w:pPr>
        <w:pStyle w:val="ListParagraph"/>
      </w:pPr>
      <w:r>
        <w:rPr>
          <w:sz w:val="22"/>
        </w:rPr>
        <w:t>D. Thờ cúng tổ tiên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i/>
        </w:rPr>
        <w:t>Giải thích: Người tối cổ xuất hiện cách ngày nay khoảng 4 triệu năm.</w:t>
      </w:r>
    </w:p>
    <w:p>
      <w:r>
        <w:rPr>
          <w:b/>
        </w:rPr>
        <w:t>Câu 2: Đáp án đúng: A</w:t>
      </w:r>
    </w:p>
    <w:p>
      <w:r>
        <w:rPr>
          <w:i/>
        </w:rPr>
        <w:t>Giải thích: Kim tự tháp là công trình kiến trúc nổi tiếng của Ai Cập cổ đại.</w:t>
      </w:r>
    </w:p>
    <w:p>
      <w:r>
        <w:rPr>
          <w:b/>
        </w:rPr>
        <w:t>Câu 3: Đáp án đúng: A</w:t>
      </w:r>
    </w:p>
    <w:p>
      <w:r>
        <w:rPr>
          <w:i/>
        </w:rPr>
        <w:t>Giải thích: Người phương Đông cổ đại sáng tạo ra chữ tượng hình.</w:t>
      </w:r>
    </w:p>
    <w:p>
      <w:r>
        <w:rPr>
          <w:b/>
        </w:rPr>
        <w:t>Câu 4: Đáp án đúng: A</w:t>
      </w:r>
    </w:p>
    <w:p>
      <w:r>
        <w:rPr>
          <w:i/>
        </w:rPr>
        <w:t>Giải thích: Nhà nước Văn Lang ra đời vào khoảng thế kỉ VII TCN.</w:t>
      </w:r>
    </w:p>
    <w:p>
      <w:r>
        <w:rPr>
          <w:b/>
        </w:rPr>
        <w:t>Câu 5: Đáp án đúng: B</w:t>
      </w:r>
    </w:p>
    <w:p>
      <w:r>
        <w:rPr>
          <w:i/>
        </w:rPr>
        <w:t>Giải thích: Kinh đô của nhà nước Văn Lang đặt ở Phong Châu.</w:t>
      </w:r>
    </w:p>
    <w:p>
      <w:r>
        <w:rPr>
          <w:b/>
        </w:rPr>
        <w:t>Câu 6: Đáp án đúng: B</w:t>
      </w:r>
    </w:p>
    <w:p>
      <w:r>
        <w:rPr>
          <w:i/>
        </w:rPr>
        <w:t>Giải thích: Người đứng đầu nhà nước Văn Lang được gọi là Vua Hùng.</w:t>
      </w:r>
    </w:p>
    <w:p>
      <w:r>
        <w:rPr>
          <w:b/>
        </w:rPr>
        <w:t>Câu 7: Đáp án đúng: D</w:t>
      </w:r>
    </w:p>
    <w:p>
      <w:r>
        <w:rPr>
          <w:i/>
        </w:rPr>
        <w:t>Giải thích: Nhà nước Âu Lạc do Thục Phán (An Dương Vương) đứng đầu.</w:t>
      </w:r>
    </w:p>
    <w:p>
      <w:r>
        <w:rPr>
          <w:b/>
        </w:rPr>
        <w:t>Câu 8: Đáp án đúng: B</w:t>
      </w:r>
    </w:p>
    <w:p>
      <w:r>
        <w:rPr>
          <w:i/>
        </w:rPr>
        <w:t>Giải thích: Thành Cổ Loa gắn liền với truyền thuyết An Dương Vương và Mị Châu - Trọng Thủy.</w:t>
      </w:r>
    </w:p>
    <w:p>
      <w:r>
        <w:rPr>
          <w:b/>
        </w:rPr>
        <w:t>Câu 9: Đáp án đúng: B</w:t>
      </w:r>
    </w:p>
    <w:p>
      <w:r>
        <w:rPr>
          <w:i/>
        </w:rPr>
        <w:t>Giải thích: Nghề chính của cư dân Văn Lang - Âu Lạc là trồng lúa nước.</w:t>
      </w:r>
    </w:p>
    <w:p>
      <w:r>
        <w:rPr>
          <w:b/>
        </w:rPr>
        <w:t>Câu 10: Đáp án đúng: B</w:t>
      </w:r>
    </w:p>
    <w:p>
      <w:r>
        <w:rPr>
          <w:i/>
        </w:rPr>
        <w:t>Giải thích: Cư dân Văn Lang - Âu Lạc có các phong tục thờ cúng tổ tiên, xăm mình, làm bánh chưng, bánh giầy.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