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Toán lớp 2 phép nhân: Toán lớp 2 phép nhân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Phép nhân 3 × 4 có kết quả bằng bao nhiêu?</w:t>
      </w:r>
    </w:p>
    <w:p>
      <w:pPr>
        <w:pStyle w:val="ListParagraph"/>
      </w:pPr>
      <w:r>
        <w:rPr>
          <w:sz w:val="22"/>
        </w:rPr>
        <w:t>A. 9</w:t>
      </w:r>
    </w:p>
    <w:p>
      <w:pPr>
        <w:pStyle w:val="ListParagraph"/>
      </w:pPr>
      <w:r>
        <w:rPr>
          <w:sz w:val="22"/>
        </w:rPr>
        <w:t>B. 16</w:t>
      </w:r>
    </w:p>
    <w:p>
      <w:pPr>
        <w:pStyle w:val="ListParagraph"/>
      </w:pPr>
      <w:r>
        <w:rPr>
          <w:sz w:val="22"/>
        </w:rPr>
        <w:t>C. 7</w:t>
      </w:r>
    </w:p>
    <w:p>
      <w:pPr>
        <w:pStyle w:val="ListParagraph"/>
      </w:pPr>
      <w:r>
        <w:rPr>
          <w:sz w:val="22"/>
        </w:rPr>
        <w:t>D. 12</w:t>
      </w:r>
    </w:p>
    <w:p/>
    <w:p>
      <w:r>
        <w:rPr>
          <w:b/>
          <w:sz w:val="24"/>
        </w:rPr>
        <w:t>Câu 2: 5 × 2 bằng bao nhiêu?</w:t>
      </w:r>
    </w:p>
    <w:p>
      <w:pPr>
        <w:pStyle w:val="ListParagraph"/>
      </w:pPr>
      <w:r>
        <w:rPr>
          <w:sz w:val="22"/>
        </w:rPr>
        <w:t>A. 7</w:t>
      </w:r>
    </w:p>
    <w:p>
      <w:pPr>
        <w:pStyle w:val="ListParagraph"/>
      </w:pPr>
      <w:r>
        <w:rPr>
          <w:sz w:val="22"/>
        </w:rPr>
        <w:t>B. 10</w:t>
      </w:r>
    </w:p>
    <w:p>
      <w:pPr>
        <w:pStyle w:val="ListParagraph"/>
      </w:pPr>
      <w:r>
        <w:rPr>
          <w:sz w:val="22"/>
        </w:rPr>
        <w:t>C. 12</w:t>
      </w:r>
    </w:p>
    <w:p>
      <w:pPr>
        <w:pStyle w:val="ListParagraph"/>
      </w:pPr>
      <w:r>
        <w:rPr>
          <w:sz w:val="22"/>
        </w:rPr>
        <w:t>D. 8</w:t>
      </w:r>
    </w:p>
    <w:p/>
    <w:p>
      <w:r>
        <w:rPr>
          <w:b/>
          <w:sz w:val="24"/>
        </w:rPr>
        <w:t>Câu 3: 2 × 6 = ?</w:t>
      </w:r>
    </w:p>
    <w:p>
      <w:pPr>
        <w:pStyle w:val="ListParagraph"/>
      </w:pPr>
      <w:r>
        <w:rPr>
          <w:sz w:val="22"/>
        </w:rPr>
        <w:t>A. 8</w:t>
      </w:r>
    </w:p>
    <w:p>
      <w:pPr>
        <w:pStyle w:val="ListParagraph"/>
      </w:pPr>
      <w:r>
        <w:rPr>
          <w:sz w:val="22"/>
        </w:rPr>
        <w:t>B. 14</w:t>
      </w:r>
    </w:p>
    <w:p>
      <w:pPr>
        <w:pStyle w:val="ListParagraph"/>
      </w:pPr>
      <w:r>
        <w:rPr>
          <w:sz w:val="22"/>
        </w:rPr>
        <w:t>C. 10</w:t>
      </w:r>
    </w:p>
    <w:p>
      <w:pPr>
        <w:pStyle w:val="ListParagraph"/>
      </w:pPr>
      <w:r>
        <w:rPr>
          <w:sz w:val="22"/>
        </w:rPr>
        <w:t>D. 12</w:t>
      </w:r>
    </w:p>
    <w:p/>
    <w:p>
      <w:r>
        <w:rPr>
          <w:b/>
          <w:sz w:val="24"/>
        </w:rPr>
        <w:t>Câu 4: 4 × 4 bằng bao nhiêu?</w:t>
      </w:r>
    </w:p>
    <w:p>
      <w:pPr>
        <w:pStyle w:val="ListParagraph"/>
      </w:pPr>
      <w:r>
        <w:rPr>
          <w:sz w:val="22"/>
        </w:rPr>
        <w:t>A. 12</w:t>
      </w:r>
    </w:p>
    <w:p>
      <w:pPr>
        <w:pStyle w:val="ListParagraph"/>
      </w:pPr>
      <w:r>
        <w:rPr>
          <w:sz w:val="22"/>
        </w:rPr>
        <w:t>B. 18</w:t>
      </w:r>
    </w:p>
    <w:p>
      <w:pPr>
        <w:pStyle w:val="ListParagraph"/>
      </w:pPr>
      <w:r>
        <w:rPr>
          <w:sz w:val="22"/>
        </w:rPr>
        <w:t>C. 14</w:t>
      </w:r>
    </w:p>
    <w:p>
      <w:pPr>
        <w:pStyle w:val="ListParagraph"/>
      </w:pPr>
      <w:r>
        <w:rPr>
          <w:sz w:val="22"/>
        </w:rPr>
        <w:t>D. 16</w:t>
      </w:r>
    </w:p>
    <w:p/>
    <w:p>
      <w:r>
        <w:rPr>
          <w:b/>
          <w:sz w:val="24"/>
        </w:rPr>
        <w:t>Câu 5: Có 3 giỏ, mỗi giỏ có 5 quả cam. Hỏi có tất cả bao nhiêu quả cam?</w:t>
      </w:r>
    </w:p>
    <w:p>
      <w:pPr>
        <w:pStyle w:val="ListParagraph"/>
      </w:pPr>
      <w:r>
        <w:rPr>
          <w:sz w:val="22"/>
        </w:rPr>
        <w:t>A. 15 quả</w:t>
      </w:r>
    </w:p>
    <w:p>
      <w:pPr>
        <w:pStyle w:val="ListParagraph"/>
      </w:pPr>
      <w:r>
        <w:rPr>
          <w:sz w:val="22"/>
        </w:rPr>
        <w:t>B. 12 quả</w:t>
      </w:r>
    </w:p>
    <w:p>
      <w:pPr>
        <w:pStyle w:val="ListParagraph"/>
      </w:pPr>
      <w:r>
        <w:rPr>
          <w:sz w:val="22"/>
        </w:rPr>
        <w:t>C. 8 quả</w:t>
      </w:r>
    </w:p>
    <w:p>
      <w:pPr>
        <w:pStyle w:val="ListParagraph"/>
      </w:pPr>
      <w:r>
        <w:rPr>
          <w:sz w:val="22"/>
        </w:rPr>
        <w:t>D. 10 quả</w:t>
      </w:r>
    </w:p>
    <w:p/>
    <w:p>
      <w:r>
        <w:rPr>
          <w:b/>
          <w:sz w:val="24"/>
        </w:rPr>
        <w:t>Câu 6: 6 × 2 bằng bao nhiêu?</w:t>
      </w:r>
    </w:p>
    <w:p>
      <w:pPr>
        <w:pStyle w:val="ListParagraph"/>
      </w:pPr>
      <w:r>
        <w:rPr>
          <w:sz w:val="22"/>
        </w:rPr>
        <w:t>A. 8</w:t>
      </w:r>
    </w:p>
    <w:p>
      <w:pPr>
        <w:pStyle w:val="ListParagraph"/>
      </w:pPr>
      <w:r>
        <w:rPr>
          <w:sz w:val="22"/>
        </w:rPr>
        <w:t>B. 12</w:t>
      </w:r>
    </w:p>
    <w:p>
      <w:pPr>
        <w:pStyle w:val="ListParagraph"/>
      </w:pPr>
      <w:r>
        <w:rPr>
          <w:sz w:val="22"/>
        </w:rPr>
        <w:t>C. 10</w:t>
      </w:r>
    </w:p>
    <w:p>
      <w:pPr>
        <w:pStyle w:val="ListParagraph"/>
      </w:pPr>
      <w:r>
        <w:rPr>
          <w:sz w:val="22"/>
        </w:rPr>
        <w:t>D. 14</w:t>
      </w:r>
    </w:p>
    <w:p/>
    <w:p>
      <w:r>
        <w:rPr>
          <w:b/>
          <w:sz w:val="24"/>
        </w:rPr>
        <w:t>Câu 7: Phép nhân nào dưới đây có kết quả bằng 18?</w:t>
      </w:r>
    </w:p>
    <w:p>
      <w:pPr>
        <w:pStyle w:val="ListParagraph"/>
      </w:pPr>
      <w:r>
        <w:rPr>
          <w:sz w:val="22"/>
        </w:rPr>
        <w:t>A. 3 × 6</w:t>
      </w:r>
    </w:p>
    <w:p>
      <w:pPr>
        <w:pStyle w:val="ListParagraph"/>
      </w:pPr>
      <w:r>
        <w:rPr>
          <w:sz w:val="22"/>
        </w:rPr>
        <w:t>B. 2 × 8</w:t>
      </w:r>
    </w:p>
    <w:p>
      <w:pPr>
        <w:pStyle w:val="ListParagraph"/>
      </w:pPr>
      <w:r>
        <w:rPr>
          <w:sz w:val="22"/>
        </w:rPr>
        <w:t>C. 3 × 5</w:t>
      </w:r>
    </w:p>
    <w:p>
      <w:pPr>
        <w:pStyle w:val="ListParagraph"/>
      </w:pPr>
      <w:r>
        <w:rPr>
          <w:sz w:val="22"/>
        </w:rPr>
        <w:t>D. 4 × 4</w:t>
      </w:r>
    </w:p>
    <w:p/>
    <w:p>
      <w:r>
        <w:rPr>
          <w:b/>
          <w:sz w:val="24"/>
        </w:rPr>
        <w:t>Câu 8: Mỗi bàn có 2 học sinh. Hỏi 7 bàn như thế có bao nhiêu học sinh?</w:t>
      </w:r>
    </w:p>
    <w:p>
      <w:pPr>
        <w:pStyle w:val="ListParagraph"/>
      </w:pPr>
      <w:r>
        <w:rPr>
          <w:sz w:val="22"/>
        </w:rPr>
        <w:t>A. 9 học sinh</w:t>
      </w:r>
    </w:p>
    <w:p>
      <w:pPr>
        <w:pStyle w:val="ListParagraph"/>
      </w:pPr>
      <w:r>
        <w:rPr>
          <w:sz w:val="22"/>
        </w:rPr>
        <w:t>B. 14 học sinh</w:t>
      </w:r>
    </w:p>
    <w:p>
      <w:pPr>
        <w:pStyle w:val="ListParagraph"/>
      </w:pPr>
      <w:r>
        <w:rPr>
          <w:sz w:val="22"/>
        </w:rPr>
        <w:t>C. 16 học sinh</w:t>
      </w:r>
    </w:p>
    <w:p>
      <w:pPr>
        <w:pStyle w:val="ListParagraph"/>
      </w:pPr>
      <w:r>
        <w:rPr>
          <w:sz w:val="22"/>
        </w:rPr>
        <w:t>D. 12 học sinh</w:t>
      </w:r>
    </w:p>
    <w:p/>
    <w:p>
      <w:r>
        <w:rPr>
          <w:b/>
          <w:sz w:val="24"/>
        </w:rPr>
        <w:t>Câu 9: 5 × 5 bằng bao nhiêu?</w:t>
      </w:r>
    </w:p>
    <w:p>
      <w:pPr>
        <w:pStyle w:val="ListParagraph"/>
      </w:pPr>
      <w:r>
        <w:rPr>
          <w:sz w:val="22"/>
        </w:rPr>
        <w:t>A. 20</w:t>
      </w:r>
    </w:p>
    <w:p>
      <w:pPr>
        <w:pStyle w:val="ListParagraph"/>
      </w:pPr>
      <w:r>
        <w:rPr>
          <w:sz w:val="22"/>
        </w:rPr>
        <w:t>B. 15</w:t>
      </w:r>
    </w:p>
    <w:p>
      <w:pPr>
        <w:pStyle w:val="ListParagraph"/>
      </w:pPr>
      <w:r>
        <w:rPr>
          <w:sz w:val="22"/>
        </w:rPr>
        <w:t>C. 25</w:t>
      </w:r>
    </w:p>
    <w:p>
      <w:pPr>
        <w:pStyle w:val="ListParagraph"/>
      </w:pPr>
      <w:r>
        <w:rPr>
          <w:sz w:val="22"/>
        </w:rPr>
        <w:t>D. 30</w:t>
      </w:r>
    </w:p>
    <w:p/>
    <w:p>
      <w:r>
        <w:rPr>
          <w:b/>
          <w:sz w:val="24"/>
        </w:rPr>
        <w:t>Câu 10: 4 × 3 bằng bao nhiêu?</w:t>
      </w:r>
    </w:p>
    <w:p>
      <w:pPr>
        <w:pStyle w:val="ListParagraph"/>
      </w:pPr>
      <w:r>
        <w:rPr>
          <w:sz w:val="22"/>
        </w:rPr>
        <w:t>A. 16</w:t>
      </w:r>
    </w:p>
    <w:p>
      <w:pPr>
        <w:pStyle w:val="ListParagraph"/>
      </w:pPr>
      <w:r>
        <w:rPr>
          <w:sz w:val="22"/>
        </w:rPr>
        <w:t>B. 12</w:t>
      </w:r>
    </w:p>
    <w:p>
      <w:pPr>
        <w:pStyle w:val="ListParagraph"/>
      </w:pPr>
      <w:r>
        <w:rPr>
          <w:sz w:val="22"/>
        </w:rPr>
        <w:t>C. 10</w:t>
      </w:r>
    </w:p>
    <w:p>
      <w:pPr>
        <w:pStyle w:val="ListParagraph"/>
      </w:pPr>
      <w:r>
        <w:rPr>
          <w:sz w:val="22"/>
        </w:rPr>
        <w:t>D. 7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D</w:t>
      </w:r>
    </w:p>
    <w:p>
      <w:r>
        <w:rPr>
          <w:i/>
        </w:rPr>
        <w:t>Giải thích: 3 × 4 nghĩa là 3 được lấy 4 lần: 3 + 3 + 3 + 3 = 12.</w:t>
      </w:r>
    </w:p>
    <w:p>
      <w:r>
        <w:rPr>
          <w:b/>
        </w:rPr>
        <w:t>Câu 2: Đáp án đúng: B</w:t>
      </w:r>
    </w:p>
    <w:p>
      <w:r>
        <w:rPr>
          <w:i/>
        </w:rPr>
        <w:t>Giải thích: 5 × 2 nghĩa là 5 được lấy 2 lần: 5 + 5 = 10.</w:t>
      </w:r>
    </w:p>
    <w:p>
      <w:r>
        <w:rPr>
          <w:b/>
        </w:rPr>
        <w:t>Câu 3: Đáp án đúng: D</w:t>
      </w:r>
    </w:p>
    <w:p>
      <w:r>
        <w:rPr>
          <w:i/>
        </w:rPr>
        <w:t>Giải thích: 2 × 6 nghĩa là 2 được lấy 6 lần: 2 + 2 + 2 + 2 + 2 + 2 = 12.</w:t>
      </w:r>
    </w:p>
    <w:p>
      <w:r>
        <w:rPr>
          <w:b/>
        </w:rPr>
        <w:t>Câu 4: Đáp án đúng: D</w:t>
      </w:r>
    </w:p>
    <w:p>
      <w:r>
        <w:rPr>
          <w:i/>
        </w:rPr>
        <w:t>Giải thích: 4 × 4 nghĩa là 4 được lấy 4 lần: 4 + 4 + 4 + 4 = 16.</w:t>
      </w:r>
    </w:p>
    <w:p>
      <w:r>
        <w:rPr>
          <w:b/>
        </w:rPr>
        <w:t>Câu 5: Đáp án đúng: A</w:t>
      </w:r>
    </w:p>
    <w:p>
      <w:r>
        <w:rPr>
          <w:i/>
        </w:rPr>
        <w:t>Giải thích: Số quả cam là 5 × 3 = 15 quả.</w:t>
      </w:r>
    </w:p>
    <w:p>
      <w:r>
        <w:rPr>
          <w:b/>
        </w:rPr>
        <w:t>Câu 6: Đáp án đúng: B</w:t>
      </w:r>
    </w:p>
    <w:p>
      <w:r>
        <w:rPr>
          <w:i/>
        </w:rPr>
        <w:t>Giải thích: 6 × 2 nghĩa là 6 được lấy 2 lần: 6 + 6 = 12.</w:t>
      </w:r>
    </w:p>
    <w:p>
      <w:r>
        <w:rPr>
          <w:b/>
        </w:rPr>
        <w:t>Câu 7: Đáp án đúng: A</w:t>
      </w:r>
    </w:p>
    <w:p>
      <w:r>
        <w:rPr>
          <w:i/>
        </w:rPr>
        <w:t>Giải thích: 3 × 6 = 18, vì 3 được lấy 6 lần bằng 18.</w:t>
      </w:r>
    </w:p>
    <w:p>
      <w:r>
        <w:rPr>
          <w:b/>
        </w:rPr>
        <w:t>Câu 8: Đáp án đúng: B</w:t>
      </w:r>
    </w:p>
    <w:p>
      <w:r>
        <w:rPr>
          <w:i/>
        </w:rPr>
        <w:t>Giải thích: Số học sinh là 2 × 7 = 14 học sinh.</w:t>
      </w:r>
    </w:p>
    <w:p>
      <w:r>
        <w:rPr>
          <w:b/>
        </w:rPr>
        <w:t>Câu 9: Đáp án đúng: C</w:t>
      </w:r>
    </w:p>
    <w:p>
      <w:r>
        <w:rPr>
          <w:i/>
        </w:rPr>
        <w:t>Giải thích: 5 × 5 nghĩa là 5 được lấy 5 lần: 5 + 5 + 5 + 5 + 5 = 25.</w:t>
      </w:r>
    </w:p>
    <w:p>
      <w:r>
        <w:rPr>
          <w:b/>
        </w:rPr>
        <w:t>Câu 10: Đáp án đúng: B</w:t>
      </w:r>
    </w:p>
    <w:p>
      <w:r>
        <w:rPr>
          <w:i/>
        </w:rPr>
        <w:t>Giải thích: 4 × 3 nghĩa là 4 được lấy 3 lần: 4 + 4 + 4 = 12.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